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ЄВІ • АНГЛІЙСЬКА МОВА</w:t>
      </w:r>
    </w:p>
    <w:p>
      <w:pPr>
        <w:jc w:val="center"/>
      </w:pPr>
      <w:r>
        <w:rPr>
          <w:b/>
        </w:rPr>
        <w:t>ТРЕНУВАЛЬНИЙ ВАРІАНТ № 7</w:t>
      </w:r>
    </w:p>
    <w:p>
      <w:r>
        <w:t>30 завдань  |  Reading: 1–10  |  Use of English: 11–30  |  Рівень B1–B2</w:t>
      </w:r>
    </w:p>
    <w:p>
      <w:r>
        <w:t>Прізвище та ім’я: ____________________________________   Дата: ______________</w:t>
      </w:r>
    </w:p>
    <w:p>
      <w:r>
        <w:t>Інструкція: прочитайте тексти та оберіть одну правильну відповідь (A, B, C або D) для кожного завдання. Ключі у цьому документі не подано.</w:t>
      </w:r>
    </w:p>
    <w:p>
      <w:pPr>
        <w:pStyle w:val="Heading1"/>
      </w:pPr>
      <w:r>
        <w:t>PART 1. READING (Tasks 1–10)</w:t>
      </w:r>
    </w:p>
    <w:p>
      <w:pPr>
        <w:pStyle w:val="Heading2"/>
      </w:pPr>
      <w:r>
        <w:t>Text 1. Flexible Apprenticeships</w:t>
      </w:r>
    </w:p>
    <w:p>
      <w:r>
        <w:t>A manufacturing company in Eastfield has redesigned its apprenticeship programme. Instead of attending training on fixed weekdays, participants can choose morning or evening sessions. This helps people who have childcare responsibilities or part-time jobs. Each apprentice works with a mentor and completes practical projects. Managers report that more applicants now finish the programme, although arranging workshop equipment for different shifts requires extra coordination. The company intends to introduce online progress records next year.</w:t>
      </w:r>
    </w:p>
    <w:p>
      <w:r>
        <w:rPr>
          <w:b/>
        </w:rPr>
        <w:t>1. What has changed in the programme?</w:t>
      </w:r>
    </w:p>
    <w:p>
      <w:pPr/>
      <w:r>
        <w:t>A  The company has stopped recruitment</w:t>
      </w:r>
    </w:p>
    <w:p>
      <w:pPr/>
      <w:r>
        <w:t>B  Training times are more flexible</w:t>
      </w:r>
    </w:p>
    <w:p>
      <w:pPr/>
      <w:r>
        <w:t>C  All practical work has ended</w:t>
      </w:r>
    </w:p>
    <w:p>
      <w:pPr/>
      <w:r>
        <w:t>D  Apprentices no longer need mentors</w:t>
      </w:r>
    </w:p>
    <w:p>
      <w:r>
        <w:rPr>
          <w:b/>
        </w:rPr>
        <w:t>2. Who may particularly benefit?</w:t>
      </w:r>
    </w:p>
    <w:p>
      <w:pPr/>
      <w:r>
        <w:t>A  People with other responsibilities</w:t>
      </w:r>
    </w:p>
    <w:p>
      <w:pPr/>
      <w:r>
        <w:t>B  Only full-time managers</w:t>
      </w:r>
    </w:p>
    <w:p>
      <w:pPr/>
      <w:r>
        <w:t>C  Visitors without applications</w:t>
      </w:r>
    </w:p>
    <w:p>
      <w:pPr/>
      <w:r>
        <w:t>D  People who avoid practical tasks</w:t>
      </w:r>
    </w:p>
    <w:p>
      <w:r>
        <w:rPr>
          <w:b/>
        </w:rPr>
        <w:t>3. What does each apprentice receive?</w:t>
      </w:r>
    </w:p>
    <w:p>
      <w:pPr/>
      <w:r>
        <w:t>A  A guaranteed management post</w:t>
      </w:r>
    </w:p>
    <w:p>
      <w:pPr/>
      <w:r>
        <w:t>B  Free international travel</w:t>
      </w:r>
    </w:p>
    <w:p>
      <w:pPr/>
      <w:r>
        <w:t>C  An automatic university degree</w:t>
      </w:r>
    </w:p>
    <w:p>
      <w:pPr/>
      <w:r>
        <w:t>D  Support from a mentor</w:t>
      </w:r>
    </w:p>
    <w:p>
      <w:r>
        <w:rPr>
          <w:b/>
        </w:rPr>
        <w:t>4. What challenge do managers mention?</w:t>
      </w:r>
    </w:p>
    <w:p>
      <w:pPr/>
      <w:r>
        <w:t>A  Printing course certificates</w:t>
      </w:r>
    </w:p>
    <w:p>
      <w:pPr/>
      <w:r>
        <w:t>B  Closing the factory permanently</w:t>
      </w:r>
    </w:p>
    <w:p>
      <w:pPr/>
      <w:r>
        <w:t>C  Coordinating equipment across shifts</w:t>
      </w:r>
    </w:p>
    <w:p>
      <w:pPr/>
      <w:r>
        <w:t>D  Finding any applicants</w:t>
      </w:r>
    </w:p>
    <w:p>
      <w:r>
        <w:rPr>
          <w:b/>
        </w:rPr>
        <w:t>5. What is planned for next year?</w:t>
      </w:r>
    </w:p>
    <w:p>
      <w:pPr/>
      <w:r>
        <w:t>A  A new overseas factory</w:t>
      </w:r>
    </w:p>
    <w:p>
      <w:pPr/>
      <w:r>
        <w:t>B  Online progress records</w:t>
      </w:r>
    </w:p>
    <w:p>
      <w:pPr/>
      <w:r>
        <w:t>C  A ban on evening sessions</w:t>
      </w:r>
    </w:p>
    <w:p>
      <w:pPr/>
      <w:r>
        <w:t>D  A shorter working week for all staff</w:t>
      </w:r>
    </w:p>
    <w:p>
      <w:pPr>
        <w:pStyle w:val="Heading2"/>
      </w:pPr>
      <w:r>
        <w:t>Text 2. Citizen Science</w:t>
      </w:r>
    </w:p>
    <w:p>
      <w:r>
        <w:t>Citizen science projects allow members of the public to help researchers collect observations. One coastal project asks volunteers to record the types of birds they see during regular walks. Participants use a simple online form and receive guidance on identifying species. Researchers review unusual records before adding them to the database. Although volunteer observations cannot replace every professional survey, they can provide valuable information across a much wider area.</w:t>
      </w:r>
    </w:p>
    <w:p>
      <w:r>
        <w:rPr>
          <w:b/>
        </w:rPr>
        <w:t>6. Who can participate in citizen science?</w:t>
      </w:r>
    </w:p>
    <w:p>
      <w:pPr/>
      <w:r>
        <w:t>A  Members of the public</w:t>
      </w:r>
    </w:p>
    <w:p>
      <w:pPr/>
      <w:r>
        <w:t>B  Only senior professors</w:t>
      </w:r>
    </w:p>
    <w:p>
      <w:pPr/>
      <w:r>
        <w:t>C  Only professional surveyors</w:t>
      </w:r>
    </w:p>
    <w:p>
      <w:pPr/>
      <w:r>
        <w:t>D  Only laboratory technicians</w:t>
      </w:r>
    </w:p>
    <w:p>
      <w:r>
        <w:rPr>
          <w:b/>
        </w:rPr>
        <w:t>7. What do volunteers record?</w:t>
      </w:r>
    </w:p>
    <w:p>
      <w:pPr/>
      <w:r>
        <w:t>A  Daily train delays</w:t>
      </w:r>
    </w:p>
    <w:p>
      <w:pPr/>
      <w:r>
        <w:t>B  Office electricity bills</w:t>
      </w:r>
    </w:p>
    <w:p>
      <w:pPr/>
      <w:r>
        <w:t>C  Restaurant menus</w:t>
      </w:r>
    </w:p>
    <w:p>
      <w:pPr/>
      <w:r>
        <w:t>D  Bird species seen on walks</w:t>
      </w:r>
    </w:p>
    <w:p>
      <w:r>
        <w:rPr>
          <w:b/>
        </w:rPr>
        <w:t>8. How do participants submit observations?</w:t>
      </w:r>
    </w:p>
    <w:p>
      <w:pPr/>
      <w:r>
        <w:t>A  By calling a television studio</w:t>
      </w:r>
    </w:p>
    <w:p>
      <w:pPr/>
      <w:r>
        <w:t>B  Through paper invoices</w:t>
      </w:r>
    </w:p>
    <w:p>
      <w:pPr/>
      <w:r>
        <w:t>C  Through an online form</w:t>
      </w:r>
    </w:p>
    <w:p>
      <w:pPr/>
      <w:r>
        <w:t>D  By mailing photographs only</w:t>
      </w:r>
    </w:p>
    <w:p>
      <w:r>
        <w:rPr>
          <w:b/>
        </w:rPr>
        <w:t>9. What happens to unusual records?</w:t>
      </w:r>
    </w:p>
    <w:p>
      <w:pPr/>
      <w:r>
        <w:t>A  They are sent to schools</w:t>
      </w:r>
    </w:p>
    <w:p>
      <w:pPr/>
      <w:r>
        <w:t>B  Researchers review them</w:t>
      </w:r>
    </w:p>
    <w:p>
      <w:pPr/>
      <w:r>
        <w:t>C  They are automatically deleted</w:t>
      </w:r>
    </w:p>
    <w:p>
      <w:pPr/>
      <w:r>
        <w:t>D  They are immediately published without checks</w:t>
      </w:r>
    </w:p>
    <w:p>
      <w:r>
        <w:rPr>
          <w:b/>
        </w:rPr>
        <w:t>10. What is an advantage of volunteer data?</w:t>
      </w:r>
    </w:p>
    <w:p>
      <w:pPr/>
      <w:r>
        <w:t>A  Coverage of a wider area</w:t>
      </w:r>
    </w:p>
    <w:p>
      <w:pPr/>
      <w:r>
        <w:t>B  Removal of all research costs</w:t>
      </w:r>
    </w:p>
    <w:p>
      <w:pPr/>
      <w:r>
        <w:t>C  Perfect accuracy in every record</w:t>
      </w:r>
    </w:p>
    <w:p>
      <w:pPr/>
      <w:r>
        <w:t>D  Replacement of every professional survey</w:t>
      </w:r>
    </w:p>
    <w:p>
      <w:pPr>
        <w:pStyle w:val="Heading1"/>
      </w:pPr>
      <w:r>
        <w:t>PART 2. USE OF ENGLISH (Tasks 11–30)</w:t>
      </w:r>
    </w:p>
    <w:p>
      <w:r>
        <w:t>Choose the option that best completes each sentence. Tasks 11–20 focus on grammar and tasks 21–30 on vocabulary and usage.</w:t>
      </w:r>
    </w:p>
    <w:p>
      <w:r>
        <w:rPr>
          <w:b/>
        </w:rPr>
        <w:t>11. Volunteers are interested ___ collecting reliable data.</w:t>
      </w:r>
    </w:p>
    <w:p>
      <w:pPr/>
      <w:r>
        <w:t>A  on</w:t>
      </w:r>
    </w:p>
    <w:p>
      <w:pPr/>
      <w:r>
        <w:t>B  for</w:t>
      </w:r>
    </w:p>
    <w:p>
      <w:pPr/>
      <w:r>
        <w:t>C  in</w:t>
      </w:r>
    </w:p>
    <w:p>
      <w:pPr/>
      <w:r>
        <w:t>D  at</w:t>
      </w:r>
    </w:p>
    <w:p>
      <w:r>
        <w:rPr>
          <w:b/>
        </w:rPr>
        <w:t>12. The observations ___ carefully before publication.</w:t>
      </w:r>
    </w:p>
    <w:p>
      <w:pPr/>
      <w:r>
        <w:t>A  check</w:t>
      </w:r>
    </w:p>
    <w:p>
      <w:pPr/>
      <w:r>
        <w:t>B  checking</w:t>
      </w:r>
    </w:p>
    <w:p>
      <w:pPr/>
      <w:r>
        <w:t>C  have checking</w:t>
      </w:r>
    </w:p>
    <w:p>
      <w:pPr/>
      <w:r>
        <w:t>D  are checked</w:t>
      </w:r>
    </w:p>
    <w:p>
      <w:r>
        <w:rPr>
          <w:b/>
        </w:rPr>
        <w:t>13. There is ___ information available than last year.</w:t>
      </w:r>
    </w:p>
    <w:p>
      <w:pPr/>
      <w:r>
        <w:t>A  more</w:t>
      </w:r>
    </w:p>
    <w:p>
      <w:pPr/>
      <w:r>
        <w:t>B  many</w:t>
      </w:r>
    </w:p>
    <w:p>
      <w:pPr/>
      <w:r>
        <w:t>C  most</w:t>
      </w:r>
    </w:p>
    <w:p>
      <w:pPr/>
      <w:r>
        <w:t>D  muchest</w:t>
      </w:r>
    </w:p>
    <w:p>
      <w:r>
        <w:rPr>
          <w:b/>
        </w:rPr>
        <w:t>14. Researchers asked people ___ a simple form.</w:t>
      </w:r>
    </w:p>
    <w:p>
      <w:pPr/>
      <w:r>
        <w:t>A  completed</w:t>
      </w:r>
    </w:p>
    <w:p>
      <w:pPr/>
      <w:r>
        <w:t>B  to complete</w:t>
      </w:r>
    </w:p>
    <w:p>
      <w:pPr/>
      <w:r>
        <w:t>C  complete</w:t>
      </w:r>
    </w:p>
    <w:p>
      <w:pPr/>
      <w:r>
        <w:t>D  completing</w:t>
      </w:r>
    </w:p>
    <w:p>
      <w:r>
        <w:rPr>
          <w:b/>
        </w:rPr>
        <w:t>15. The project has operated ___ 2022.</w:t>
      </w:r>
    </w:p>
    <w:p>
      <w:pPr/>
      <w:r>
        <w:t>A  during</w:t>
      </w:r>
    </w:p>
    <w:p>
      <w:pPr/>
      <w:r>
        <w:t>B  from</w:t>
      </w:r>
    </w:p>
    <w:p>
      <w:pPr/>
      <w:r>
        <w:t>C  since</w:t>
      </w:r>
    </w:p>
    <w:p>
      <w:pPr/>
      <w:r>
        <w:t>D  for</w:t>
      </w:r>
    </w:p>
    <w:p>
      <w:r>
        <w:rPr>
          <w:b/>
        </w:rPr>
        <w:t>16. Unusual records need to be looked ___ again.</w:t>
      </w:r>
    </w:p>
    <w:p>
      <w:pPr/>
      <w:r>
        <w:t>A  for</w:t>
      </w:r>
    </w:p>
    <w:p>
      <w:pPr/>
      <w:r>
        <w:t>B  into to</w:t>
      </w:r>
    </w:p>
    <w:p>
      <w:pPr/>
      <w:r>
        <w:t>C  after to</w:t>
      </w:r>
    </w:p>
    <w:p>
      <w:pPr/>
      <w:r>
        <w:t>D  at</w:t>
      </w:r>
    </w:p>
    <w:p>
      <w:r>
        <w:rPr>
          <w:b/>
        </w:rPr>
        <w:t>17. The findings may ___ future decisions.</w:t>
      </w:r>
    </w:p>
    <w:p>
      <w:pPr/>
      <w:r>
        <w:t>A  influence</w:t>
      </w:r>
    </w:p>
    <w:p>
      <w:pPr/>
      <w:r>
        <w:t>B  affect on</w:t>
      </w:r>
    </w:p>
    <w:p>
      <w:pPr/>
      <w:r>
        <w:t>C  depend</w:t>
      </w:r>
    </w:p>
    <w:p>
      <w:pPr/>
      <w:r>
        <w:t>D  result</w:t>
      </w:r>
    </w:p>
    <w:p>
      <w:r>
        <w:rPr>
          <w:b/>
        </w:rPr>
        <w:t>18. Data quality is just as important ___ quantity.</w:t>
      </w:r>
    </w:p>
    <w:p>
      <w:pPr/>
      <w:r>
        <w:t>A  from</w:t>
      </w:r>
    </w:p>
    <w:p>
      <w:pPr/>
      <w:r>
        <w:t>B  as</w:t>
      </w:r>
    </w:p>
    <w:p>
      <w:pPr/>
      <w:r>
        <w:t>C  than</w:t>
      </w:r>
    </w:p>
    <w:p>
      <w:pPr/>
      <w:r>
        <w:t>D  like</w:t>
      </w:r>
    </w:p>
    <w:p>
      <w:r>
        <w:rPr>
          <w:b/>
        </w:rPr>
        <w:t>19. The project was set ___ by a university team.</w:t>
      </w:r>
    </w:p>
    <w:p>
      <w:pPr/>
      <w:r>
        <w:t>A  out</w:t>
      </w:r>
    </w:p>
    <w:p>
      <w:pPr/>
      <w:r>
        <w:t>B  over</w:t>
      </w:r>
    </w:p>
    <w:p>
      <w:pPr/>
      <w:r>
        <w:t>C  up</w:t>
      </w:r>
    </w:p>
    <w:p>
      <w:pPr/>
      <w:r>
        <w:t>D  off</w:t>
      </w:r>
    </w:p>
    <w:p>
      <w:r>
        <w:rPr>
          <w:b/>
        </w:rPr>
        <w:t>20. The study focuses ___ seasonal changes.</w:t>
      </w:r>
    </w:p>
    <w:p>
      <w:pPr/>
      <w:r>
        <w:t>A  at</w:t>
      </w:r>
    </w:p>
    <w:p>
      <w:pPr/>
      <w:r>
        <w:t>B  of</w:t>
      </w:r>
    </w:p>
    <w:p>
      <w:pPr/>
      <w:r>
        <w:t>C  with</w:t>
      </w:r>
    </w:p>
    <w:p>
      <w:pPr/>
      <w:r>
        <w:t>D  on</w:t>
      </w:r>
    </w:p>
    <w:p>
      <w:r>
        <w:rPr>
          <w:b/>
        </w:rPr>
        <w:t>21. Employees should be aware ___ the guidelines.</w:t>
      </w:r>
    </w:p>
    <w:p>
      <w:pPr/>
      <w:r>
        <w:t>A  of</w:t>
      </w:r>
    </w:p>
    <w:p>
      <w:pPr/>
      <w:r>
        <w:t>B  for</w:t>
      </w:r>
    </w:p>
    <w:p>
      <w:pPr/>
      <w:r>
        <w:t>C  at</w:t>
      </w:r>
    </w:p>
    <w:p>
      <w:pPr/>
      <w:r>
        <w:t>D  with</w:t>
      </w:r>
    </w:p>
    <w:p>
      <w:r>
        <w:rPr>
          <w:b/>
        </w:rPr>
        <w:t>22. The manager suggested ___ notifications at night.</w:t>
      </w:r>
    </w:p>
    <w:p>
      <w:pPr/>
      <w:r>
        <w:t>A  turned off</w:t>
      </w:r>
    </w:p>
    <w:p>
      <w:pPr/>
      <w:r>
        <w:t>B  turning off</w:t>
      </w:r>
    </w:p>
    <w:p>
      <w:pPr/>
      <w:r>
        <w:t>C  to turn off</w:t>
      </w:r>
    </w:p>
    <w:p>
      <w:pPr/>
      <w:r>
        <w:t>D  turn off</w:t>
      </w:r>
    </w:p>
    <w:p>
      <w:r>
        <w:rPr>
          <w:b/>
        </w:rPr>
        <w:t>23. The policy was introduced ___ reduce stress.</w:t>
      </w:r>
    </w:p>
    <w:p>
      <w:pPr/>
      <w:r>
        <w:t>A  by</w:t>
      </w:r>
    </w:p>
    <w:p>
      <w:pPr/>
      <w:r>
        <w:t>B  with</w:t>
      </w:r>
    </w:p>
    <w:p>
      <w:pPr/>
      <w:r>
        <w:t>C  to</w:t>
      </w:r>
    </w:p>
    <w:p>
      <w:pPr/>
      <w:r>
        <w:t>D  for</w:t>
      </w:r>
    </w:p>
    <w:p>
      <w:r>
        <w:rPr>
          <w:b/>
        </w:rPr>
        <w:t>24. Messages that are not urgent ___ wait until morning.</w:t>
      </w:r>
    </w:p>
    <w:p>
      <w:pPr/>
      <w:r>
        <w:t>A  must to</w:t>
      </w:r>
    </w:p>
    <w:p>
      <w:pPr/>
      <w:r>
        <w:t>B  have</w:t>
      </w:r>
    </w:p>
    <w:p>
      <w:pPr/>
      <w:r>
        <w:t>C  ought</w:t>
      </w:r>
    </w:p>
    <w:p>
      <w:pPr/>
      <w:r>
        <w:t>D  can</w:t>
      </w:r>
    </w:p>
    <w:p>
      <w:r>
        <w:rPr>
          <w:b/>
        </w:rPr>
        <w:t>25. Clear expectations help prevent ___.</w:t>
      </w:r>
    </w:p>
    <w:p>
      <w:pPr/>
      <w:r>
        <w:t>A  confusion</w:t>
      </w:r>
    </w:p>
    <w:p>
      <w:pPr/>
      <w:r>
        <w:t>B  confuse</w:t>
      </w:r>
    </w:p>
    <w:p>
      <w:pPr/>
      <w:r>
        <w:t>C  confusingly</w:t>
      </w:r>
    </w:p>
    <w:p>
      <w:pPr/>
      <w:r>
        <w:t>D  confused</w:t>
      </w:r>
    </w:p>
    <w:p>
      <w:r>
        <w:rPr>
          <w:b/>
        </w:rPr>
        <w:t>26. The team has ___ agreed on a schedule.</w:t>
      </w:r>
    </w:p>
    <w:p>
      <w:pPr/>
      <w:r>
        <w:t>A  ever</w:t>
      </w:r>
    </w:p>
    <w:p>
      <w:pPr/>
      <w:r>
        <w:t>B  already</w:t>
      </w:r>
    </w:p>
    <w:p>
      <w:pPr/>
      <w:r>
        <w:t>C  yet</w:t>
      </w:r>
    </w:p>
    <w:p>
      <w:pPr/>
      <w:r>
        <w:t>D  still to</w:t>
      </w:r>
    </w:p>
    <w:p>
      <w:r>
        <w:rPr>
          <w:b/>
        </w:rPr>
        <w:t>27. This method works ___ when managers follow it.</w:t>
      </w:r>
    </w:p>
    <w:p>
      <w:pPr/>
      <w:r>
        <w:t>A  good</w:t>
      </w:r>
    </w:p>
    <w:p>
      <w:pPr/>
      <w:r>
        <w:t>B  most good</w:t>
      </w:r>
    </w:p>
    <w:p>
      <w:pPr/>
      <w:r>
        <w:t>C  best</w:t>
      </w:r>
    </w:p>
    <w:p>
      <w:pPr/>
      <w:r>
        <w:t>D  better than</w:t>
      </w:r>
    </w:p>
    <w:p>
      <w:r>
        <w:rPr>
          <w:b/>
        </w:rPr>
        <w:t>28. The guidelines apply ___ all departments.</w:t>
      </w:r>
    </w:p>
    <w:p>
      <w:pPr/>
      <w:r>
        <w:t>A  for</w:t>
      </w:r>
    </w:p>
    <w:p>
      <w:pPr/>
      <w:r>
        <w:t>B  on</w:t>
      </w:r>
    </w:p>
    <w:p>
      <w:pPr/>
      <w:r>
        <w:t>C  with</w:t>
      </w:r>
    </w:p>
    <w:p>
      <w:pPr/>
      <w:r>
        <w:t>D  to</w:t>
      </w:r>
    </w:p>
    <w:p>
      <w:r>
        <w:rPr>
          <w:b/>
        </w:rPr>
        <w:t>29. Workers were given an opportunity ___ questions.</w:t>
      </w:r>
    </w:p>
    <w:p>
      <w:pPr/>
      <w:r>
        <w:t>A  to ask</w:t>
      </w:r>
    </w:p>
    <w:p>
      <w:pPr/>
      <w:r>
        <w:t>B  asking</w:t>
      </w:r>
    </w:p>
    <w:p>
      <w:pPr/>
      <w:r>
        <w:t>C  ask</w:t>
      </w:r>
    </w:p>
    <w:p>
      <w:pPr/>
      <w:r>
        <w:t>D  asked</w:t>
      </w:r>
    </w:p>
    <w:p>
      <w:r>
        <w:rPr>
          <w:b/>
        </w:rPr>
        <w:t>30. A written rule alone is not ___.</w:t>
      </w:r>
    </w:p>
    <w:p>
      <w:pPr/>
      <w:r>
        <w:t>A  sufficiency</w:t>
      </w:r>
    </w:p>
    <w:p>
      <w:pPr/>
      <w:r>
        <w:t>B  sufficient</w:t>
      </w:r>
    </w:p>
    <w:p>
      <w:pPr/>
      <w:r>
        <w:t>C  suffice</w:t>
      </w:r>
    </w:p>
    <w:p>
      <w:pPr/>
      <w:r>
        <w:t>D  sufficiently</w:t>
      </w:r>
    </w:p>
    <w:p>
      <w:r>
        <w:br w:type="page"/>
      </w:r>
    </w:p>
    <w:p>
      <w:pPr>
        <w:pStyle w:val="Heading1"/>
      </w:pPr>
      <w:r>
        <w:t>ANSWER SHEET / БЛАНК ВІДПОВІДЕЙ</w:t>
      </w:r>
    </w:p>
    <w:p>
      <w:r>
        <w:t>Варіант № 7    ПІБ: __________________________________________</w:t>
      </w:r>
    </w:p>
    <w:tbl>
      <w:tblPr>
        <w:tblStyle w:val="TableGrid"/>
        <w:tblW w:type="auto" w:w="0"/>
        <w:jc w:val="center"/>
        <w:tblLook w:firstColumn="1" w:firstRow="1" w:lastColumn="0" w:lastRow="0" w:noHBand="0" w:noVBand="1" w:val="04A0"/>
      </w:tblPr>
      <w:tblGrid>
        <w:gridCol w:w="1643"/>
        <w:gridCol w:w="1643"/>
        <w:gridCol w:w="1643"/>
        <w:gridCol w:w="1643"/>
        <w:gridCol w:w="1643"/>
        <w:gridCol w:w="1643"/>
      </w:tblGrid>
      <w:tr>
        <w:tc>
          <w:tcPr>
            <w:tcW w:type="dxa" w:w="1643"/>
          </w:tcPr>
          <w:p>
            <w:r>
              <w:t>№</w:t>
            </w:r>
          </w:p>
        </w:tc>
        <w:tc>
          <w:tcPr>
            <w:tcW w:type="dxa" w:w="1643"/>
          </w:tcPr>
          <w:p>
            <w:r>
              <w:t>A</w:t>
            </w:r>
          </w:p>
        </w:tc>
        <w:tc>
          <w:tcPr>
            <w:tcW w:type="dxa" w:w="1643"/>
          </w:tcPr>
          <w:p>
            <w:r>
              <w:t>B</w:t>
            </w:r>
          </w:p>
        </w:tc>
        <w:tc>
          <w:tcPr>
            <w:tcW w:type="dxa" w:w="1643"/>
          </w:tcPr>
          <w:p>
            <w:r>
              <w:t>C</w:t>
            </w:r>
          </w:p>
        </w:tc>
        <w:tc>
          <w:tcPr>
            <w:tcW w:type="dxa" w:w="1643"/>
          </w:tcPr>
          <w:p>
            <w:r>
              <w:t>D</w:t>
            </w:r>
          </w:p>
        </w:tc>
        <w:tc>
          <w:tcPr>
            <w:tcW w:type="dxa" w:w="1643"/>
          </w:tcPr>
          <w:p>
            <w:r/>
          </w:p>
        </w:tc>
      </w:tr>
      <w:tr>
        <w:tc>
          <w:tcPr>
            <w:tcW w:type="dxa" w:w="1643"/>
          </w:tcPr>
          <w:p>
            <w:r>
              <w:t>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30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bl>
    <w:p>
      <w:r>
        <w:t>Кількість правильних відповідей: ______ / 30</w:t>
      </w:r>
    </w:p>
    <w:p>
      <w:r>
        <w:t>Авторський тренувальний матеріал. Не є офіційним тестом УЦОЯО.</w:t>
      </w:r>
    </w:p>
    <w:sectPr w:rsidR="00FC693F" w:rsidRPr="0006063C" w:rsidSect="00034616">
      <w:pgSz w:w="12240" w:h="15840"/>
      <w:pgMar w:top="1020" w:right="1134"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