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ЄВІ • АНГЛІЙСЬКА МОВА</w:t>
      </w:r>
    </w:p>
    <w:p>
      <w:pPr>
        <w:jc w:val="center"/>
      </w:pPr>
      <w:r>
        <w:rPr>
          <w:b/>
        </w:rPr>
        <w:t>ТРЕНУВАЛЬНИЙ ВАРІАНТ № 5</w:t>
      </w:r>
    </w:p>
    <w:p>
      <w:r>
        <w:t>30 завдань  |  Reading: 1–10  |  Use of English: 11–30  |  Рівень B1–B2</w:t>
      </w:r>
    </w:p>
    <w:p>
      <w:r>
        <w:t>Прізвище та ім’я: ____________________________________   Дата: ______________</w:t>
      </w:r>
    </w:p>
    <w:p>
      <w:r>
        <w:t>Інструкція: прочитайте тексти та оберіть одну правильну відповідь (A, B, C або D) для кожного завдання. Ключі у цьому документі не подано.</w:t>
      </w:r>
    </w:p>
    <w:p>
      <w:pPr>
        <w:pStyle w:val="Heading1"/>
      </w:pPr>
      <w:r>
        <w:t>PART 1. READING (Tasks 1–10)</w:t>
      </w:r>
    </w:p>
    <w:p>
      <w:pPr>
        <w:pStyle w:val="Heading2"/>
      </w:pPr>
      <w:r>
        <w:t>Text 1. Community Libraries</w:t>
      </w:r>
    </w:p>
    <w:p>
      <w:r>
        <w:t>In many towns, public libraries are changing their role. Besides lending books, they now offer workshops, quiet study rooms and access to computers. A library in Northbridge introduced evening classes for adults who wanted to improve their digital skills. The programme initially attracted only twelve learners, but attendance doubled after local employers began recommending it. The library also trained volunteers to support visitors individually. Although funding remains uncertain, the organisers believe that the project has strengthened connections between generations.</w:t>
      </w:r>
    </w:p>
    <w:p>
      <w:r>
        <w:rPr>
          <w:b/>
        </w:rPr>
        <w:t>1. What is the main focus of the passage?</w:t>
      </w:r>
    </w:p>
    <w:p>
      <w:pPr/>
      <w:r>
        <w:t>A  The history of printed books</w:t>
      </w:r>
    </w:p>
    <w:p>
      <w:pPr/>
      <w:r>
        <w:t>B  The closure of public buildings</w:t>
      </w:r>
    </w:p>
    <w:p>
      <w:pPr/>
      <w:r>
        <w:t>C  The cost of university tuition</w:t>
      </w:r>
    </w:p>
    <w:p>
      <w:pPr/>
      <w:r>
        <w:t>D  The changing services offered by libraries</w:t>
      </w:r>
    </w:p>
    <w:p>
      <w:r>
        <w:rPr>
          <w:b/>
        </w:rPr>
        <w:t>2. Why did attendance increase?</w:t>
      </w:r>
    </w:p>
    <w:p>
      <w:pPr/>
      <w:r>
        <w:t>A  The library moved to another town</w:t>
      </w:r>
    </w:p>
    <w:p>
      <w:pPr/>
      <w:r>
        <w:t>B  The course was offered abroad</w:t>
      </w:r>
    </w:p>
    <w:p>
      <w:pPr/>
      <w:r>
        <w:t>C  Employers recommended the classes</w:t>
      </w:r>
    </w:p>
    <w:p>
      <w:pPr/>
      <w:r>
        <w:t>D  The classes became compulsory</w:t>
      </w:r>
    </w:p>
    <w:p>
      <w:r>
        <w:rPr>
          <w:b/>
        </w:rPr>
        <w:t>3. Who provides individual assistance?</w:t>
      </w:r>
    </w:p>
    <w:p>
      <w:pPr/>
      <w:r>
        <w:t>A  Local politicians</w:t>
      </w:r>
    </w:p>
    <w:p>
      <w:pPr/>
      <w:r>
        <w:t>B  Trained volunteers</w:t>
      </w:r>
    </w:p>
    <w:p>
      <w:pPr/>
      <w:r>
        <w:t>C  University inspectors</w:t>
      </w:r>
    </w:p>
    <w:p>
      <w:pPr/>
      <w:r>
        <w:t>D  Book publishers</w:t>
      </w:r>
    </w:p>
    <w:p>
      <w:r>
        <w:rPr>
          <w:b/>
        </w:rPr>
        <w:t>4. What difficulty does the project still face?</w:t>
      </w:r>
    </w:p>
    <w:p>
      <w:pPr/>
      <w:r>
        <w:t>A  Uncertain funding</w:t>
      </w:r>
    </w:p>
    <w:p>
      <w:pPr/>
      <w:r>
        <w:t>B  A shortage of books</w:t>
      </w:r>
    </w:p>
    <w:p>
      <w:pPr/>
      <w:r>
        <w:t>C  No interest from adults</w:t>
      </w:r>
    </w:p>
    <w:p>
      <w:pPr/>
      <w:r>
        <w:t>D  Lack of computer access</w:t>
      </w:r>
    </w:p>
    <w:p>
      <w:r>
        <w:rPr>
          <w:b/>
        </w:rPr>
        <w:t>5. What do organisers see as an outcome?</w:t>
      </w:r>
    </w:p>
    <w:p>
      <w:pPr/>
      <w:r>
        <w:t>A  Fewer community activities</w:t>
      </w:r>
    </w:p>
    <w:p>
      <w:pPr/>
      <w:r>
        <w:t>B  Reduced use of technology</w:t>
      </w:r>
    </w:p>
    <w:p>
      <w:pPr/>
      <w:r>
        <w:t>C  Higher transport costs</w:t>
      </w:r>
    </w:p>
    <w:p>
      <w:pPr/>
      <w:r>
        <w:t>D  Stronger intergenerational connections</w:t>
      </w:r>
    </w:p>
    <w:p>
      <w:pPr>
        <w:pStyle w:val="Heading2"/>
      </w:pPr>
      <w:r>
        <w:t>Text 2. Micro-Credentials</w:t>
      </w:r>
    </w:p>
    <w:p>
      <w:r>
        <w:t>Short professional courses are becoming popular among employees who want to update particular skills. Unlike full degree programmes, these courses usually focus on a narrow topic and can be completed in weeks rather than years. Employers may value them when they include assessed practical work. However, applicants should check who awards the certificate and whether its content matches their career goals. A short course can complement professional experience, but it does not automatically replace a recognised qualification.</w:t>
      </w:r>
    </w:p>
    <w:p>
      <w:r>
        <w:rPr>
          <w:b/>
        </w:rPr>
        <w:t>6. What is the main purpose of the courses?</w:t>
      </w:r>
    </w:p>
    <w:p>
      <w:pPr/>
      <w:r>
        <w:t>A  To provide free holidays</w:t>
      </w:r>
    </w:p>
    <w:p>
      <w:pPr/>
      <w:r>
        <w:t>B  To eliminate assessments</w:t>
      </w:r>
    </w:p>
    <w:p>
      <w:pPr/>
      <w:r>
        <w:t>C  To update specific professional skills</w:t>
      </w:r>
    </w:p>
    <w:p>
      <w:pPr/>
      <w:r>
        <w:t>D  To replace all university degrees</w:t>
      </w:r>
    </w:p>
    <w:p>
      <w:r>
        <w:rPr>
          <w:b/>
        </w:rPr>
        <w:t>7. How long can the courses take?</w:t>
      </w:r>
    </w:p>
    <w:p>
      <w:pPr/>
      <w:r>
        <w:t>A  Only one afternoon</w:t>
      </w:r>
    </w:p>
    <w:p>
      <w:pPr/>
      <w:r>
        <w:t>B  A few weeks</w:t>
      </w:r>
    </w:p>
    <w:p>
      <w:pPr/>
      <w:r>
        <w:t>C  Several decades</w:t>
      </w:r>
    </w:p>
    <w:p>
      <w:pPr/>
      <w:r>
        <w:t>D  Exactly five years</w:t>
      </w:r>
    </w:p>
    <w:p>
      <w:r>
        <w:rPr>
          <w:b/>
        </w:rPr>
        <w:t>8. When might employers value the courses?</w:t>
      </w:r>
    </w:p>
    <w:p>
      <w:pPr/>
      <w:r>
        <w:t>A  When practical work is assessed</w:t>
      </w:r>
    </w:p>
    <w:p>
      <w:pPr/>
      <w:r>
        <w:t>B  When no learning is required</w:t>
      </w:r>
    </w:p>
    <w:p>
      <w:pPr/>
      <w:r>
        <w:t>C  When certificates are anonymous</w:t>
      </w:r>
    </w:p>
    <w:p>
      <w:pPr/>
      <w:r>
        <w:t>D  When subjects are unrelated to jobs</w:t>
      </w:r>
    </w:p>
    <w:p>
      <w:r>
        <w:rPr>
          <w:b/>
        </w:rPr>
        <w:t>9. What should applicants verify?</w:t>
      </w:r>
    </w:p>
    <w:p>
      <w:pPr/>
      <w:r>
        <w:t>A  The number of nearby cafés</w:t>
      </w:r>
    </w:p>
    <w:p>
      <w:pPr/>
      <w:r>
        <w:t>B  The colour of the classroom</w:t>
      </w:r>
    </w:p>
    <w:p>
      <w:pPr/>
      <w:r>
        <w:t>C  The location of sports facilities</w:t>
      </w:r>
    </w:p>
    <w:p>
      <w:pPr/>
      <w:r>
        <w:t>D  The certificate provider and course relevance</w:t>
      </w:r>
    </w:p>
    <w:p>
      <w:r>
        <w:rPr>
          <w:b/>
        </w:rPr>
        <w:t>10. What does the author warn?</w:t>
      </w:r>
    </w:p>
    <w:p>
      <w:pPr/>
      <w:r>
        <w:t>A  Professional experience is unnecessary</w:t>
      </w:r>
    </w:p>
    <w:p>
      <w:pPr/>
      <w:r>
        <w:t>B  All certificates have identical value</w:t>
      </w:r>
    </w:p>
    <w:p>
      <w:pPr/>
      <w:r>
        <w:t>C  A short course does not automatically replace a degree</w:t>
      </w:r>
    </w:p>
    <w:p>
      <w:pPr/>
      <w:r>
        <w:t>D  Every short course guarantees employment</w:t>
      </w:r>
    </w:p>
    <w:p>
      <w:pPr>
        <w:pStyle w:val="Heading1"/>
      </w:pPr>
      <w:r>
        <w:t>PART 2. USE OF ENGLISH (Tasks 11–30)</w:t>
      </w:r>
    </w:p>
    <w:p>
      <w:r>
        <w:t>Choose the option that best completes each sentence. Tasks 11–20 focus on grammar and tasks 21–30 on vocabulary and usage.</w:t>
      </w:r>
    </w:p>
    <w:p>
      <w:r>
        <w:rPr>
          <w:b/>
        </w:rPr>
        <w:t>11. The coordinator is responsible ___ arranging the weekly sessions.</w:t>
      </w:r>
    </w:p>
    <w:p>
      <w:pPr/>
      <w:r>
        <w:t>A  for</w:t>
      </w:r>
    </w:p>
    <w:p>
      <w:pPr/>
      <w:r>
        <w:t>B  of</w:t>
      </w:r>
    </w:p>
    <w:p>
      <w:pPr/>
      <w:r>
        <w:t>C  at</w:t>
      </w:r>
    </w:p>
    <w:p>
      <w:pPr/>
      <w:r>
        <w:t>D  by</w:t>
      </w:r>
    </w:p>
    <w:p>
      <w:r>
        <w:rPr>
          <w:b/>
        </w:rPr>
        <w:t>12. If more volunteers joined, the project ___ expand.</w:t>
      </w:r>
    </w:p>
    <w:p>
      <w:pPr/>
      <w:r>
        <w:t>A  is</w:t>
      </w:r>
    </w:p>
    <w:p>
      <w:pPr/>
      <w:r>
        <w:t>B  could</w:t>
      </w:r>
    </w:p>
    <w:p>
      <w:pPr/>
      <w:r>
        <w:t>C  will</w:t>
      </w:r>
    </w:p>
    <w:p>
      <w:pPr/>
      <w:r>
        <w:t>D  has</w:t>
      </w:r>
    </w:p>
    <w:p>
      <w:r>
        <w:rPr>
          <w:b/>
        </w:rPr>
        <w:t>13. The workshop ___ last Monday was fully booked.</w:t>
      </w:r>
    </w:p>
    <w:p>
      <w:pPr/>
      <w:r>
        <w:t>A  holds</w:t>
      </w:r>
    </w:p>
    <w:p>
      <w:pPr/>
      <w:r>
        <w:t>B  has held</w:t>
      </w:r>
    </w:p>
    <w:p>
      <w:pPr/>
      <w:r>
        <w:t>C  held</w:t>
      </w:r>
    </w:p>
    <w:p>
      <w:pPr/>
      <w:r>
        <w:t>D  holding</w:t>
      </w:r>
    </w:p>
    <w:p>
      <w:r>
        <w:rPr>
          <w:b/>
        </w:rPr>
        <w:t>14. Participants were asked ___ their feedback online.</w:t>
      </w:r>
    </w:p>
    <w:p>
      <w:pPr/>
      <w:r>
        <w:t>A  submit</w:t>
      </w:r>
    </w:p>
    <w:p>
      <w:pPr/>
      <w:r>
        <w:t>B  submitting</w:t>
      </w:r>
    </w:p>
    <w:p>
      <w:pPr/>
      <w:r>
        <w:t>C  submitted</w:t>
      </w:r>
    </w:p>
    <w:p>
      <w:pPr/>
      <w:r>
        <w:t>D  to submit</w:t>
      </w:r>
    </w:p>
    <w:p>
      <w:r>
        <w:rPr>
          <w:b/>
        </w:rPr>
        <w:t>15. The new service has been available ___ September.</w:t>
      </w:r>
    </w:p>
    <w:p>
      <w:pPr/>
      <w:r>
        <w:t>A  since</w:t>
      </w:r>
    </w:p>
    <w:p>
      <w:pPr/>
      <w:r>
        <w:t>B  for</w:t>
      </w:r>
    </w:p>
    <w:p>
      <w:pPr/>
      <w:r>
        <w:t>C  during</w:t>
      </w:r>
    </w:p>
    <w:p>
      <w:pPr/>
      <w:r>
        <w:t>D  by</w:t>
      </w:r>
    </w:p>
    <w:p>
      <w:r>
        <w:rPr>
          <w:b/>
        </w:rPr>
        <w:t>16. This approach is more effective ___ the previous one.</w:t>
      </w:r>
    </w:p>
    <w:p>
      <w:pPr/>
      <w:r>
        <w:t>A  to</w:t>
      </w:r>
    </w:p>
    <w:p>
      <w:pPr/>
      <w:r>
        <w:t>B  than</w:t>
      </w:r>
    </w:p>
    <w:p>
      <w:pPr/>
      <w:r>
        <w:t>C  as</w:t>
      </w:r>
    </w:p>
    <w:p>
      <w:pPr/>
      <w:r>
        <w:t>D  from</w:t>
      </w:r>
    </w:p>
    <w:p>
      <w:r>
        <w:rPr>
          <w:b/>
        </w:rPr>
        <w:t>17. The report was written ___ a group of researchers.</w:t>
      </w:r>
    </w:p>
    <w:p>
      <w:pPr/>
      <w:r>
        <w:t>A  with</w:t>
      </w:r>
    </w:p>
    <w:p>
      <w:pPr/>
      <w:r>
        <w:t>B  at</w:t>
      </w:r>
    </w:p>
    <w:p>
      <w:pPr/>
      <w:r>
        <w:t>C  by</w:t>
      </w:r>
    </w:p>
    <w:p>
      <w:pPr/>
      <w:r>
        <w:t>D  from</w:t>
      </w:r>
    </w:p>
    <w:p>
      <w:r>
        <w:rPr>
          <w:b/>
        </w:rPr>
        <w:t>18. The organisers hope to ___ awareness of the programme.</w:t>
      </w:r>
    </w:p>
    <w:p>
      <w:pPr/>
      <w:r>
        <w:t>A  rise</w:t>
      </w:r>
    </w:p>
    <w:p>
      <w:pPr/>
      <w:r>
        <w:t>B  arise</w:t>
      </w:r>
    </w:p>
    <w:p>
      <w:pPr/>
      <w:r>
        <w:t>C  lift</w:t>
      </w:r>
    </w:p>
    <w:p>
      <w:pPr/>
      <w:r>
        <w:t>D  raise</w:t>
      </w:r>
    </w:p>
    <w:p>
      <w:r>
        <w:rPr>
          <w:b/>
        </w:rPr>
        <w:t>19. Visitors can take part ___ the activities.</w:t>
      </w:r>
    </w:p>
    <w:p>
      <w:pPr/>
      <w:r>
        <w:t>A  in</w:t>
      </w:r>
    </w:p>
    <w:p>
      <w:pPr/>
      <w:r>
        <w:t>B  on</w:t>
      </w:r>
    </w:p>
    <w:p>
      <w:pPr/>
      <w:r>
        <w:t>C  at</w:t>
      </w:r>
    </w:p>
    <w:p>
      <w:pPr/>
      <w:r>
        <w:t>D  of</w:t>
      </w:r>
    </w:p>
    <w:p>
      <w:r>
        <w:rPr>
          <w:b/>
        </w:rPr>
        <w:t>20. The team has already ___ the main objectives.</w:t>
      </w:r>
    </w:p>
    <w:p>
      <w:pPr/>
      <w:r>
        <w:t>A  managed</w:t>
      </w:r>
    </w:p>
    <w:p>
      <w:pPr/>
      <w:r>
        <w:t>B  achieved</w:t>
      </w:r>
    </w:p>
    <w:p>
      <w:pPr/>
      <w:r>
        <w:t>C  reached to</w:t>
      </w:r>
    </w:p>
    <w:p>
      <w:pPr/>
      <w:r>
        <w:t>D  arrived</w:t>
      </w:r>
    </w:p>
    <w:p>
      <w:r>
        <w:rPr>
          <w:b/>
        </w:rPr>
        <w:t>21. The company invested ___ new training equipment.</w:t>
      </w:r>
    </w:p>
    <w:p>
      <w:pPr/>
      <w:r>
        <w:t>A  to</w:t>
      </w:r>
    </w:p>
    <w:p>
      <w:pPr/>
      <w:r>
        <w:t>B  at</w:t>
      </w:r>
    </w:p>
    <w:p>
      <w:pPr/>
      <w:r>
        <w:t>C  in</w:t>
      </w:r>
    </w:p>
    <w:p>
      <w:pPr/>
      <w:r>
        <w:t>D  on</w:t>
      </w:r>
    </w:p>
    <w:p>
      <w:r>
        <w:rPr>
          <w:b/>
        </w:rPr>
        <w:t>22. The programme is designed ___ support new employees.</w:t>
      </w:r>
    </w:p>
    <w:p>
      <w:pPr/>
      <w:r>
        <w:t>A  for</w:t>
      </w:r>
    </w:p>
    <w:p>
      <w:pPr/>
      <w:r>
        <w:t>B  with</w:t>
      </w:r>
    </w:p>
    <w:p>
      <w:pPr/>
      <w:r>
        <w:t>C  by</w:t>
      </w:r>
    </w:p>
    <w:p>
      <w:pPr/>
      <w:r>
        <w:t>D  to</w:t>
      </w:r>
    </w:p>
    <w:p>
      <w:r>
        <w:rPr>
          <w:b/>
        </w:rPr>
        <w:t>23. The application must be completed ___ Friday.</w:t>
      </w:r>
    </w:p>
    <w:p>
      <w:pPr/>
      <w:r>
        <w:t>A  by</w:t>
      </w:r>
    </w:p>
    <w:p>
      <w:pPr/>
      <w:r>
        <w:t>B  since</w:t>
      </w:r>
    </w:p>
    <w:p>
      <w:pPr/>
      <w:r>
        <w:t>C  during</w:t>
      </w:r>
    </w:p>
    <w:p>
      <w:pPr/>
      <w:r>
        <w:t>D  until</w:t>
      </w:r>
    </w:p>
    <w:p>
      <w:r>
        <w:rPr>
          <w:b/>
        </w:rPr>
        <w:t>24. The results were ___ than expected.</w:t>
      </w:r>
    </w:p>
    <w:p>
      <w:pPr/>
      <w:r>
        <w:t>A  well</w:t>
      </w:r>
    </w:p>
    <w:p>
      <w:pPr/>
      <w:r>
        <w:t>B  better</w:t>
      </w:r>
    </w:p>
    <w:p>
      <w:pPr/>
      <w:r>
        <w:t>C  best</w:t>
      </w:r>
    </w:p>
    <w:p>
      <w:pPr/>
      <w:r>
        <w:t>D  good</w:t>
      </w:r>
    </w:p>
    <w:p>
      <w:r>
        <w:rPr>
          <w:b/>
        </w:rPr>
        <w:t>25. She has worked in this sector ___ five years.</w:t>
      </w:r>
    </w:p>
    <w:p>
      <w:pPr/>
      <w:r>
        <w:t>A  from</w:t>
      </w:r>
    </w:p>
    <w:p>
      <w:pPr/>
      <w:r>
        <w:t>B  during</w:t>
      </w:r>
    </w:p>
    <w:p>
      <w:pPr/>
      <w:r>
        <w:t>C  for</w:t>
      </w:r>
    </w:p>
    <w:p>
      <w:pPr/>
      <w:r>
        <w:t>D  since</w:t>
      </w:r>
    </w:p>
    <w:p>
      <w:r>
        <w:rPr>
          <w:b/>
        </w:rPr>
        <w:t>26. The policy will be reviewed ___ year.</w:t>
      </w:r>
    </w:p>
    <w:p>
      <w:pPr/>
      <w:r>
        <w:t>A  following</w:t>
      </w:r>
    </w:p>
    <w:p>
      <w:pPr/>
      <w:r>
        <w:t>B  coming</w:t>
      </w:r>
    </w:p>
    <w:p>
      <w:pPr/>
      <w:r>
        <w:t>C  later</w:t>
      </w:r>
    </w:p>
    <w:p>
      <w:pPr/>
      <w:r>
        <w:t>D  next</w:t>
      </w:r>
    </w:p>
    <w:p>
      <w:r>
        <w:rPr>
          <w:b/>
        </w:rPr>
        <w:t>27. Staff were encouraged ___ ideas.</w:t>
      </w:r>
    </w:p>
    <w:p>
      <w:pPr/>
      <w:r>
        <w:t>A  to share</w:t>
      </w:r>
    </w:p>
    <w:p>
      <w:pPr/>
      <w:r>
        <w:t>B  sharing</w:t>
      </w:r>
    </w:p>
    <w:p>
      <w:pPr/>
      <w:r>
        <w:t>C  share</w:t>
      </w:r>
    </w:p>
    <w:p>
      <w:pPr/>
      <w:r>
        <w:t>D  shared</w:t>
      </w:r>
    </w:p>
    <w:p>
      <w:r>
        <w:rPr>
          <w:b/>
        </w:rPr>
        <w:t>28. The plan depends ___ local cooperation.</w:t>
      </w:r>
    </w:p>
    <w:p>
      <w:pPr/>
      <w:r>
        <w:t>A  for</w:t>
      </w:r>
    </w:p>
    <w:p>
      <w:pPr/>
      <w:r>
        <w:t>B  on</w:t>
      </w:r>
    </w:p>
    <w:p>
      <w:pPr/>
      <w:r>
        <w:t>C  of</w:t>
      </w:r>
    </w:p>
    <w:p>
      <w:pPr/>
      <w:r>
        <w:t>D  at</w:t>
      </w:r>
    </w:p>
    <w:p>
      <w:r>
        <w:rPr>
          <w:b/>
        </w:rPr>
        <w:t>29. The survey provided useful ___ into customer needs.</w:t>
      </w:r>
    </w:p>
    <w:p>
      <w:pPr/>
      <w:r>
        <w:t>A  vision</w:t>
      </w:r>
    </w:p>
    <w:p>
      <w:pPr/>
      <w:r>
        <w:t>B  view</w:t>
      </w:r>
    </w:p>
    <w:p>
      <w:pPr/>
      <w:r>
        <w:t>C  insight</w:t>
      </w:r>
    </w:p>
    <w:p>
      <w:pPr/>
      <w:r>
        <w:t>D  sight</w:t>
      </w:r>
    </w:p>
    <w:p>
      <w:r>
        <w:rPr>
          <w:b/>
        </w:rPr>
        <w:t>30. The organisation aims to ___ its services.</w:t>
      </w:r>
    </w:p>
    <w:p>
      <w:pPr/>
      <w:r>
        <w:t>A  increase up</w:t>
      </w:r>
    </w:p>
    <w:p>
      <w:pPr/>
      <w:r>
        <w:t>B  grow up</w:t>
      </w:r>
    </w:p>
    <w:p>
      <w:pPr/>
      <w:r>
        <w:t>C  develop on</w:t>
      </w:r>
    </w:p>
    <w:p>
      <w:pPr/>
      <w:r>
        <w:t>D  improve</w:t>
      </w:r>
    </w:p>
    <w:p>
      <w:r>
        <w:br w:type="page"/>
      </w:r>
    </w:p>
    <w:p>
      <w:pPr>
        <w:pStyle w:val="Heading1"/>
      </w:pPr>
      <w:r>
        <w:t>ANSWER SHEET / БЛАНК ВІДПОВІДЕЙ</w:t>
      </w:r>
    </w:p>
    <w:p>
      <w:r>
        <w:t>Варіант № 5    ПІБ: __________________________________________</w:t>
      </w:r>
    </w:p>
    <w:tbl>
      <w:tblPr>
        <w:tblStyle w:val="TableGrid"/>
        <w:tblW w:type="auto" w:w="0"/>
        <w:jc w:val="center"/>
        <w:tblLook w:firstColumn="1" w:firstRow="1" w:lastColumn="0" w:lastRow="0" w:noHBand="0" w:noVBand="1" w:val="04A0"/>
      </w:tblPr>
      <w:tblGrid>
        <w:gridCol w:w="1643"/>
        <w:gridCol w:w="1643"/>
        <w:gridCol w:w="1643"/>
        <w:gridCol w:w="1643"/>
        <w:gridCol w:w="1643"/>
        <w:gridCol w:w="1643"/>
      </w:tblGrid>
      <w:tr>
        <w:tc>
          <w:tcPr>
            <w:tcW w:type="dxa" w:w="1643"/>
          </w:tcPr>
          <w:p>
            <w:r>
              <w:t>№</w:t>
            </w:r>
          </w:p>
        </w:tc>
        <w:tc>
          <w:tcPr>
            <w:tcW w:type="dxa" w:w="1643"/>
          </w:tcPr>
          <w:p>
            <w:r>
              <w:t>A</w:t>
            </w:r>
          </w:p>
        </w:tc>
        <w:tc>
          <w:tcPr>
            <w:tcW w:type="dxa" w:w="1643"/>
          </w:tcPr>
          <w:p>
            <w:r>
              <w:t>B</w:t>
            </w:r>
          </w:p>
        </w:tc>
        <w:tc>
          <w:tcPr>
            <w:tcW w:type="dxa" w:w="1643"/>
          </w:tcPr>
          <w:p>
            <w:r>
              <w:t>C</w:t>
            </w:r>
          </w:p>
        </w:tc>
        <w:tc>
          <w:tcPr>
            <w:tcW w:type="dxa" w:w="1643"/>
          </w:tcPr>
          <w:p>
            <w:r>
              <w:t>D</w:t>
            </w:r>
          </w:p>
        </w:tc>
        <w:tc>
          <w:tcPr>
            <w:tcW w:type="dxa" w:w="1643"/>
          </w:tcPr>
          <w:p>
            <w:r/>
          </w:p>
        </w:tc>
      </w:tr>
      <w:tr>
        <w:tc>
          <w:tcPr>
            <w:tcW w:type="dxa" w:w="1643"/>
          </w:tcPr>
          <w:p>
            <w:r>
              <w:t>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19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21</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22</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23</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24</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25</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26</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27</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28</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29</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r>
        <w:tc>
          <w:tcPr>
            <w:tcW w:type="dxa" w:w="1643"/>
          </w:tcPr>
          <w:p>
            <w:r>
              <w:t>30</w:t>
            </w:r>
          </w:p>
        </w:tc>
        <w:tc>
          <w:tcPr>
            <w:tcW w:type="dxa" w:w="1643"/>
          </w:tcPr>
          <w:p>
            <w:r>
              <w:t>○</w:t>
            </w:r>
          </w:p>
        </w:tc>
        <w:tc>
          <w:tcPr>
            <w:tcW w:type="dxa" w:w="1643"/>
          </w:tcPr>
          <w:p>
            <w:r>
              <w:t>○</w:t>
            </w:r>
          </w:p>
        </w:tc>
        <w:tc>
          <w:tcPr>
            <w:tcW w:type="dxa" w:w="1643"/>
          </w:tcPr>
          <w:p>
            <w:r>
              <w:t>○</w:t>
            </w:r>
          </w:p>
        </w:tc>
        <w:tc>
          <w:tcPr>
            <w:tcW w:type="dxa" w:w="1643"/>
          </w:tcPr>
          <w:p>
            <w:r>
              <w:t>○</w:t>
            </w:r>
          </w:p>
        </w:tc>
        <w:tc>
          <w:tcPr>
            <w:tcW w:type="dxa" w:w="1643"/>
          </w:tcPr>
          <w:p>
            <w:r/>
          </w:p>
        </w:tc>
      </w:tr>
    </w:tbl>
    <w:p>
      <w:r>
        <w:t>Кількість правильних відповідей: ______ / 30</w:t>
      </w:r>
    </w:p>
    <w:p>
      <w:r>
        <w:t>Авторський тренувальний матеріал. Не є офіційним тестом УЦОЯО.</w:t>
      </w:r>
    </w:p>
    <w:sectPr w:rsidR="00FC693F" w:rsidRPr="0006063C" w:rsidSect="00034616">
      <w:pgSz w:w="12240" w:h="15840"/>
      <w:pgMar w:top="1020"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