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ЄВІ TRAINING · PRACTICE TEST 3</w:t>
      </w:r>
    </w:p>
    <w:p>
      <w:r>
        <w:t>English Language  |  Reading &amp; Use of English</w:t>
      </w:r>
    </w:p>
    <w:p>
      <w:r>
        <w:t>Name: __________________________________   Date: __________________</w:t>
      </w:r>
    </w:p>
    <w:p>
      <w:r>
        <w:t>Instructions: Read the texts carefully and choose one best answer for each question. Record your answers on the answer sheet.</w:t>
      </w:r>
    </w:p>
    <w:p>
      <w:pPr>
        <w:pStyle w:val="Heading1"/>
      </w:pPr>
      <w:r>
        <w:t>READING</w:t>
      </w:r>
    </w:p>
    <w:p>
      <w:pPr>
        <w:pStyle w:val="Heading2"/>
      </w:pPr>
      <w:r>
        <w:t>Task 1 · Matching headings (1–5)</w:t>
      </w:r>
    </w:p>
    <w:p>
      <w:r>
        <w:t>Read the five paragraphs about effective teamwork. Match each paragraph (1–5) with the most suitable heading (A–H). Three headings are extra.</w:t>
      </w:r>
    </w:p>
    <w:p>
      <w:r>
        <w:t>A  Make responsibilities clear</w:t>
      </w:r>
    </w:p>
    <w:p>
      <w:r>
        <w:t>B  Avoid discussing disagreements</w:t>
      </w:r>
    </w:p>
    <w:p>
      <w:r>
        <w:t>C  Celebrate small achievements</w:t>
      </w:r>
    </w:p>
    <w:p>
      <w:r>
        <w:t>D  Use digital tools thoughtfully</w:t>
      </w:r>
    </w:p>
    <w:p>
      <w:r>
        <w:t>E  Build trust through reliability</w:t>
      </w:r>
    </w:p>
    <w:p>
      <w:r>
        <w:t>F  Work without a deadline</w:t>
      </w:r>
    </w:p>
    <w:p>
      <w:r>
        <w:t>G  Listen before responding</w:t>
      </w:r>
    </w:p>
    <w:p>
      <w:r>
        <w:t>H  Invite different perspectives</w:t>
      </w:r>
    </w:p>
    <w:p>
      <w:r>
        <w:t>1. At the start of a project, everyone should know which tasks they are expected to complete. When duties are vague, two people may do the same work while another essential task is forgotten. A simple written plan prevents confusion.</w:t>
      </w:r>
    </w:p>
    <w:p>
      <w:r>
        <w:t>2. Team members do not always share the same opinions. Instead of interrupting, try to understand why a colleague sees the situation differently. Asking a question can reveal an important detail that changes your own view.</w:t>
      </w:r>
    </w:p>
    <w:p>
      <w:r>
        <w:t>3. A group becomes stronger when people do what they have promised. Arriving prepared, meeting deadlines and admitting mistakes show colleagues that they can depend on you.</w:t>
      </w:r>
    </w:p>
    <w:p>
      <w:r>
        <w:t>4. Video calls and shared documents can help people work across different locations. However, constant notifications can distract everyone. Agreeing on when and how to communicate makes these tools more useful.</w:t>
      </w:r>
    </w:p>
    <w:p>
      <w:r>
        <w:t>5. It is easy to focus only on the final result, especially during a long assignment. Recognising progress along the way can increase motivation and remind everyone that their effort matters.</w:t>
      </w:r>
    </w:p>
    <w:p>
      <w:pPr>
        <w:pStyle w:val="Heading2"/>
      </w:pPr>
      <w:r>
        <w:t>Task 2 · Multiple choice (6–10)</w:t>
      </w:r>
    </w:p>
    <w:p>
      <w:r>
        <w:t>Read the article and choose the correct answer (A–D) for questions 6–10.</w:t>
      </w:r>
    </w:p>
    <w:p>
      <w:pPr>
        <w:pStyle w:val="Heading2"/>
      </w:pPr>
      <w:r>
        <w:t>The Return of the Night Train</w:t>
      </w:r>
    </w:p>
    <w:p>
      <w:r>
        <w:t>For many years, overnight trains seemed to belong to the past. Cheap flights and faster daytime services attracted travellers who wanted to reach their destinations quickly. Recently, however, several European railway companies have introduced new sleeper routes, hoping to persuade passengers to reconsider the journey itself.</w:t>
      </w:r>
    </w:p>
    <w:p>
      <w:r>
        <w:t>A sleeper train allows passengers to leave one city in the evening and arrive in another the following morning. Instead of spending time travelling to an airport and waiting for a flight, they can sleep while moving towards their destination. Some services offer private cabins, while cheaper tickets provide shared sleeping compartments.</w:t>
      </w:r>
    </w:p>
    <w:p>
      <w:r>
        <w:t>Environmental concerns have helped revive interest in these journeys. Rail travel often produces fewer emissions per passenger than flying, particularly on routes where electricity comes from low-carbon sources. Still, operators say that environmental benefits alone are not enough: the service must also be comfortable and dependable.</w:t>
      </w:r>
    </w:p>
    <w:p>
      <w:r>
        <w:t>Running night trains presents challenges. Carriages with beds carry fewer passengers than ordinary seats, and trains need staff throughout the night. They also compete for space on railway lines used by freight trains and maintenance crews. As a result, tickets can be expensive and routes are sometimes difficult to schedule.</w:t>
      </w:r>
    </w:p>
    <w:p>
      <w:r>
        <w:t>Despite these difficulties, demand has been encouraging on several new services. Travellers who value a relaxed start to their trip are especially interested. Railway companies are now testing different ticket prices and cabin designs to make overnight travel attractive to a wider public.</w:t>
      </w:r>
    </w:p>
    <w:p>
      <w:r>
        <w:t>6. Why did night trains lose popularity in the past?</w:t>
      </w:r>
    </w:p>
    <w:p>
      <w:r>
        <w:t>A  They were banned in many countries</w:t>
      </w:r>
    </w:p>
    <w:p>
      <w:r>
        <w:t>B  Other forms of travel became more attractive</w:t>
      </w:r>
    </w:p>
    <w:p>
      <w:r>
        <w:t>C  They could not cross national borders</w:t>
      </w:r>
    </w:p>
    <w:p>
      <w:r>
        <w:t>D  Passengers refused to sleep on trains</w:t>
      </w:r>
    </w:p>
    <w:p>
      <w:r>
        <w:t>7. What advantage of sleeper trains is mentioned?</w:t>
      </w:r>
    </w:p>
    <w:p>
      <w:r>
        <w:t>A  Passengers can avoid all travel costs</w:t>
      </w:r>
    </w:p>
    <w:p>
      <w:r>
        <w:t>B  They always arrive earlier than aircraft</w:t>
      </w:r>
    </w:p>
    <w:p>
      <w:r>
        <w:t>C  Travellers can rest during the journey</w:t>
      </w:r>
    </w:p>
    <w:p>
      <w:r>
        <w:t>D  Every ticket includes a private cabin</w:t>
      </w:r>
    </w:p>
    <w:p>
      <w:r>
        <w:t>8. What do operators consider important besides environmental benefits?</w:t>
      </w:r>
    </w:p>
    <w:p>
      <w:r>
        <w:t>A  Reliable and pleasant service</w:t>
      </w:r>
    </w:p>
    <w:p>
      <w:r>
        <w:t>B  Free meals on every journey</w:t>
      </w:r>
    </w:p>
    <w:p>
      <w:r>
        <w:t>C  A complete ban on flights</w:t>
      </w:r>
    </w:p>
    <w:p>
      <w:r>
        <w:t>D  More stations in rural areas</w:t>
      </w:r>
    </w:p>
    <w:p>
      <w:r>
        <w:t>9. What makes operating sleeper trains difficult?</w:t>
      </w:r>
    </w:p>
    <w:p>
      <w:r>
        <w:t>A  They cannot run in winter</w:t>
      </w:r>
    </w:p>
    <w:p>
      <w:r>
        <w:t>B  They require fewer workers than normal trains</w:t>
      </w:r>
    </w:p>
    <w:p>
      <w:r>
        <w:t>C  They use railway capacity and have higher costs</w:t>
      </w:r>
    </w:p>
    <w:p>
      <w:r>
        <w:t>D  They are permitted only on short routes</w:t>
      </w:r>
    </w:p>
    <w:p>
      <w:r>
        <w:t>10. What are companies doing to attract more passengers?</w:t>
      </w:r>
    </w:p>
    <w:p>
      <w:r>
        <w:t>A  Removing all shared compartments</w:t>
      </w:r>
    </w:p>
    <w:p>
      <w:r>
        <w:t>B  Experimenting with fares and accommodation</w:t>
      </w:r>
    </w:p>
    <w:p>
      <w:r>
        <w:t>C  Replacing sleeper cars with buses</w:t>
      </w:r>
    </w:p>
    <w:p>
      <w:r>
        <w:t>D  Offering only luxury tickets</w:t>
      </w:r>
    </w:p>
    <w:p>
      <w:pPr>
        <w:pStyle w:val="Heading2"/>
      </w:pPr>
      <w:r>
        <w:t>Task 3 · Matching people (11–16)</w:t>
      </w:r>
    </w:p>
    <w:p>
      <w:r>
        <w:t>Read about six people working on local initiatives. Match each person (11–16) with a statement (A–H). Two statements are extra.</w:t>
      </w:r>
    </w:p>
    <w:p>
      <w:r>
        <w:t>A  helps newcomers practise a language</w:t>
      </w:r>
    </w:p>
    <w:p>
      <w:r>
        <w:t>B  protects historical buildings</w:t>
      </w:r>
    </w:p>
    <w:p>
      <w:r>
        <w:t>C  teaches people to reduce food waste</w:t>
      </w:r>
    </w:p>
    <w:p>
      <w:r>
        <w:t>D  makes outdoor activities more accessible</w:t>
      </w:r>
    </w:p>
    <w:p>
      <w:r>
        <w:t>E  supports young people with career decisions</w:t>
      </w:r>
    </w:p>
    <w:p>
      <w:r>
        <w:t>F  improves access to books</w:t>
      </w:r>
    </w:p>
    <w:p>
      <w:r>
        <w:t>G  promotes safer cycling</w:t>
      </w:r>
    </w:p>
    <w:p>
      <w:r>
        <w:t>H  records wildlife observations</w:t>
      </w:r>
    </w:p>
    <w:p>
      <w:r>
        <w:t>11. Elena Brooks</w:t>
        <w:br/>
        <w:t>Elena meets secondary-school students every Friday to discuss possible careers. She invites professionals to answer questions and helps teenagers identify skills they might need.</w:t>
      </w:r>
    </w:p>
    <w:p>
      <w:r>
        <w:t>12. Karim Haddad</w:t>
        <w:br/>
        <w:t>Karim organises informal conversation evenings at a community café. People who have recently moved to the area practise speaking with volunteers in a friendly setting.</w:t>
      </w:r>
    </w:p>
    <w:p>
      <w:r>
        <w:t>13. Grace Miller</w:t>
        <w:br/>
        <w:t>Grace works with supermarkets to collect vegetables that are still edible but cannot be sold. During workshops, she shows families how to plan meals and use leftovers.</w:t>
      </w:r>
    </w:p>
    <w:p>
      <w:r>
        <w:t>14. Tomasz Zielinski</w:t>
        <w:br/>
        <w:t>Tomasz installs small book-exchange shelves in neighbourhoods without nearby libraries. Anyone can borrow a novel or leave one for another reader.</w:t>
      </w:r>
    </w:p>
    <w:p>
      <w:r>
        <w:t>15. Priya Nair</w:t>
        <w:br/>
        <w:t>Priya leads guided nature walks and works with volunteers to improve paths so that people using wheelchairs or walking aids can join the activities.</w:t>
      </w:r>
    </w:p>
    <w:p>
      <w:r>
        <w:t>16. Ben Carter</w:t>
        <w:br/>
        <w:t>Ben asks residents to report birds, insects and plants they see in local parks. The information helps researchers understand how species change over time.</w:t>
      </w:r>
    </w:p>
    <w:p>
      <w:pPr>
        <w:pStyle w:val="Heading2"/>
      </w:pPr>
      <w:r>
        <w:t>Task 4 · Gapped text (17–22)</w:t>
      </w:r>
    </w:p>
    <w:p>
      <w:r>
        <w:t>Read the text and choose from A–H the phrase which best fits each gap (17–22). Two options are extra.</w:t>
      </w:r>
    </w:p>
    <w:p>
      <w:pPr>
        <w:pStyle w:val="Heading2"/>
      </w:pPr>
      <w:r>
        <w:t>Learning Beyond the Classroom</w:t>
      </w:r>
    </w:p>
    <w:p>
      <w:r>
        <w:t>Education does not end when people leave school. New technology, changing workplaces and personal interests give adults many reasons (17) __________. Fortunately, learning can happen in many settings.</w:t>
      </w:r>
    </w:p>
    <w:p>
      <w:r>
        <w:t>Some people join formal courses, while others learn from colleagues or online tutorials. The most useful approach often depends on the learner’s goals (18) __________.</w:t>
      </w:r>
    </w:p>
    <w:p>
      <w:r>
        <w:t>A person who wants to improve public speaking, for example, may benefit from a local discussion group. Practising in front of others provides experience (19) __________.</w:t>
      </w:r>
    </w:p>
    <w:p>
      <w:r>
        <w:t>Finding time can be difficult, particularly for adults with family responsibilities. Even fifteen minutes of focused practice can be worthwhile (20) __________.</w:t>
      </w:r>
    </w:p>
    <w:p>
      <w:r>
        <w:t>It is also important to accept that progress is rarely smooth. A difficult task may seem impossible at first, but returning to it after a break can help (21) __________.</w:t>
      </w:r>
    </w:p>
    <w:p>
      <w:r>
        <w:t>Perhaps the greatest benefit of lifelong learning is not a certificate or a promotion. It is the confidence that grows when we discover (22) __________.</w:t>
      </w:r>
    </w:p>
    <w:p>
      <w:r>
        <w:t>A  if it becomes part of a regular routine</w:t>
      </w:r>
    </w:p>
    <w:p>
      <w:r>
        <w:t>B  that we are capable of developing new abilities</w:t>
      </w:r>
    </w:p>
    <w:p>
      <w:r>
        <w:t>C  rather than the number of courses available</w:t>
      </w:r>
    </w:p>
    <w:p>
      <w:r>
        <w:t>D  to continue developing their knowledge</w:t>
      </w:r>
    </w:p>
    <w:p>
      <w:r>
        <w:t>E  which cannot be gained through reading alone</w:t>
      </w:r>
    </w:p>
    <w:p>
      <w:r>
        <w:t>F  and the resources they can access</w:t>
      </w:r>
    </w:p>
    <w:p>
      <w:r>
        <w:t>G  without allowing anyone to ask questions</w:t>
      </w:r>
    </w:p>
    <w:p>
      <w:r>
        <w:t>H  because every new skill is learned instantly</w:t>
      </w:r>
    </w:p>
    <w:p>
      <w:pPr>
        <w:pStyle w:val="Heading1"/>
      </w:pPr>
      <w:r>
        <w:t>USE OF ENGLISH</w:t>
      </w:r>
    </w:p>
    <w:p>
      <w:pPr>
        <w:pStyle w:val="Heading2"/>
      </w:pPr>
      <w:r>
        <w:t>Task 5 · Vocabulary and grammar (23–32)</w:t>
      </w:r>
    </w:p>
    <w:p>
      <w:r>
        <w:t>Read the text and choose the correct option (A–D) for each gap.</w:t>
      </w:r>
    </w:p>
    <w:p>
      <w:pPr>
        <w:pStyle w:val="Heading2"/>
      </w:pPr>
      <w:r>
        <w:t>A Community Garden Project</w:t>
      </w:r>
    </w:p>
    <w:p>
      <w:r>
        <w:t>Last spring, a group of neighbours decided to (23) ______ an unused piece of land into a community garden. The site had been neglected for years, (24) ______ it was close to several apartment buildings. Volunteers began by removing rubbish and preparing the soil. They hoped (25) ______ a welcoming place where residents could grow vegetables and meet one another. Local businesses provided tools, while a nearby school offered help (26) ______ designing signs. The organisers also (27) ______ a weekly schedule so that every garden bed received attention. Soon, the project began to (28) ______ interest from people of different ages. Experienced gardeners were happy to (29) ______ advice to beginners, and children discovered how plants develop. By autumn, the garden had become a (30) ______ addition to the neighbourhood. Its success encouraged residents to (31) ______ part in other community projects. The organisers believe that cooperation is the most important (32) ______ of their achievement.</w:t>
      </w:r>
    </w:p>
    <w:p>
      <w:r>
        <w:t>23. Choose the correct option for gap 23.</w:t>
      </w:r>
    </w:p>
    <w:p>
      <w:r>
        <w:t>A  convert</w:t>
      </w:r>
    </w:p>
    <w:p>
      <w:r>
        <w:t>B  exchange</w:t>
      </w:r>
    </w:p>
    <w:p>
      <w:r>
        <w:t>C  replace</w:t>
      </w:r>
    </w:p>
    <w:p>
      <w:r>
        <w:t>D  remove</w:t>
      </w:r>
    </w:p>
    <w:p>
      <w:r>
        <w:t>24. Choose the correct option for gap 24.</w:t>
      </w:r>
    </w:p>
    <w:p>
      <w:r>
        <w:t>A  although</w:t>
      </w:r>
    </w:p>
    <w:p>
      <w:r>
        <w:t>B  because</w:t>
      </w:r>
    </w:p>
    <w:p>
      <w:r>
        <w:t>C  unless</w:t>
      </w:r>
    </w:p>
    <w:p>
      <w:r>
        <w:t>D  therefore</w:t>
      </w:r>
    </w:p>
    <w:p>
      <w:r>
        <w:t>25. Choose the correct option for gap 25.</w:t>
      </w:r>
    </w:p>
    <w:p>
      <w:r>
        <w:t>A  creating</w:t>
      </w:r>
    </w:p>
    <w:p>
      <w:r>
        <w:t>B  create</w:t>
      </w:r>
    </w:p>
    <w:p>
      <w:r>
        <w:t>C  to create</w:t>
      </w:r>
    </w:p>
    <w:p>
      <w:r>
        <w:t>D  created</w:t>
      </w:r>
    </w:p>
    <w:p>
      <w:r>
        <w:t>26. Choose the correct option for gap 26.</w:t>
      </w:r>
    </w:p>
    <w:p>
      <w:r>
        <w:t>A  with</w:t>
      </w:r>
    </w:p>
    <w:p>
      <w:r>
        <w:t>B  for</w:t>
      </w:r>
    </w:p>
    <w:p>
      <w:r>
        <w:t>C  at</w:t>
      </w:r>
    </w:p>
    <w:p>
      <w:r>
        <w:t>D  on</w:t>
      </w:r>
    </w:p>
    <w:p>
      <w:r>
        <w:t>27. Choose the correct option for gap 27.</w:t>
      </w:r>
    </w:p>
    <w:p>
      <w:r>
        <w:t>A  established</w:t>
      </w:r>
    </w:p>
    <w:p>
      <w:r>
        <w:t>B  invented</w:t>
      </w:r>
    </w:p>
    <w:p>
      <w:r>
        <w:t>C  predicted</w:t>
      </w:r>
    </w:p>
    <w:p>
      <w:r>
        <w:t>D  borrowed</w:t>
      </w:r>
    </w:p>
    <w:p>
      <w:r>
        <w:t>28. Choose the correct option for gap 28.</w:t>
      </w:r>
    </w:p>
    <w:p>
      <w:r>
        <w:t>A  attract</w:t>
      </w:r>
    </w:p>
    <w:p>
      <w:r>
        <w:t>B  arrive</w:t>
      </w:r>
    </w:p>
    <w:p>
      <w:r>
        <w:t>C  attend</w:t>
      </w:r>
    </w:p>
    <w:p>
      <w:r>
        <w:t>D  achieve</w:t>
      </w:r>
    </w:p>
    <w:p>
      <w:r>
        <w:t>29. Choose the correct option for gap 29.</w:t>
      </w:r>
    </w:p>
    <w:p>
      <w:r>
        <w:t>A  give</w:t>
      </w:r>
    </w:p>
    <w:p>
      <w:r>
        <w:t>B  make</w:t>
      </w:r>
    </w:p>
    <w:p>
      <w:r>
        <w:t>C  do</w:t>
      </w:r>
    </w:p>
    <w:p>
      <w:r>
        <w:t>D  set</w:t>
      </w:r>
    </w:p>
    <w:p>
      <w:r>
        <w:t>30. Choose the correct option for gap 30.</w:t>
      </w:r>
    </w:p>
    <w:p>
      <w:r>
        <w:t>A  valuable</w:t>
      </w:r>
    </w:p>
    <w:p>
      <w:r>
        <w:t>B  valuably</w:t>
      </w:r>
    </w:p>
    <w:p>
      <w:r>
        <w:t>C  valuation</w:t>
      </w:r>
    </w:p>
    <w:p>
      <w:r>
        <w:t>D  value</w:t>
      </w:r>
    </w:p>
    <w:p>
      <w:r>
        <w:t>31. Choose the correct option for gap 31.</w:t>
      </w:r>
    </w:p>
    <w:p>
      <w:r>
        <w:t>A  take</w:t>
      </w:r>
    </w:p>
    <w:p>
      <w:r>
        <w:t>B  make</w:t>
      </w:r>
    </w:p>
    <w:p>
      <w:r>
        <w:t>C  get</w:t>
      </w:r>
    </w:p>
    <w:p>
      <w:r>
        <w:t>D  hold</w:t>
      </w:r>
    </w:p>
    <w:p>
      <w:r>
        <w:t>32. Choose the correct option for gap 32.</w:t>
      </w:r>
    </w:p>
    <w:p>
      <w:r>
        <w:t>A  factor</w:t>
      </w:r>
    </w:p>
    <w:p>
      <w:r>
        <w:t>B  feature</w:t>
      </w:r>
    </w:p>
    <w:p>
      <w:r>
        <w:t>C  purpose</w:t>
      </w:r>
    </w:p>
    <w:p>
      <w:r>
        <w:t>D  reasoning</w:t>
      </w:r>
    </w:p>
    <w:p>
      <w:pPr>
        <w:pStyle w:val="Heading2"/>
      </w:pPr>
      <w:r>
        <w:t>Task 6 · Grammar in context (33–42)</w:t>
      </w:r>
    </w:p>
    <w:p>
      <w:r>
        <w:t>Read the text and choose the correct option (A–D) for each gap.</w:t>
      </w:r>
    </w:p>
    <w:p>
      <w:pPr>
        <w:pStyle w:val="Heading2"/>
      </w:pPr>
      <w:r>
        <w:t>The School Podcast</w:t>
      </w:r>
    </w:p>
    <w:p>
      <w:r>
        <w:t>Last September, a group of students (33) ______ a podcast about life at their school. The idea emerged while they (34) ______ a media studies project. Their teacher suggested that they (35) ______ interviews with students and staff. Since then, the team (36) ______ more than twenty episodes. Each episode is recorded in a quiet room (37) ______ the school library. The students have learned how (38) ______ audio and write clear questions. One student, (39) ______ brother works at a radio station, invited him to share professional advice. The group is now planning a special episode that (40) ______ released next month. If more volunteers join, they (41) ______ able to publish episodes more frequently. The students say the experience has taught them skills (42) ______ will be useful beyond school.</w:t>
      </w:r>
    </w:p>
    <w:p>
      <w:r>
        <w:t>33. Choose the correct option for gap 33.</w:t>
      </w:r>
    </w:p>
    <w:p>
      <w:r>
        <w:t>A  launch</w:t>
      </w:r>
    </w:p>
    <w:p>
      <w:r>
        <w:t>B  launched</w:t>
      </w:r>
    </w:p>
    <w:p>
      <w:r>
        <w:t>C  have launched</w:t>
      </w:r>
    </w:p>
    <w:p>
      <w:r>
        <w:t>D  were launching</w:t>
      </w:r>
    </w:p>
    <w:p>
      <w:r>
        <w:t>34. Choose the correct option for gap 34.</w:t>
      </w:r>
    </w:p>
    <w:p>
      <w:r>
        <w:t>A  were completing</w:t>
      </w:r>
    </w:p>
    <w:p>
      <w:r>
        <w:t>B  complete</w:t>
      </w:r>
    </w:p>
    <w:p>
      <w:r>
        <w:t>C  have completed</w:t>
      </w:r>
    </w:p>
    <w:p>
      <w:r>
        <w:t>D  had completed</w:t>
      </w:r>
    </w:p>
    <w:p>
      <w:r>
        <w:t>35. Choose the correct option for gap 35.</w:t>
      </w:r>
    </w:p>
    <w:p>
      <w:r>
        <w:t>A  conduct</w:t>
      </w:r>
    </w:p>
    <w:p>
      <w:r>
        <w:t>B  conducted</w:t>
      </w:r>
    </w:p>
    <w:p>
      <w:r>
        <w:t>C  conducting</w:t>
      </w:r>
    </w:p>
    <w:p>
      <w:r>
        <w:t>D  to conducting</w:t>
      </w:r>
    </w:p>
    <w:p>
      <w:r>
        <w:t>36. Choose the correct option for gap 36.</w:t>
      </w:r>
    </w:p>
    <w:p>
      <w:r>
        <w:t>A  produces</w:t>
      </w:r>
    </w:p>
    <w:p>
      <w:r>
        <w:t>B  produced</w:t>
      </w:r>
    </w:p>
    <w:p>
      <w:r>
        <w:t>C  has produced</w:t>
      </w:r>
    </w:p>
    <w:p>
      <w:r>
        <w:t>D  have produced</w:t>
      </w:r>
    </w:p>
    <w:p>
      <w:r>
        <w:t>37. Choose the correct option for gap 37.</w:t>
      </w:r>
    </w:p>
    <w:p>
      <w:r>
        <w:t>A  near</w:t>
      </w:r>
    </w:p>
    <w:p>
      <w:r>
        <w:t>B  during</w:t>
      </w:r>
    </w:p>
    <w:p>
      <w:r>
        <w:t>C  since</w:t>
      </w:r>
    </w:p>
    <w:p>
      <w:r>
        <w:t>D  among</w:t>
      </w:r>
    </w:p>
    <w:p>
      <w:r>
        <w:t>38. Choose the correct option for gap 38.</w:t>
      </w:r>
    </w:p>
    <w:p>
      <w:r>
        <w:t>A  edit</w:t>
      </w:r>
    </w:p>
    <w:p>
      <w:r>
        <w:t>B  editing</w:t>
      </w:r>
    </w:p>
    <w:p>
      <w:r>
        <w:t>C  to edit</w:t>
      </w:r>
    </w:p>
    <w:p>
      <w:r>
        <w:t>D  edited</w:t>
      </w:r>
    </w:p>
    <w:p>
      <w:r>
        <w:t>39. Choose the correct option for gap 39.</w:t>
      </w:r>
    </w:p>
    <w:p>
      <w:r>
        <w:t>A  who</w:t>
      </w:r>
    </w:p>
    <w:p>
      <w:r>
        <w:t>B  whose</w:t>
      </w:r>
    </w:p>
    <w:p>
      <w:r>
        <w:t>C  whom</w:t>
      </w:r>
    </w:p>
    <w:p>
      <w:r>
        <w:t>D  which</w:t>
      </w:r>
    </w:p>
    <w:p>
      <w:r>
        <w:t>40. Choose the correct option for gap 40.</w:t>
      </w:r>
    </w:p>
    <w:p>
      <w:r>
        <w:t>A  is</w:t>
      </w:r>
    </w:p>
    <w:p>
      <w:r>
        <w:t>B  was</w:t>
      </w:r>
    </w:p>
    <w:p>
      <w:r>
        <w:t>C  has</w:t>
      </w:r>
    </w:p>
    <w:p>
      <w:r>
        <w:t>D  will be</w:t>
      </w:r>
    </w:p>
    <w:p>
      <w:r>
        <w:t>41. Choose the correct option for gap 41.</w:t>
      </w:r>
    </w:p>
    <w:p>
      <w:r>
        <w:t>A  are</w:t>
      </w:r>
    </w:p>
    <w:p>
      <w:r>
        <w:t>B  were</w:t>
      </w:r>
    </w:p>
    <w:p>
      <w:r>
        <w:t>C  will be</w:t>
      </w:r>
    </w:p>
    <w:p>
      <w:r>
        <w:t>D  have been</w:t>
      </w:r>
    </w:p>
    <w:p>
      <w:r>
        <w:t>42. Choose the correct option for gap 42.</w:t>
      </w:r>
    </w:p>
    <w:p>
      <w:r>
        <w:t>A  who</w:t>
      </w:r>
    </w:p>
    <w:p>
      <w:r>
        <w:t>B  whose</w:t>
      </w:r>
    </w:p>
    <w:p>
      <w:r>
        <w:t>C  where</w:t>
      </w:r>
    </w:p>
    <w:p>
      <w:r>
        <w:t>D  that</w:t>
      </w:r>
    </w:p>
    <w:p>
      <w:r>
        <w:br w:type="page"/>
      </w:r>
    </w:p>
    <w:p>
      <w:pPr>
        <w:pStyle w:val="Heading1"/>
      </w:pPr>
      <w:r>
        <w:t>ANSWER SHEET</w:t>
      </w:r>
    </w:p>
    <w:p>
      <w:r>
        <w:t>Name: __________________________________   Date: __________________</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tcPr>
          <w:p>
            <w:r>
              <w:t>No.</w:t>
            </w:r>
          </w:p>
        </w:tc>
        <w:tc>
          <w:tcPr>
            <w:tcW w:type="dxa" w:w="1440"/>
          </w:tcPr>
          <w:p>
            <w:r>
              <w:t>Answer</w:t>
            </w:r>
          </w:p>
        </w:tc>
        <w:tc>
          <w:tcPr>
            <w:tcW w:type="dxa" w:w="1440"/>
          </w:tcPr>
          <w:p>
            <w:r>
              <w:t>No.</w:t>
            </w:r>
          </w:p>
        </w:tc>
        <w:tc>
          <w:tcPr>
            <w:tcW w:type="dxa" w:w="1440"/>
          </w:tcPr>
          <w:p>
            <w:r>
              <w:t>Answer</w:t>
            </w:r>
          </w:p>
        </w:tc>
        <w:tc>
          <w:tcPr>
            <w:tcW w:type="dxa" w:w="1440"/>
          </w:tcPr>
          <w:p>
            <w:r>
              <w:t>No.</w:t>
            </w:r>
          </w:p>
        </w:tc>
        <w:tc>
          <w:tcPr>
            <w:tcW w:type="dxa" w:w="1440"/>
          </w:tcPr>
          <w:p>
            <w:r>
              <w:t>Answer</w:t>
            </w:r>
          </w:p>
        </w:tc>
      </w:tr>
      <w:tr>
        <w:tc>
          <w:tcPr>
            <w:tcW w:type="dxa" w:w="1440"/>
          </w:tcPr>
          <w:p>
            <w:r>
              <w:t>1</w:t>
            </w:r>
          </w:p>
        </w:tc>
        <w:tc>
          <w:tcPr>
            <w:tcW w:type="dxa" w:w="1440"/>
          </w:tcPr>
          <w:p>
            <w:r>
              <w:t>________</w:t>
            </w:r>
          </w:p>
        </w:tc>
        <w:tc>
          <w:tcPr>
            <w:tcW w:type="dxa" w:w="1440"/>
          </w:tcPr>
          <w:p>
            <w:r>
              <w:t>15</w:t>
            </w:r>
          </w:p>
        </w:tc>
        <w:tc>
          <w:tcPr>
            <w:tcW w:type="dxa" w:w="1440"/>
          </w:tcPr>
          <w:p>
            <w:r>
              <w:t>________</w:t>
            </w:r>
          </w:p>
        </w:tc>
        <w:tc>
          <w:tcPr>
            <w:tcW w:type="dxa" w:w="1440"/>
          </w:tcPr>
          <w:p>
            <w:r>
              <w:t>29</w:t>
            </w:r>
          </w:p>
        </w:tc>
        <w:tc>
          <w:tcPr>
            <w:tcW w:type="dxa" w:w="1440"/>
          </w:tcPr>
          <w:p>
            <w:r>
              <w:t>________</w:t>
            </w:r>
          </w:p>
        </w:tc>
      </w:tr>
      <w:tr>
        <w:tc>
          <w:tcPr>
            <w:tcW w:type="dxa" w:w="1440"/>
          </w:tcPr>
          <w:p>
            <w:r>
              <w:t>2</w:t>
            </w:r>
          </w:p>
        </w:tc>
        <w:tc>
          <w:tcPr>
            <w:tcW w:type="dxa" w:w="1440"/>
          </w:tcPr>
          <w:p>
            <w:r>
              <w:t>________</w:t>
            </w:r>
          </w:p>
        </w:tc>
        <w:tc>
          <w:tcPr>
            <w:tcW w:type="dxa" w:w="1440"/>
          </w:tcPr>
          <w:p>
            <w:r>
              <w:t>16</w:t>
            </w:r>
          </w:p>
        </w:tc>
        <w:tc>
          <w:tcPr>
            <w:tcW w:type="dxa" w:w="1440"/>
          </w:tcPr>
          <w:p>
            <w:r>
              <w:t>________</w:t>
            </w:r>
          </w:p>
        </w:tc>
        <w:tc>
          <w:tcPr>
            <w:tcW w:type="dxa" w:w="1440"/>
          </w:tcPr>
          <w:p>
            <w:r>
              <w:t>30</w:t>
            </w:r>
          </w:p>
        </w:tc>
        <w:tc>
          <w:tcPr>
            <w:tcW w:type="dxa" w:w="1440"/>
          </w:tcPr>
          <w:p>
            <w:r>
              <w:t>________</w:t>
            </w:r>
          </w:p>
        </w:tc>
      </w:tr>
      <w:tr>
        <w:tc>
          <w:tcPr>
            <w:tcW w:type="dxa" w:w="1440"/>
          </w:tcPr>
          <w:p>
            <w:r>
              <w:t>3</w:t>
            </w:r>
          </w:p>
        </w:tc>
        <w:tc>
          <w:tcPr>
            <w:tcW w:type="dxa" w:w="1440"/>
          </w:tcPr>
          <w:p>
            <w:r>
              <w:t>________</w:t>
            </w:r>
          </w:p>
        </w:tc>
        <w:tc>
          <w:tcPr>
            <w:tcW w:type="dxa" w:w="1440"/>
          </w:tcPr>
          <w:p>
            <w:r>
              <w:t>17</w:t>
            </w:r>
          </w:p>
        </w:tc>
        <w:tc>
          <w:tcPr>
            <w:tcW w:type="dxa" w:w="1440"/>
          </w:tcPr>
          <w:p>
            <w:r>
              <w:t>________</w:t>
            </w:r>
          </w:p>
        </w:tc>
        <w:tc>
          <w:tcPr>
            <w:tcW w:type="dxa" w:w="1440"/>
          </w:tcPr>
          <w:p>
            <w:r>
              <w:t>31</w:t>
            </w:r>
          </w:p>
        </w:tc>
        <w:tc>
          <w:tcPr>
            <w:tcW w:type="dxa" w:w="1440"/>
          </w:tcPr>
          <w:p>
            <w:r>
              <w:t>________</w:t>
            </w:r>
          </w:p>
        </w:tc>
      </w:tr>
      <w:tr>
        <w:tc>
          <w:tcPr>
            <w:tcW w:type="dxa" w:w="1440"/>
          </w:tcPr>
          <w:p>
            <w:r>
              <w:t>4</w:t>
            </w:r>
          </w:p>
        </w:tc>
        <w:tc>
          <w:tcPr>
            <w:tcW w:type="dxa" w:w="1440"/>
          </w:tcPr>
          <w:p>
            <w:r>
              <w:t>________</w:t>
            </w:r>
          </w:p>
        </w:tc>
        <w:tc>
          <w:tcPr>
            <w:tcW w:type="dxa" w:w="1440"/>
          </w:tcPr>
          <w:p>
            <w:r>
              <w:t>18</w:t>
            </w:r>
          </w:p>
        </w:tc>
        <w:tc>
          <w:tcPr>
            <w:tcW w:type="dxa" w:w="1440"/>
          </w:tcPr>
          <w:p>
            <w:r>
              <w:t>________</w:t>
            </w:r>
          </w:p>
        </w:tc>
        <w:tc>
          <w:tcPr>
            <w:tcW w:type="dxa" w:w="1440"/>
          </w:tcPr>
          <w:p>
            <w:r>
              <w:t>32</w:t>
            </w:r>
          </w:p>
        </w:tc>
        <w:tc>
          <w:tcPr>
            <w:tcW w:type="dxa" w:w="1440"/>
          </w:tcPr>
          <w:p>
            <w:r>
              <w:t>________</w:t>
            </w:r>
          </w:p>
        </w:tc>
      </w:tr>
      <w:tr>
        <w:tc>
          <w:tcPr>
            <w:tcW w:type="dxa" w:w="1440"/>
          </w:tcPr>
          <w:p>
            <w:r>
              <w:t>5</w:t>
            </w:r>
          </w:p>
        </w:tc>
        <w:tc>
          <w:tcPr>
            <w:tcW w:type="dxa" w:w="1440"/>
          </w:tcPr>
          <w:p>
            <w:r>
              <w:t>________</w:t>
            </w:r>
          </w:p>
        </w:tc>
        <w:tc>
          <w:tcPr>
            <w:tcW w:type="dxa" w:w="1440"/>
          </w:tcPr>
          <w:p>
            <w:r>
              <w:t>19</w:t>
            </w:r>
          </w:p>
        </w:tc>
        <w:tc>
          <w:tcPr>
            <w:tcW w:type="dxa" w:w="1440"/>
          </w:tcPr>
          <w:p>
            <w:r>
              <w:t>________</w:t>
            </w:r>
          </w:p>
        </w:tc>
        <w:tc>
          <w:tcPr>
            <w:tcW w:type="dxa" w:w="1440"/>
          </w:tcPr>
          <w:p>
            <w:r>
              <w:t>33</w:t>
            </w:r>
          </w:p>
        </w:tc>
        <w:tc>
          <w:tcPr>
            <w:tcW w:type="dxa" w:w="1440"/>
          </w:tcPr>
          <w:p>
            <w:r>
              <w:t>________</w:t>
            </w:r>
          </w:p>
        </w:tc>
      </w:tr>
      <w:tr>
        <w:tc>
          <w:tcPr>
            <w:tcW w:type="dxa" w:w="1440"/>
          </w:tcPr>
          <w:p>
            <w:r>
              <w:t>6</w:t>
            </w:r>
          </w:p>
        </w:tc>
        <w:tc>
          <w:tcPr>
            <w:tcW w:type="dxa" w:w="1440"/>
          </w:tcPr>
          <w:p>
            <w:r>
              <w:t>________</w:t>
            </w:r>
          </w:p>
        </w:tc>
        <w:tc>
          <w:tcPr>
            <w:tcW w:type="dxa" w:w="1440"/>
          </w:tcPr>
          <w:p>
            <w:r>
              <w:t>20</w:t>
            </w:r>
          </w:p>
        </w:tc>
        <w:tc>
          <w:tcPr>
            <w:tcW w:type="dxa" w:w="1440"/>
          </w:tcPr>
          <w:p>
            <w:r>
              <w:t>________</w:t>
            </w:r>
          </w:p>
        </w:tc>
        <w:tc>
          <w:tcPr>
            <w:tcW w:type="dxa" w:w="1440"/>
          </w:tcPr>
          <w:p>
            <w:r>
              <w:t>34</w:t>
            </w:r>
          </w:p>
        </w:tc>
        <w:tc>
          <w:tcPr>
            <w:tcW w:type="dxa" w:w="1440"/>
          </w:tcPr>
          <w:p>
            <w:r>
              <w:t>________</w:t>
            </w:r>
          </w:p>
        </w:tc>
      </w:tr>
      <w:tr>
        <w:tc>
          <w:tcPr>
            <w:tcW w:type="dxa" w:w="1440"/>
          </w:tcPr>
          <w:p>
            <w:r>
              <w:t>7</w:t>
            </w:r>
          </w:p>
        </w:tc>
        <w:tc>
          <w:tcPr>
            <w:tcW w:type="dxa" w:w="1440"/>
          </w:tcPr>
          <w:p>
            <w:r>
              <w:t>________</w:t>
            </w:r>
          </w:p>
        </w:tc>
        <w:tc>
          <w:tcPr>
            <w:tcW w:type="dxa" w:w="1440"/>
          </w:tcPr>
          <w:p>
            <w:r>
              <w:t>21</w:t>
            </w:r>
          </w:p>
        </w:tc>
        <w:tc>
          <w:tcPr>
            <w:tcW w:type="dxa" w:w="1440"/>
          </w:tcPr>
          <w:p>
            <w:r>
              <w:t>________</w:t>
            </w:r>
          </w:p>
        </w:tc>
        <w:tc>
          <w:tcPr>
            <w:tcW w:type="dxa" w:w="1440"/>
          </w:tcPr>
          <w:p>
            <w:r>
              <w:t>35</w:t>
            </w:r>
          </w:p>
        </w:tc>
        <w:tc>
          <w:tcPr>
            <w:tcW w:type="dxa" w:w="1440"/>
          </w:tcPr>
          <w:p>
            <w:r>
              <w:t>________</w:t>
            </w:r>
          </w:p>
        </w:tc>
      </w:tr>
      <w:tr>
        <w:tc>
          <w:tcPr>
            <w:tcW w:type="dxa" w:w="1440"/>
          </w:tcPr>
          <w:p>
            <w:r>
              <w:t>8</w:t>
            </w:r>
          </w:p>
        </w:tc>
        <w:tc>
          <w:tcPr>
            <w:tcW w:type="dxa" w:w="1440"/>
          </w:tcPr>
          <w:p>
            <w:r>
              <w:t>________</w:t>
            </w:r>
          </w:p>
        </w:tc>
        <w:tc>
          <w:tcPr>
            <w:tcW w:type="dxa" w:w="1440"/>
          </w:tcPr>
          <w:p>
            <w:r>
              <w:t>22</w:t>
            </w:r>
          </w:p>
        </w:tc>
        <w:tc>
          <w:tcPr>
            <w:tcW w:type="dxa" w:w="1440"/>
          </w:tcPr>
          <w:p>
            <w:r>
              <w:t>________</w:t>
            </w:r>
          </w:p>
        </w:tc>
        <w:tc>
          <w:tcPr>
            <w:tcW w:type="dxa" w:w="1440"/>
          </w:tcPr>
          <w:p>
            <w:r>
              <w:t>36</w:t>
            </w:r>
          </w:p>
        </w:tc>
        <w:tc>
          <w:tcPr>
            <w:tcW w:type="dxa" w:w="1440"/>
          </w:tcPr>
          <w:p>
            <w:r>
              <w:t>________</w:t>
            </w:r>
          </w:p>
        </w:tc>
      </w:tr>
      <w:tr>
        <w:tc>
          <w:tcPr>
            <w:tcW w:type="dxa" w:w="1440"/>
          </w:tcPr>
          <w:p>
            <w:r>
              <w:t>9</w:t>
            </w:r>
          </w:p>
        </w:tc>
        <w:tc>
          <w:tcPr>
            <w:tcW w:type="dxa" w:w="1440"/>
          </w:tcPr>
          <w:p>
            <w:r>
              <w:t>________</w:t>
            </w:r>
          </w:p>
        </w:tc>
        <w:tc>
          <w:tcPr>
            <w:tcW w:type="dxa" w:w="1440"/>
          </w:tcPr>
          <w:p>
            <w:r>
              <w:t>23</w:t>
            </w:r>
          </w:p>
        </w:tc>
        <w:tc>
          <w:tcPr>
            <w:tcW w:type="dxa" w:w="1440"/>
          </w:tcPr>
          <w:p>
            <w:r>
              <w:t>________</w:t>
            </w:r>
          </w:p>
        </w:tc>
        <w:tc>
          <w:tcPr>
            <w:tcW w:type="dxa" w:w="1440"/>
          </w:tcPr>
          <w:p>
            <w:r>
              <w:t>37</w:t>
            </w:r>
          </w:p>
        </w:tc>
        <w:tc>
          <w:tcPr>
            <w:tcW w:type="dxa" w:w="1440"/>
          </w:tcPr>
          <w:p>
            <w:r>
              <w:t>________</w:t>
            </w:r>
          </w:p>
        </w:tc>
      </w:tr>
      <w:tr>
        <w:tc>
          <w:tcPr>
            <w:tcW w:type="dxa" w:w="1440"/>
          </w:tcPr>
          <w:p>
            <w:r>
              <w:t>10</w:t>
            </w:r>
          </w:p>
        </w:tc>
        <w:tc>
          <w:tcPr>
            <w:tcW w:type="dxa" w:w="1440"/>
          </w:tcPr>
          <w:p>
            <w:r>
              <w:t>________</w:t>
            </w:r>
          </w:p>
        </w:tc>
        <w:tc>
          <w:tcPr>
            <w:tcW w:type="dxa" w:w="1440"/>
          </w:tcPr>
          <w:p>
            <w:r>
              <w:t>24</w:t>
            </w:r>
          </w:p>
        </w:tc>
        <w:tc>
          <w:tcPr>
            <w:tcW w:type="dxa" w:w="1440"/>
          </w:tcPr>
          <w:p>
            <w:r>
              <w:t>________</w:t>
            </w:r>
          </w:p>
        </w:tc>
        <w:tc>
          <w:tcPr>
            <w:tcW w:type="dxa" w:w="1440"/>
          </w:tcPr>
          <w:p>
            <w:r>
              <w:t>38</w:t>
            </w:r>
          </w:p>
        </w:tc>
        <w:tc>
          <w:tcPr>
            <w:tcW w:type="dxa" w:w="1440"/>
          </w:tcPr>
          <w:p>
            <w:r>
              <w:t>________</w:t>
            </w:r>
          </w:p>
        </w:tc>
      </w:tr>
      <w:tr>
        <w:tc>
          <w:tcPr>
            <w:tcW w:type="dxa" w:w="1440"/>
          </w:tcPr>
          <w:p>
            <w:r>
              <w:t>11</w:t>
            </w:r>
          </w:p>
        </w:tc>
        <w:tc>
          <w:tcPr>
            <w:tcW w:type="dxa" w:w="1440"/>
          </w:tcPr>
          <w:p>
            <w:r>
              <w:t>________</w:t>
            </w:r>
          </w:p>
        </w:tc>
        <w:tc>
          <w:tcPr>
            <w:tcW w:type="dxa" w:w="1440"/>
          </w:tcPr>
          <w:p>
            <w:r>
              <w:t>25</w:t>
            </w:r>
          </w:p>
        </w:tc>
        <w:tc>
          <w:tcPr>
            <w:tcW w:type="dxa" w:w="1440"/>
          </w:tcPr>
          <w:p>
            <w:r>
              <w:t>________</w:t>
            </w:r>
          </w:p>
        </w:tc>
        <w:tc>
          <w:tcPr>
            <w:tcW w:type="dxa" w:w="1440"/>
          </w:tcPr>
          <w:p>
            <w:r>
              <w:t>39</w:t>
            </w:r>
          </w:p>
        </w:tc>
        <w:tc>
          <w:tcPr>
            <w:tcW w:type="dxa" w:w="1440"/>
          </w:tcPr>
          <w:p>
            <w:r>
              <w:t>________</w:t>
            </w:r>
          </w:p>
        </w:tc>
      </w:tr>
      <w:tr>
        <w:tc>
          <w:tcPr>
            <w:tcW w:type="dxa" w:w="1440"/>
          </w:tcPr>
          <w:p>
            <w:r>
              <w:t>12</w:t>
            </w:r>
          </w:p>
        </w:tc>
        <w:tc>
          <w:tcPr>
            <w:tcW w:type="dxa" w:w="1440"/>
          </w:tcPr>
          <w:p>
            <w:r>
              <w:t>________</w:t>
            </w:r>
          </w:p>
        </w:tc>
        <w:tc>
          <w:tcPr>
            <w:tcW w:type="dxa" w:w="1440"/>
          </w:tcPr>
          <w:p>
            <w:r>
              <w:t>26</w:t>
            </w:r>
          </w:p>
        </w:tc>
        <w:tc>
          <w:tcPr>
            <w:tcW w:type="dxa" w:w="1440"/>
          </w:tcPr>
          <w:p>
            <w:r>
              <w:t>________</w:t>
            </w:r>
          </w:p>
        </w:tc>
        <w:tc>
          <w:tcPr>
            <w:tcW w:type="dxa" w:w="1440"/>
          </w:tcPr>
          <w:p>
            <w:r>
              <w:t>40</w:t>
            </w:r>
          </w:p>
        </w:tc>
        <w:tc>
          <w:tcPr>
            <w:tcW w:type="dxa" w:w="1440"/>
          </w:tcPr>
          <w:p>
            <w:r>
              <w:t>________</w:t>
            </w:r>
          </w:p>
        </w:tc>
      </w:tr>
      <w:tr>
        <w:tc>
          <w:tcPr>
            <w:tcW w:type="dxa" w:w="1440"/>
          </w:tcPr>
          <w:p>
            <w:r>
              <w:t>13</w:t>
            </w:r>
          </w:p>
        </w:tc>
        <w:tc>
          <w:tcPr>
            <w:tcW w:type="dxa" w:w="1440"/>
          </w:tcPr>
          <w:p>
            <w:r>
              <w:t>________</w:t>
            </w:r>
          </w:p>
        </w:tc>
        <w:tc>
          <w:tcPr>
            <w:tcW w:type="dxa" w:w="1440"/>
          </w:tcPr>
          <w:p>
            <w:r>
              <w:t>27</w:t>
            </w:r>
          </w:p>
        </w:tc>
        <w:tc>
          <w:tcPr>
            <w:tcW w:type="dxa" w:w="1440"/>
          </w:tcPr>
          <w:p>
            <w:r>
              <w:t>________</w:t>
            </w:r>
          </w:p>
        </w:tc>
        <w:tc>
          <w:tcPr>
            <w:tcW w:type="dxa" w:w="1440"/>
          </w:tcPr>
          <w:p>
            <w:r>
              <w:t>41</w:t>
            </w:r>
          </w:p>
        </w:tc>
        <w:tc>
          <w:tcPr>
            <w:tcW w:type="dxa" w:w="1440"/>
          </w:tcPr>
          <w:p>
            <w:r>
              <w:t>________</w:t>
            </w:r>
          </w:p>
        </w:tc>
      </w:tr>
      <w:tr>
        <w:tc>
          <w:tcPr>
            <w:tcW w:type="dxa" w:w="1440"/>
          </w:tcPr>
          <w:p>
            <w:r>
              <w:t>14</w:t>
            </w:r>
          </w:p>
        </w:tc>
        <w:tc>
          <w:tcPr>
            <w:tcW w:type="dxa" w:w="1440"/>
          </w:tcPr>
          <w:p>
            <w:r>
              <w:t>________</w:t>
            </w:r>
          </w:p>
        </w:tc>
        <w:tc>
          <w:tcPr>
            <w:tcW w:type="dxa" w:w="1440"/>
          </w:tcPr>
          <w:p>
            <w:r>
              <w:t>28</w:t>
            </w:r>
          </w:p>
        </w:tc>
        <w:tc>
          <w:tcPr>
            <w:tcW w:type="dxa" w:w="1440"/>
          </w:tcPr>
          <w:p>
            <w:r>
              <w:t>________</w:t>
            </w:r>
          </w:p>
        </w:tc>
        <w:tc>
          <w:tcPr>
            <w:tcW w:type="dxa" w:w="1440"/>
          </w:tcPr>
          <w:p>
            <w:r>
              <w:t>42</w:t>
            </w:r>
          </w:p>
        </w:tc>
        <w:tc>
          <w:tcPr>
            <w:tcW w:type="dxa" w:w="1440"/>
          </w:tcPr>
          <w:p>
            <w:r>
              <w:t>________</w:t>
            </w:r>
          </w:p>
        </w:tc>
      </w:tr>
    </w:tbl>
    <w:p>
      <w:r>
        <w:t>Original practice material inspired by the structure of the supplied training sample. Not an official examination paper.</w:t>
      </w:r>
    </w:p>
    <w:sectPr w:rsidR="00FC693F" w:rsidRPr="0006063C" w:rsidSect="00034616">
      <w:footerReference w:type="default" r:id="rId9"/>
      <w:pgSz w:w="12240" w:h="15840"/>
      <w:pgMar w:top="1037"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ЄВІ · Practice Test 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63A5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63A5C"/>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63A5C"/>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