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D023" w14:textId="77777777" w:rsidR="00263008" w:rsidRPr="00D44A6E" w:rsidRDefault="00000000" w:rsidP="002E001E">
      <w:pPr>
        <w:keepLines/>
        <w:jc w:val="center"/>
        <w:rPr>
          <w:rFonts w:ascii="Times New Roman" w:eastAsia="Times New Roman" w:hAnsi="Times New Roman"/>
          <w:sz w:val="24"/>
          <w:szCs w:val="24"/>
          <w:lang w:val="uk-UA"/>
        </w:rPr>
      </w:pP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Практичне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завдання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1</w:t>
      </w:r>
    </w:p>
    <w:p w14:paraId="00625603" w14:textId="77777777" w:rsidR="002E001E" w:rsidRPr="00D44A6E" w:rsidRDefault="002E001E" w:rsidP="002E001E">
      <w:pPr>
        <w:keepLines/>
        <w:jc w:val="center"/>
        <w:rPr>
          <w:rFonts w:hint="eastAsia"/>
          <w:sz w:val="24"/>
          <w:szCs w:val="24"/>
          <w:lang w:val="uk-UA"/>
        </w:rPr>
      </w:pPr>
    </w:p>
    <w:p w14:paraId="185294A0" w14:textId="77777777" w:rsidR="00263008" w:rsidRPr="00D44A6E" w:rsidRDefault="00000000" w:rsidP="002E001E">
      <w:pPr>
        <w:keepLines/>
        <w:jc w:val="center"/>
        <w:rPr>
          <w:rFonts w:ascii="Times New Roman" w:eastAsia="Times New Roman" w:hAnsi="Times New Roman"/>
          <w:b/>
          <w:sz w:val="24"/>
          <w:szCs w:val="24"/>
          <w:lang w:val="uk-UA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Наукове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дослідження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в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системі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наукового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пізнання</w:t>
      </w:r>
      <w:proofErr w:type="spellEnd"/>
    </w:p>
    <w:p w14:paraId="71BFB1AD" w14:textId="77777777" w:rsidR="002E001E" w:rsidRPr="00D44A6E" w:rsidRDefault="002E001E" w:rsidP="002E001E">
      <w:pPr>
        <w:keepLines/>
        <w:jc w:val="center"/>
        <w:rPr>
          <w:rFonts w:hint="eastAsia"/>
          <w:sz w:val="24"/>
          <w:szCs w:val="24"/>
          <w:lang w:val="uk-UA"/>
        </w:rPr>
      </w:pPr>
    </w:p>
    <w:p w14:paraId="331C83A9" w14:textId="574586DC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Мета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44A6E">
        <w:rPr>
          <w:rFonts w:ascii="Times New Roman" w:eastAsia="Times New Roman" w:hAnsi="Times New Roman"/>
          <w:b/>
          <w:sz w:val="24"/>
          <w:szCs w:val="24"/>
        </w:rPr>
        <w:t>-</w:t>
      </w: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визначити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та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попередньо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обґрунтувати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напрям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подальшого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дослідження шляхом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зіставлення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наукового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пояснення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явища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емпіричних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даних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та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актуального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практичного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контексту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>.</w:t>
      </w:r>
    </w:p>
    <w:p w14:paraId="2B6BF63C" w14:textId="77777777" w:rsidR="002E001E" w:rsidRPr="00D44A6E" w:rsidRDefault="002E001E" w:rsidP="002E001E">
      <w:pPr>
        <w:keepLines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67F3B373" w14:textId="6C7A506A" w:rsidR="00263008" w:rsidRPr="00D44A6E" w:rsidRDefault="00000000" w:rsidP="002E001E">
      <w:pPr>
        <w:keepLines/>
        <w:ind w:firstLine="567"/>
        <w:rPr>
          <w:rFonts w:hint="eastAsia"/>
          <w:sz w:val="24"/>
          <w:szCs w:val="24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Матеріали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для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виконання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завдання</w:t>
      </w:r>
      <w:proofErr w:type="spellEnd"/>
    </w:p>
    <w:p w14:paraId="0B382071" w14:textId="1AC6941C" w:rsidR="00263008" w:rsidRPr="00D44A6E" w:rsidRDefault="00D44A6E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</w:t>
      </w:r>
      <w:r w:rsidR="00000000"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одна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повнотекстова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наукова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стаття за обраним напрямом, опублікована у фаховому рецензованому виданні;</w:t>
      </w:r>
    </w:p>
    <w:p w14:paraId="0341447B" w14:textId="76A71C4E" w:rsidR="00263008" w:rsidRPr="00D44A6E" w:rsidRDefault="00D44A6E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</w:t>
      </w:r>
      <w:r w:rsidR="00000000"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одне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офіційне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статистичне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або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аналітичне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джерело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база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даних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статистичний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огляд або аналітичний звіт міжнародної організації, органу державної влади чи іншої офіційної установи;</w:t>
      </w:r>
    </w:p>
    <w:p w14:paraId="79ECC359" w14:textId="00615ACA" w:rsidR="00263008" w:rsidRPr="00D44A6E" w:rsidRDefault="00D44A6E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</w:t>
      </w:r>
      <w:r w:rsidR="00000000"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одне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джерело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актуального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практичного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контексту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чинний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нормативно-правовий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000000" w:rsidRPr="00D44A6E">
        <w:rPr>
          <w:rFonts w:ascii="Times New Roman" w:eastAsia="Times New Roman" w:hAnsi="Times New Roman"/>
          <w:sz w:val="24"/>
          <w:szCs w:val="24"/>
        </w:rPr>
        <w:t>стратегічний</w:t>
      </w:r>
      <w:proofErr w:type="spellEnd"/>
      <w:r w:rsidR="00000000" w:rsidRPr="00D44A6E">
        <w:rPr>
          <w:rFonts w:ascii="Times New Roman" w:eastAsia="Times New Roman" w:hAnsi="Times New Roman"/>
          <w:sz w:val="24"/>
          <w:szCs w:val="24"/>
        </w:rPr>
        <w:t xml:space="preserve"> чи програмний документ, офіційна заява або виступ, повідомлення інституції чи актуальна публікація авторитетного медіа, що засвідчує практичну значущість обраного напряму.</w:t>
      </w:r>
    </w:p>
    <w:p w14:paraId="0283AC61" w14:textId="77777777" w:rsidR="002E001E" w:rsidRPr="00D44A6E" w:rsidRDefault="002E001E" w:rsidP="002E001E">
      <w:pPr>
        <w:keepLines/>
        <w:ind w:firstLine="567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0B0F3508" w14:textId="67D21BDC" w:rsidR="00263008" w:rsidRPr="00D44A6E" w:rsidRDefault="00000000" w:rsidP="002E001E">
      <w:pPr>
        <w:keepLines/>
        <w:ind w:firstLine="567"/>
        <w:rPr>
          <w:rFonts w:hint="eastAsia"/>
          <w:sz w:val="24"/>
          <w:szCs w:val="24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Завдання</w:t>
      </w:r>
      <w:proofErr w:type="spellEnd"/>
    </w:p>
    <w:p w14:paraId="61723C83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sz w:val="24"/>
          <w:szCs w:val="24"/>
        </w:rPr>
        <w:t>Оберіть один напрям дослідження у сфері міжнародних економічних відносин, який надалі розвиватимете у взаємопов’язаних практичних роботах. Сформуйте джерельну основу та підготуйте його попереднє аналітичне обґрунтування.</w:t>
      </w:r>
    </w:p>
    <w:p w14:paraId="768847CD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1. </w:t>
      </w:r>
      <w:r w:rsidRPr="00D44A6E">
        <w:rPr>
          <w:rFonts w:ascii="Times New Roman" w:eastAsia="Times New Roman" w:hAnsi="Times New Roman"/>
          <w:sz w:val="24"/>
          <w:szCs w:val="24"/>
        </w:rPr>
        <w:t>Сформулюйте обраний напрям дослідження одним реченням.</w:t>
      </w:r>
    </w:p>
    <w:p w14:paraId="653777FC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2. </w:t>
      </w:r>
      <w:r w:rsidRPr="00D44A6E">
        <w:rPr>
          <w:rFonts w:ascii="Times New Roman" w:eastAsia="Times New Roman" w:hAnsi="Times New Roman"/>
          <w:sz w:val="24"/>
          <w:szCs w:val="24"/>
        </w:rPr>
        <w:t>Наведіть повний бібліографічний опис наукової статті, її DOI за наявності та активне посилання.</w:t>
      </w:r>
    </w:p>
    <w:p w14:paraId="1C02E9C6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3. </w:t>
      </w:r>
      <w:r w:rsidRPr="00D44A6E">
        <w:rPr>
          <w:rFonts w:ascii="Times New Roman" w:eastAsia="Times New Roman" w:hAnsi="Times New Roman"/>
          <w:sz w:val="24"/>
          <w:szCs w:val="24"/>
        </w:rPr>
        <w:t>Зазначте повну назву офіційного статистичного або аналітичного джерела, установу, що його підготувала, рік або дату оприлюднення та активне посилання.</w:t>
      </w:r>
    </w:p>
    <w:p w14:paraId="36CF01A2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4. </w:t>
      </w:r>
      <w:r w:rsidRPr="00D44A6E">
        <w:rPr>
          <w:rFonts w:ascii="Times New Roman" w:eastAsia="Times New Roman" w:hAnsi="Times New Roman"/>
          <w:sz w:val="24"/>
          <w:szCs w:val="24"/>
        </w:rPr>
        <w:t>Для джерела актуального практичного контексту зазначте автора або установу, назву матеріалу чи документа, дату оприлюднення та активне посилання.</w:t>
      </w:r>
    </w:p>
    <w:p w14:paraId="3E7E803D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5. </w:t>
      </w:r>
      <w:r w:rsidRPr="00D44A6E">
        <w:rPr>
          <w:rFonts w:ascii="Times New Roman" w:eastAsia="Times New Roman" w:hAnsi="Times New Roman"/>
          <w:sz w:val="24"/>
          <w:szCs w:val="24"/>
        </w:rPr>
        <w:t>Дайте стислі відповіді на питання для аналізу, посилаючись на відповідні джерела.</w:t>
      </w:r>
    </w:p>
    <w:p w14:paraId="5E52DF30" w14:textId="77777777" w:rsidR="002E001E" w:rsidRPr="00D44A6E" w:rsidRDefault="002E001E" w:rsidP="002E001E">
      <w:pPr>
        <w:keepLines/>
        <w:jc w:val="center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160A7C94" w14:textId="2B6F0D02" w:rsidR="00263008" w:rsidRPr="00D44A6E" w:rsidRDefault="00000000" w:rsidP="002E001E">
      <w:pPr>
        <w:keepLines/>
        <w:jc w:val="center"/>
        <w:rPr>
          <w:rFonts w:ascii="Times New Roman" w:eastAsia="Times New Roman" w:hAnsi="Times New Roman"/>
          <w:b/>
          <w:sz w:val="24"/>
          <w:szCs w:val="24"/>
          <w:lang w:val="uk-UA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Питання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для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аналізу</w:t>
      </w:r>
      <w:proofErr w:type="spellEnd"/>
    </w:p>
    <w:p w14:paraId="0EC31146" w14:textId="77777777" w:rsidR="002E001E" w:rsidRPr="00D44A6E" w:rsidRDefault="002E001E" w:rsidP="002E001E">
      <w:pPr>
        <w:keepLines/>
        <w:jc w:val="center"/>
        <w:rPr>
          <w:rFonts w:hint="eastAsia"/>
          <w:sz w:val="24"/>
          <w:szCs w:val="24"/>
          <w:lang w:val="uk-UA"/>
        </w:rPr>
      </w:pPr>
    </w:p>
    <w:p w14:paraId="2B59FA21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1.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Яке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явище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або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процес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досліджується у статті, яку наукову проблему розглядає автор і якою є мета дослідження?</w:t>
      </w:r>
    </w:p>
    <w:p w14:paraId="35DD9EF4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2. </w:t>
      </w:r>
      <w:r w:rsidRPr="00D44A6E">
        <w:rPr>
          <w:rFonts w:ascii="Times New Roman" w:eastAsia="Times New Roman" w:hAnsi="Times New Roman"/>
          <w:sz w:val="24"/>
          <w:szCs w:val="24"/>
        </w:rPr>
        <w:t>До якого виду належить дослідження та яку послідовність його основних етапів можна відтворити?</w:t>
      </w:r>
    </w:p>
    <w:p w14:paraId="1227BDC0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3. </w:t>
      </w:r>
      <w:r w:rsidRPr="00D44A6E">
        <w:rPr>
          <w:rFonts w:ascii="Times New Roman" w:eastAsia="Times New Roman" w:hAnsi="Times New Roman"/>
          <w:sz w:val="24"/>
          <w:szCs w:val="24"/>
        </w:rPr>
        <w:t>Які дані й методи використано, який науковий результат отримано та якими доказами його підтверджено?</w:t>
      </w:r>
    </w:p>
    <w:p w14:paraId="19A730B1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4. </w:t>
      </w:r>
      <w:r w:rsidRPr="00D44A6E">
        <w:rPr>
          <w:rFonts w:ascii="Times New Roman" w:eastAsia="Times New Roman" w:hAnsi="Times New Roman"/>
          <w:sz w:val="24"/>
          <w:szCs w:val="24"/>
        </w:rPr>
        <w:t>Які 1–2 конкретні факти або показники випливають з офіційного статистичного чи аналітичного джерела? Зазначте їх значення, об’єкт і період та поясніть зв’язок із результатами статті.</w:t>
      </w:r>
    </w:p>
    <w:p w14:paraId="3E03A3C8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5. </w:t>
      </w:r>
      <w:r w:rsidRPr="00D44A6E">
        <w:rPr>
          <w:rFonts w:ascii="Times New Roman" w:eastAsia="Times New Roman" w:hAnsi="Times New Roman"/>
          <w:sz w:val="24"/>
          <w:szCs w:val="24"/>
        </w:rPr>
        <w:t>Яка подія, управлінське рішення, нормативна зміна, офіційна позиція або суспільна дискусія підтверджує практичну актуальність обраного напряму?</w:t>
      </w:r>
    </w:p>
    <w:p w14:paraId="2CAF1350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6. </w:t>
      </w:r>
      <w:r w:rsidRPr="00D44A6E">
        <w:rPr>
          <w:rFonts w:ascii="Times New Roman" w:eastAsia="Times New Roman" w:hAnsi="Times New Roman"/>
          <w:sz w:val="24"/>
          <w:szCs w:val="24"/>
        </w:rPr>
        <w:t>Чи доповнюють або суперечать одне одному наукове пояснення, емпіричні дані та актуальний практичний контекст?</w:t>
      </w:r>
    </w:p>
    <w:p w14:paraId="5384ADDE" w14:textId="77777777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7. </w:t>
      </w:r>
      <w:r w:rsidRPr="00D44A6E">
        <w:rPr>
          <w:rFonts w:ascii="Times New Roman" w:eastAsia="Times New Roman" w:hAnsi="Times New Roman"/>
          <w:sz w:val="24"/>
          <w:szCs w:val="24"/>
        </w:rPr>
        <w:t>Який аспект залишається недостатньо поясненим? Попередньо сформулюйте власну наукову проблему, її межі та дослідницьке питання.</w:t>
      </w:r>
    </w:p>
    <w:p w14:paraId="01FCDA0A" w14:textId="77777777" w:rsidR="002E001E" w:rsidRPr="00D44A6E" w:rsidRDefault="002E001E" w:rsidP="002E001E">
      <w:pPr>
        <w:keepLines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240EF444" w14:textId="2BC0B401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Результат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виконання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44A6E">
        <w:rPr>
          <w:rFonts w:ascii="Times New Roman" w:eastAsia="Times New Roman" w:hAnsi="Times New Roman"/>
          <w:b/>
          <w:sz w:val="24"/>
          <w:szCs w:val="24"/>
        </w:rPr>
        <w:t>-</w:t>
      </w: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коротке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аналітичне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обґрунтування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обраного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напряму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дослідження, підготовлене на основі трьох належно ідентифікованих джерел та відповідей на питання.</w:t>
      </w:r>
    </w:p>
    <w:p w14:paraId="6C2DE163" w14:textId="77777777" w:rsidR="002E001E" w:rsidRPr="00D44A6E" w:rsidRDefault="002E001E" w:rsidP="002E001E">
      <w:pPr>
        <w:keepLines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uk-UA"/>
        </w:rPr>
      </w:pPr>
    </w:p>
    <w:p w14:paraId="6CBDADA4" w14:textId="1054DCB1" w:rsidR="00263008" w:rsidRPr="00D44A6E" w:rsidRDefault="00000000" w:rsidP="002E001E">
      <w:pPr>
        <w:keepLines/>
        <w:ind w:firstLine="567"/>
        <w:jc w:val="both"/>
        <w:rPr>
          <w:rFonts w:hint="eastAsia"/>
          <w:sz w:val="24"/>
          <w:szCs w:val="24"/>
        </w:rPr>
      </w:pPr>
      <w:proofErr w:type="spellStart"/>
      <w:r w:rsidRPr="00D44A6E">
        <w:rPr>
          <w:rFonts w:ascii="Times New Roman" w:eastAsia="Times New Roman" w:hAnsi="Times New Roman"/>
          <w:b/>
          <w:sz w:val="24"/>
          <w:szCs w:val="24"/>
        </w:rPr>
        <w:t>Оцінювання</w:t>
      </w:r>
      <w:proofErr w:type="spellEnd"/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44A6E">
        <w:rPr>
          <w:rFonts w:ascii="Times New Roman" w:eastAsia="Times New Roman" w:hAnsi="Times New Roman"/>
          <w:b/>
          <w:sz w:val="24"/>
          <w:szCs w:val="24"/>
        </w:rPr>
        <w:t>-</w:t>
      </w:r>
      <w:r w:rsidRPr="00D44A6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за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єдиною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рубрикою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практичних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робіт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r w:rsidR="00D44A6E">
        <w:rPr>
          <w:rFonts w:ascii="Times New Roman" w:eastAsia="Times New Roman" w:hAnsi="Times New Roman"/>
          <w:sz w:val="24"/>
          <w:szCs w:val="24"/>
        </w:rPr>
        <w:t>-</w:t>
      </w:r>
      <w:r w:rsidRPr="00D44A6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максимум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 xml:space="preserve"> 5 </w:t>
      </w:r>
      <w:proofErr w:type="spellStart"/>
      <w:r w:rsidRPr="00D44A6E">
        <w:rPr>
          <w:rFonts w:ascii="Times New Roman" w:eastAsia="Times New Roman" w:hAnsi="Times New Roman"/>
          <w:sz w:val="24"/>
          <w:szCs w:val="24"/>
        </w:rPr>
        <w:t>балів</w:t>
      </w:r>
      <w:proofErr w:type="spellEnd"/>
      <w:r w:rsidRPr="00D44A6E">
        <w:rPr>
          <w:rFonts w:ascii="Times New Roman" w:eastAsia="Times New Roman" w:hAnsi="Times New Roman"/>
          <w:sz w:val="24"/>
          <w:szCs w:val="24"/>
        </w:rPr>
        <w:t>. У цій роботі враховуються коректність добору й оформлення джерел, точність аналізу, доказовість висновків, логічність попередньої постановки проблеми та дотримання вимог до результату.</w:t>
      </w:r>
    </w:p>
    <w:sectPr w:rsidR="00263008" w:rsidRPr="00D44A6E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9CFEF" w14:textId="77777777" w:rsidR="00EF1430" w:rsidRDefault="00EF1430" w:rsidP="00D65C89">
      <w:pPr>
        <w:rPr>
          <w:rFonts w:hint="eastAsia"/>
        </w:rPr>
      </w:pPr>
      <w:r>
        <w:separator/>
      </w:r>
    </w:p>
  </w:endnote>
  <w:endnote w:type="continuationSeparator" w:id="0">
    <w:p w14:paraId="03CD0237" w14:textId="77777777" w:rsidR="00EF1430" w:rsidRDefault="00EF1430" w:rsidP="00D65C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02030" w14:textId="77777777" w:rsidR="00EF1430" w:rsidRDefault="00EF1430" w:rsidP="00D65C89">
      <w:pPr>
        <w:rPr>
          <w:rFonts w:hint="eastAsia"/>
        </w:rPr>
      </w:pPr>
      <w:r>
        <w:separator/>
      </w:r>
    </w:p>
  </w:footnote>
  <w:footnote w:type="continuationSeparator" w:id="0">
    <w:p w14:paraId="25518F2E" w14:textId="77777777" w:rsidR="00EF1430" w:rsidRDefault="00EF1430" w:rsidP="00D65C8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59018">
    <w:abstractNumId w:val="8"/>
  </w:num>
  <w:num w:numId="2" w16cid:durableId="1255674345">
    <w:abstractNumId w:val="6"/>
  </w:num>
  <w:num w:numId="3" w16cid:durableId="1164859542">
    <w:abstractNumId w:val="5"/>
  </w:num>
  <w:num w:numId="4" w16cid:durableId="941884442">
    <w:abstractNumId w:val="4"/>
  </w:num>
  <w:num w:numId="5" w16cid:durableId="1526164843">
    <w:abstractNumId w:val="7"/>
  </w:num>
  <w:num w:numId="6" w16cid:durableId="744686982">
    <w:abstractNumId w:val="3"/>
  </w:num>
  <w:num w:numId="7" w16cid:durableId="634022084">
    <w:abstractNumId w:val="2"/>
  </w:num>
  <w:num w:numId="8" w16cid:durableId="798032042">
    <w:abstractNumId w:val="1"/>
  </w:num>
  <w:num w:numId="9" w16cid:durableId="1510023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2D09"/>
    <w:rsid w:val="001A18CD"/>
    <w:rsid w:val="00263008"/>
    <w:rsid w:val="0029639D"/>
    <w:rsid w:val="002E001E"/>
    <w:rsid w:val="00326F90"/>
    <w:rsid w:val="00416553"/>
    <w:rsid w:val="00950826"/>
    <w:rsid w:val="00A322E6"/>
    <w:rsid w:val="00AA1D8D"/>
    <w:rsid w:val="00B47730"/>
    <w:rsid w:val="00CB0664"/>
    <w:rsid w:val="00D44A6E"/>
    <w:rsid w:val="00D65C89"/>
    <w:rsid w:val="00EF14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A9B0B5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DejaVu Sans" w:hAnsi="DejaVu Sans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4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1877</Words>
  <Characters>1070</Characters>
  <Application>Microsoft Office Word</Application>
  <DocSecurity>0</DocSecurity>
  <Lines>8</Lines>
  <Paragraphs>5</Paragraphs>
  <ScaleCrop>false</ScaleCrop>
  <Manager/>
  <Company/>
  <LinksUpToDate>false</LinksUpToDate>
  <CharactersWithSpaces>2942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2026-10-10T16:57:00Z</dcterms:created>
  <dcterms:modified xsi:type="dcterms:W3CDTF">2026-10-18T12:31:00Z</dcterms:modified>
  <cp:category/>
</cp:coreProperties>
</file>