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098B" w14:textId="77777777" w:rsidR="004B3FC1" w:rsidRPr="009D17F6" w:rsidRDefault="00000000" w:rsidP="009D17F6">
      <w:pPr>
        <w:keepNext/>
        <w:spacing w:after="0" w:line="240" w:lineRule="auto"/>
        <w:ind w:firstLine="567"/>
        <w:jc w:val="center"/>
        <w:rPr>
          <w:sz w:val="24"/>
          <w:szCs w:val="24"/>
        </w:rPr>
      </w:pPr>
      <w:r w:rsidRPr="009D17F6">
        <w:rPr>
          <w:sz w:val="24"/>
          <w:szCs w:val="24"/>
        </w:rPr>
        <w:t xml:space="preserve">Критерії оцінювання практичних </w:t>
      </w:r>
      <w:proofErr w:type="spellStart"/>
      <w:r w:rsidRPr="009D17F6">
        <w:rPr>
          <w:sz w:val="24"/>
          <w:szCs w:val="24"/>
        </w:rPr>
        <w:t>завдань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за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темами</w:t>
      </w:r>
      <w:proofErr w:type="spellEnd"/>
      <w:r w:rsidRPr="009D17F6">
        <w:rPr>
          <w:sz w:val="24"/>
          <w:szCs w:val="24"/>
        </w:rPr>
        <w:t xml:space="preserve"> 13–16</w:t>
      </w:r>
    </w:p>
    <w:p w14:paraId="2E9E8865" w14:textId="77777777" w:rsidR="009D17F6" w:rsidRDefault="009D17F6" w:rsidP="009D17F6">
      <w:pPr>
        <w:spacing w:after="0" w:line="240" w:lineRule="auto"/>
        <w:ind w:firstLine="567"/>
        <w:jc w:val="both"/>
        <w:rPr>
          <w:b/>
          <w:sz w:val="24"/>
          <w:szCs w:val="24"/>
          <w:lang w:val="uk-UA"/>
        </w:rPr>
      </w:pPr>
    </w:p>
    <w:p w14:paraId="0241D8AA" w14:textId="689E2908" w:rsidR="004B3FC1" w:rsidRPr="009D17F6" w:rsidRDefault="00000000" w:rsidP="009D17F6">
      <w:pPr>
        <w:spacing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9D17F6">
        <w:rPr>
          <w:b/>
          <w:sz w:val="24"/>
          <w:szCs w:val="24"/>
        </w:rPr>
        <w:t>Максимальна</w:t>
      </w:r>
      <w:proofErr w:type="spellEnd"/>
      <w:r w:rsidRPr="009D17F6">
        <w:rPr>
          <w:b/>
          <w:sz w:val="24"/>
          <w:szCs w:val="24"/>
        </w:rPr>
        <w:t xml:space="preserve"> </w:t>
      </w:r>
      <w:proofErr w:type="spellStart"/>
      <w:r w:rsidRPr="009D17F6">
        <w:rPr>
          <w:b/>
          <w:sz w:val="24"/>
          <w:szCs w:val="24"/>
        </w:rPr>
        <w:t>кількість</w:t>
      </w:r>
      <w:proofErr w:type="spellEnd"/>
      <w:r w:rsidRPr="009D17F6">
        <w:rPr>
          <w:b/>
          <w:sz w:val="24"/>
          <w:szCs w:val="24"/>
        </w:rPr>
        <w:t xml:space="preserve"> </w:t>
      </w:r>
      <w:r w:rsidR="009D17F6">
        <w:rPr>
          <w:b/>
          <w:sz w:val="24"/>
          <w:szCs w:val="24"/>
        </w:rPr>
        <w:t>-</w:t>
      </w:r>
      <w:r w:rsidRPr="009D17F6">
        <w:rPr>
          <w:b/>
          <w:sz w:val="24"/>
          <w:szCs w:val="24"/>
        </w:rPr>
        <w:t xml:space="preserve"> </w:t>
      </w:r>
      <w:r w:rsidRPr="009D17F6">
        <w:rPr>
          <w:sz w:val="24"/>
          <w:szCs w:val="24"/>
        </w:rPr>
        <w:t xml:space="preserve">25 </w:t>
      </w:r>
      <w:proofErr w:type="spellStart"/>
      <w:r w:rsidRPr="009D17F6">
        <w:rPr>
          <w:sz w:val="24"/>
          <w:szCs w:val="24"/>
        </w:rPr>
        <w:t>балів</w:t>
      </w:r>
      <w:proofErr w:type="spellEnd"/>
      <w:r w:rsidRPr="009D17F6">
        <w:rPr>
          <w:sz w:val="24"/>
          <w:szCs w:val="24"/>
        </w:rPr>
        <w:t xml:space="preserve">: </w:t>
      </w:r>
      <w:proofErr w:type="spellStart"/>
      <w:r w:rsidRPr="009D17F6">
        <w:rPr>
          <w:sz w:val="24"/>
          <w:szCs w:val="24"/>
        </w:rPr>
        <w:t>за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практичні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завдання</w:t>
      </w:r>
      <w:proofErr w:type="spellEnd"/>
      <w:r w:rsidRPr="009D17F6">
        <w:rPr>
          <w:sz w:val="24"/>
          <w:szCs w:val="24"/>
        </w:rPr>
        <w:t xml:space="preserve"> 13–16 </w:t>
      </w:r>
      <w:r w:rsidR="009D17F6">
        <w:rPr>
          <w:sz w:val="24"/>
          <w:szCs w:val="24"/>
        </w:rPr>
        <w:t>-</w:t>
      </w:r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по</w:t>
      </w:r>
      <w:proofErr w:type="spellEnd"/>
      <w:r w:rsidRPr="009D17F6">
        <w:rPr>
          <w:sz w:val="24"/>
          <w:szCs w:val="24"/>
        </w:rPr>
        <w:t xml:space="preserve"> 5 </w:t>
      </w:r>
      <w:proofErr w:type="spellStart"/>
      <w:r w:rsidRPr="009D17F6">
        <w:rPr>
          <w:sz w:val="24"/>
          <w:szCs w:val="24"/>
        </w:rPr>
        <w:t>балів</w:t>
      </w:r>
      <w:proofErr w:type="spellEnd"/>
      <w:r w:rsidRPr="009D17F6">
        <w:rPr>
          <w:sz w:val="24"/>
          <w:szCs w:val="24"/>
        </w:rPr>
        <w:t xml:space="preserve"> (разом 20); за узагальнення результатів та </w:t>
      </w:r>
      <w:proofErr w:type="spellStart"/>
      <w:r w:rsidRPr="009D17F6">
        <w:rPr>
          <w:sz w:val="24"/>
          <w:szCs w:val="24"/>
        </w:rPr>
        <w:t>їх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аргументоване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представлення</w:t>
      </w:r>
      <w:proofErr w:type="spellEnd"/>
      <w:r w:rsidRPr="009D17F6">
        <w:rPr>
          <w:sz w:val="24"/>
          <w:szCs w:val="24"/>
        </w:rPr>
        <w:t xml:space="preserve"> </w:t>
      </w:r>
      <w:r w:rsidR="009D17F6">
        <w:rPr>
          <w:sz w:val="24"/>
          <w:szCs w:val="24"/>
        </w:rPr>
        <w:t>-</w:t>
      </w:r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до</w:t>
      </w:r>
      <w:proofErr w:type="spellEnd"/>
      <w:r w:rsidRPr="009D17F6">
        <w:rPr>
          <w:sz w:val="24"/>
          <w:szCs w:val="24"/>
        </w:rPr>
        <w:t xml:space="preserve"> 5 </w:t>
      </w:r>
      <w:proofErr w:type="spellStart"/>
      <w:r w:rsidRPr="009D17F6">
        <w:rPr>
          <w:sz w:val="24"/>
          <w:szCs w:val="24"/>
        </w:rPr>
        <w:t>балів</w:t>
      </w:r>
      <w:proofErr w:type="spellEnd"/>
      <w:r w:rsidRPr="009D17F6">
        <w:rPr>
          <w:sz w:val="24"/>
          <w:szCs w:val="24"/>
        </w:rPr>
        <w:t>.</w:t>
      </w:r>
    </w:p>
    <w:p w14:paraId="5DF489C0" w14:textId="77777777" w:rsidR="009D17F6" w:rsidRDefault="009D17F6" w:rsidP="009D17F6">
      <w:pPr>
        <w:keepNext/>
        <w:spacing w:after="0" w:line="240" w:lineRule="auto"/>
        <w:ind w:firstLine="567"/>
        <w:rPr>
          <w:b/>
          <w:sz w:val="24"/>
          <w:szCs w:val="24"/>
          <w:lang w:val="uk-UA"/>
        </w:rPr>
      </w:pPr>
    </w:p>
    <w:p w14:paraId="3321A9F5" w14:textId="2B685E40" w:rsidR="004B3FC1" w:rsidRPr="009D17F6" w:rsidRDefault="00000000" w:rsidP="009D17F6">
      <w:pPr>
        <w:keepNext/>
        <w:spacing w:after="0" w:line="240" w:lineRule="auto"/>
        <w:ind w:firstLine="567"/>
        <w:rPr>
          <w:sz w:val="24"/>
          <w:szCs w:val="24"/>
        </w:rPr>
      </w:pPr>
      <w:r w:rsidRPr="009D17F6">
        <w:rPr>
          <w:b/>
          <w:sz w:val="24"/>
          <w:szCs w:val="24"/>
        </w:rPr>
        <w:t>1. Єдина рубрика для практичних завдань 13–16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8602"/>
        <w:gridCol w:w="1842"/>
      </w:tblGrid>
      <w:tr w:rsidR="004B3FC1" w:rsidRPr="009D17F6" w14:paraId="729A8AD7" w14:textId="77777777" w:rsidTr="009D17F6">
        <w:trPr>
          <w:tblHeader/>
          <w:jc w:val="center"/>
        </w:trPr>
        <w:tc>
          <w:tcPr>
            <w:tcW w:w="4118" w:type="pct"/>
            <w:vAlign w:val="center"/>
          </w:tcPr>
          <w:p w14:paraId="2D81D853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D17F6">
              <w:rPr>
                <w:b/>
                <w:sz w:val="24"/>
                <w:szCs w:val="24"/>
              </w:rPr>
              <w:t>Критерій</w:t>
            </w:r>
            <w:proofErr w:type="spellEnd"/>
            <w:r w:rsidRPr="009D17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D17F6">
              <w:rPr>
                <w:b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882" w:type="pct"/>
            <w:vAlign w:val="center"/>
          </w:tcPr>
          <w:p w14:paraId="6954BB19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Максимум</w:t>
            </w:r>
          </w:p>
        </w:tc>
      </w:tr>
      <w:tr w:rsidR="004B3FC1" w:rsidRPr="009D17F6" w14:paraId="65895AFC" w14:textId="77777777" w:rsidTr="009D17F6">
        <w:trPr>
          <w:jc w:val="center"/>
        </w:trPr>
        <w:tc>
          <w:tcPr>
            <w:tcW w:w="4118" w:type="pct"/>
            <w:vAlign w:val="center"/>
          </w:tcPr>
          <w:p w14:paraId="2DCD555D" w14:textId="77777777" w:rsidR="004B3FC1" w:rsidRPr="009D17F6" w:rsidRDefault="00000000" w:rsidP="009D17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Повнота і змістова правильність виконання завдання, відповідність установленим вимогам</w:t>
            </w:r>
          </w:p>
        </w:tc>
        <w:tc>
          <w:tcPr>
            <w:tcW w:w="882" w:type="pct"/>
            <w:vAlign w:val="center"/>
          </w:tcPr>
          <w:p w14:paraId="3950A2FB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2 бали</w:t>
            </w:r>
          </w:p>
        </w:tc>
      </w:tr>
      <w:tr w:rsidR="004B3FC1" w:rsidRPr="009D17F6" w14:paraId="5FC02BAF" w14:textId="77777777" w:rsidTr="009D17F6">
        <w:trPr>
          <w:jc w:val="center"/>
        </w:trPr>
        <w:tc>
          <w:tcPr>
            <w:tcW w:w="4118" w:type="pct"/>
            <w:vAlign w:val="center"/>
          </w:tcPr>
          <w:p w14:paraId="617473A6" w14:textId="77777777" w:rsidR="004B3FC1" w:rsidRPr="009D17F6" w:rsidRDefault="00000000" w:rsidP="009D17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Глибина аналізу, критичність мислення та обґрунтованість дослідницьких рішень</w:t>
            </w:r>
          </w:p>
        </w:tc>
        <w:tc>
          <w:tcPr>
            <w:tcW w:w="882" w:type="pct"/>
            <w:vAlign w:val="center"/>
          </w:tcPr>
          <w:p w14:paraId="4B859C0B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1 бал</w:t>
            </w:r>
          </w:p>
        </w:tc>
      </w:tr>
      <w:tr w:rsidR="004B3FC1" w:rsidRPr="009D17F6" w14:paraId="79F6A65F" w14:textId="77777777" w:rsidTr="009D17F6">
        <w:trPr>
          <w:jc w:val="center"/>
        </w:trPr>
        <w:tc>
          <w:tcPr>
            <w:tcW w:w="4118" w:type="pct"/>
            <w:vAlign w:val="center"/>
          </w:tcPr>
          <w:p w14:paraId="6A58C2AC" w14:textId="77777777" w:rsidR="004B3FC1" w:rsidRPr="009D17F6" w:rsidRDefault="00000000" w:rsidP="009D17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Доказовість тверджень, коректність використання джерел і перевірка наведених результатів</w:t>
            </w:r>
          </w:p>
        </w:tc>
        <w:tc>
          <w:tcPr>
            <w:tcW w:w="882" w:type="pct"/>
            <w:vAlign w:val="center"/>
          </w:tcPr>
          <w:p w14:paraId="6A31221D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1 бал</w:t>
            </w:r>
          </w:p>
        </w:tc>
      </w:tr>
      <w:tr w:rsidR="004B3FC1" w:rsidRPr="009D17F6" w14:paraId="013C8FB6" w14:textId="77777777" w:rsidTr="009D17F6">
        <w:trPr>
          <w:jc w:val="center"/>
        </w:trPr>
        <w:tc>
          <w:tcPr>
            <w:tcW w:w="4118" w:type="pct"/>
            <w:vAlign w:val="center"/>
          </w:tcPr>
          <w:p w14:paraId="065983AD" w14:textId="77777777" w:rsidR="004B3FC1" w:rsidRPr="009D17F6" w:rsidRDefault="00000000" w:rsidP="009D17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Логічність, послідовність і чіткість представлення результату, дотримання вимог до оформлення</w:t>
            </w:r>
          </w:p>
        </w:tc>
        <w:tc>
          <w:tcPr>
            <w:tcW w:w="882" w:type="pct"/>
            <w:vAlign w:val="center"/>
          </w:tcPr>
          <w:p w14:paraId="331D2C63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1 бал</w:t>
            </w:r>
          </w:p>
        </w:tc>
      </w:tr>
      <w:tr w:rsidR="004B3FC1" w:rsidRPr="009D17F6" w14:paraId="30961617" w14:textId="77777777" w:rsidTr="009D17F6">
        <w:trPr>
          <w:jc w:val="center"/>
        </w:trPr>
        <w:tc>
          <w:tcPr>
            <w:tcW w:w="4118" w:type="pct"/>
            <w:vAlign w:val="center"/>
          </w:tcPr>
          <w:p w14:paraId="0B61E002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Разом за одне практичне завдання</w:t>
            </w:r>
          </w:p>
        </w:tc>
        <w:tc>
          <w:tcPr>
            <w:tcW w:w="882" w:type="pct"/>
            <w:vAlign w:val="center"/>
          </w:tcPr>
          <w:p w14:paraId="44DB6A9E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5 балів</w:t>
            </w:r>
          </w:p>
        </w:tc>
      </w:tr>
    </w:tbl>
    <w:p w14:paraId="385829CB" w14:textId="77777777" w:rsidR="009D17F6" w:rsidRDefault="009D17F6" w:rsidP="009D17F6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</w:p>
    <w:p w14:paraId="08DA34B2" w14:textId="12E362F6" w:rsidR="004B3FC1" w:rsidRPr="009D17F6" w:rsidRDefault="00000000" w:rsidP="009D17F6">
      <w:pPr>
        <w:spacing w:after="0" w:line="240" w:lineRule="auto"/>
        <w:ind w:firstLine="567"/>
        <w:jc w:val="both"/>
        <w:rPr>
          <w:sz w:val="24"/>
          <w:szCs w:val="24"/>
        </w:rPr>
      </w:pPr>
      <w:r w:rsidRPr="009D17F6">
        <w:rPr>
          <w:sz w:val="24"/>
          <w:szCs w:val="24"/>
        </w:rPr>
        <w:t xml:space="preserve">У </w:t>
      </w:r>
      <w:proofErr w:type="spellStart"/>
      <w:r w:rsidRPr="009D17F6">
        <w:rPr>
          <w:sz w:val="24"/>
          <w:szCs w:val="24"/>
        </w:rPr>
        <w:t>межах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єдиної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рубрики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враховується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специфіка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відповідної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теми</w:t>
      </w:r>
      <w:proofErr w:type="spellEnd"/>
      <w:r w:rsidRPr="009D17F6">
        <w:rPr>
          <w:sz w:val="24"/>
          <w:szCs w:val="24"/>
        </w:rPr>
        <w:t>:</w:t>
      </w:r>
    </w:p>
    <w:p w14:paraId="362436F4" w14:textId="05A16801" w:rsidR="004B3FC1" w:rsidRPr="009D17F6" w:rsidRDefault="00000000" w:rsidP="009D17F6">
      <w:pPr>
        <w:spacing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9D17F6">
        <w:rPr>
          <w:sz w:val="24"/>
          <w:szCs w:val="24"/>
        </w:rPr>
        <w:t>Практичне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завдання</w:t>
      </w:r>
      <w:proofErr w:type="spellEnd"/>
      <w:r w:rsidRPr="009D17F6">
        <w:rPr>
          <w:sz w:val="24"/>
          <w:szCs w:val="24"/>
        </w:rPr>
        <w:t xml:space="preserve"> 13 </w:t>
      </w:r>
      <w:r w:rsidR="009D17F6">
        <w:rPr>
          <w:sz w:val="24"/>
          <w:szCs w:val="24"/>
        </w:rPr>
        <w:t>-</w:t>
      </w:r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розмежування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доказів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та</w:t>
      </w:r>
      <w:proofErr w:type="spellEnd"/>
      <w:r w:rsidRPr="009D17F6">
        <w:rPr>
          <w:sz w:val="24"/>
          <w:szCs w:val="24"/>
        </w:rPr>
        <w:t xml:space="preserve"> інтерпретацій, альтернативні пояснення, оцінювання невизначеності та обґрунтованість рекомендацій.</w:t>
      </w:r>
    </w:p>
    <w:p w14:paraId="265D0183" w14:textId="0400CD3F" w:rsidR="004B3FC1" w:rsidRPr="009D17F6" w:rsidRDefault="00000000" w:rsidP="009D17F6">
      <w:pPr>
        <w:spacing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9D17F6">
        <w:rPr>
          <w:sz w:val="24"/>
          <w:szCs w:val="24"/>
        </w:rPr>
        <w:t>Практичне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завдання</w:t>
      </w:r>
      <w:proofErr w:type="spellEnd"/>
      <w:r w:rsidRPr="009D17F6">
        <w:rPr>
          <w:sz w:val="24"/>
          <w:szCs w:val="24"/>
        </w:rPr>
        <w:t xml:space="preserve"> 14 </w:t>
      </w:r>
      <w:r w:rsidR="009D17F6">
        <w:rPr>
          <w:sz w:val="24"/>
          <w:szCs w:val="24"/>
        </w:rPr>
        <w:t>-</w:t>
      </w:r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перевірка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тверджень</w:t>
      </w:r>
      <w:proofErr w:type="spellEnd"/>
      <w:r w:rsidRPr="009D17F6">
        <w:rPr>
          <w:sz w:val="24"/>
          <w:szCs w:val="24"/>
        </w:rPr>
        <w:t xml:space="preserve"> і посилань за первинними джерелами, усунення помилок, прозорість застосування ШІ та конфіденційність.</w:t>
      </w:r>
    </w:p>
    <w:p w14:paraId="590FD462" w14:textId="6C88B2A9" w:rsidR="004B3FC1" w:rsidRPr="009D17F6" w:rsidRDefault="00000000" w:rsidP="009D17F6">
      <w:pPr>
        <w:spacing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9D17F6">
        <w:rPr>
          <w:sz w:val="24"/>
          <w:szCs w:val="24"/>
        </w:rPr>
        <w:t>Практичне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завдання</w:t>
      </w:r>
      <w:proofErr w:type="spellEnd"/>
      <w:r w:rsidRPr="009D17F6">
        <w:rPr>
          <w:sz w:val="24"/>
          <w:szCs w:val="24"/>
        </w:rPr>
        <w:t xml:space="preserve"> 15 </w:t>
      </w:r>
      <w:r w:rsidR="009D17F6">
        <w:rPr>
          <w:sz w:val="24"/>
          <w:szCs w:val="24"/>
        </w:rPr>
        <w:t>-</w:t>
      </w:r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коректність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цитування</w:t>
      </w:r>
      <w:proofErr w:type="spellEnd"/>
      <w:r w:rsidRPr="009D17F6">
        <w:rPr>
          <w:sz w:val="24"/>
          <w:szCs w:val="24"/>
        </w:rPr>
        <w:t xml:space="preserve"> й перефразування, надійна атрибуція даних, виявлення ризиків порушень та якість редагування власного тексту.</w:t>
      </w:r>
    </w:p>
    <w:p w14:paraId="4F538C9E" w14:textId="14A79BCE" w:rsidR="004B3FC1" w:rsidRPr="009D17F6" w:rsidRDefault="00000000" w:rsidP="009D17F6">
      <w:pPr>
        <w:spacing w:after="0" w:line="240" w:lineRule="auto"/>
        <w:ind w:firstLine="567"/>
        <w:jc w:val="both"/>
        <w:rPr>
          <w:sz w:val="24"/>
          <w:szCs w:val="24"/>
        </w:rPr>
      </w:pPr>
      <w:proofErr w:type="spellStart"/>
      <w:r w:rsidRPr="009D17F6">
        <w:rPr>
          <w:sz w:val="24"/>
          <w:szCs w:val="24"/>
        </w:rPr>
        <w:t>Практичне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завдання</w:t>
      </w:r>
      <w:proofErr w:type="spellEnd"/>
      <w:r w:rsidRPr="009D17F6">
        <w:rPr>
          <w:sz w:val="24"/>
          <w:szCs w:val="24"/>
        </w:rPr>
        <w:t xml:space="preserve"> 16 </w:t>
      </w:r>
      <w:r w:rsidR="009D17F6">
        <w:rPr>
          <w:sz w:val="24"/>
          <w:szCs w:val="24"/>
        </w:rPr>
        <w:t>-</w:t>
      </w:r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відповідність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анотації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реальним</w:t>
      </w:r>
      <w:proofErr w:type="spellEnd"/>
      <w:r w:rsidRPr="009D17F6">
        <w:rPr>
          <w:sz w:val="24"/>
          <w:szCs w:val="24"/>
        </w:rPr>
        <w:t xml:space="preserve"> результатам, доказовість тез, логіка представлення й аргументовані відповіді на можливі критичні запитання.</w:t>
      </w:r>
    </w:p>
    <w:p w14:paraId="51FDDDFF" w14:textId="77777777" w:rsidR="009D17F6" w:rsidRDefault="009D17F6" w:rsidP="009D17F6">
      <w:pPr>
        <w:keepNext/>
        <w:spacing w:after="0" w:line="240" w:lineRule="auto"/>
        <w:ind w:firstLine="567"/>
        <w:rPr>
          <w:b/>
          <w:sz w:val="24"/>
          <w:szCs w:val="24"/>
          <w:lang w:val="uk-UA"/>
        </w:rPr>
      </w:pPr>
    </w:p>
    <w:p w14:paraId="53465B25" w14:textId="294833F4" w:rsidR="004B3FC1" w:rsidRDefault="00000000" w:rsidP="009D17F6">
      <w:pPr>
        <w:keepNext/>
        <w:spacing w:after="0" w:line="240" w:lineRule="auto"/>
        <w:ind w:firstLine="567"/>
        <w:rPr>
          <w:b/>
          <w:sz w:val="24"/>
          <w:szCs w:val="24"/>
          <w:lang w:val="uk-UA"/>
        </w:rPr>
      </w:pPr>
      <w:r w:rsidRPr="009D17F6">
        <w:rPr>
          <w:b/>
          <w:sz w:val="24"/>
          <w:szCs w:val="24"/>
        </w:rPr>
        <w:t xml:space="preserve">2. </w:t>
      </w:r>
      <w:proofErr w:type="spellStart"/>
      <w:r w:rsidRPr="009D17F6">
        <w:rPr>
          <w:b/>
          <w:sz w:val="24"/>
          <w:szCs w:val="24"/>
        </w:rPr>
        <w:t>Критерії</w:t>
      </w:r>
      <w:proofErr w:type="spellEnd"/>
      <w:r w:rsidRPr="009D17F6">
        <w:rPr>
          <w:b/>
          <w:sz w:val="24"/>
          <w:szCs w:val="24"/>
        </w:rPr>
        <w:t xml:space="preserve"> </w:t>
      </w:r>
      <w:proofErr w:type="spellStart"/>
      <w:r w:rsidRPr="009D17F6">
        <w:rPr>
          <w:b/>
          <w:sz w:val="24"/>
          <w:szCs w:val="24"/>
        </w:rPr>
        <w:t>оцінювання</w:t>
      </w:r>
      <w:proofErr w:type="spellEnd"/>
      <w:r w:rsidRPr="009D17F6">
        <w:rPr>
          <w:b/>
          <w:sz w:val="24"/>
          <w:szCs w:val="24"/>
        </w:rPr>
        <w:t xml:space="preserve"> </w:t>
      </w:r>
      <w:proofErr w:type="spellStart"/>
      <w:r w:rsidRPr="009D17F6">
        <w:rPr>
          <w:b/>
          <w:sz w:val="24"/>
          <w:szCs w:val="24"/>
        </w:rPr>
        <w:t>узагальнювального</w:t>
      </w:r>
      <w:proofErr w:type="spellEnd"/>
      <w:r w:rsidRPr="009D17F6">
        <w:rPr>
          <w:b/>
          <w:sz w:val="24"/>
          <w:szCs w:val="24"/>
        </w:rPr>
        <w:t xml:space="preserve"> </w:t>
      </w:r>
      <w:proofErr w:type="spellStart"/>
      <w:r w:rsidRPr="009D17F6">
        <w:rPr>
          <w:b/>
          <w:sz w:val="24"/>
          <w:szCs w:val="24"/>
        </w:rPr>
        <w:t>завдання</w:t>
      </w:r>
      <w:proofErr w:type="spellEnd"/>
    </w:p>
    <w:p w14:paraId="43C069E0" w14:textId="77777777" w:rsidR="009D17F6" w:rsidRPr="009D17F6" w:rsidRDefault="009D17F6" w:rsidP="009D17F6">
      <w:pPr>
        <w:keepNext/>
        <w:spacing w:after="0" w:line="240" w:lineRule="auto"/>
        <w:ind w:firstLine="567"/>
        <w:rPr>
          <w:sz w:val="24"/>
          <w:szCs w:val="24"/>
          <w:lang w:val="uk-UA"/>
        </w:rPr>
      </w:pP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8602"/>
        <w:gridCol w:w="1842"/>
      </w:tblGrid>
      <w:tr w:rsidR="004B3FC1" w:rsidRPr="009D17F6" w14:paraId="3729FDE5" w14:textId="77777777" w:rsidTr="009D17F6">
        <w:trPr>
          <w:tblHeader/>
          <w:jc w:val="center"/>
        </w:trPr>
        <w:tc>
          <w:tcPr>
            <w:tcW w:w="4118" w:type="pct"/>
            <w:vAlign w:val="center"/>
          </w:tcPr>
          <w:p w14:paraId="4D237ACC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D17F6">
              <w:rPr>
                <w:b/>
                <w:sz w:val="24"/>
                <w:szCs w:val="24"/>
              </w:rPr>
              <w:t>Критерій</w:t>
            </w:r>
            <w:proofErr w:type="spellEnd"/>
            <w:r w:rsidRPr="009D17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D17F6">
              <w:rPr>
                <w:b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882" w:type="pct"/>
            <w:vAlign w:val="center"/>
          </w:tcPr>
          <w:p w14:paraId="652AD493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Максимум</w:t>
            </w:r>
          </w:p>
        </w:tc>
      </w:tr>
      <w:tr w:rsidR="004B3FC1" w:rsidRPr="009D17F6" w14:paraId="3C443886" w14:textId="77777777" w:rsidTr="009D17F6">
        <w:trPr>
          <w:jc w:val="center"/>
        </w:trPr>
        <w:tc>
          <w:tcPr>
            <w:tcW w:w="4118" w:type="pct"/>
            <w:vAlign w:val="center"/>
          </w:tcPr>
          <w:p w14:paraId="60FE02A5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Логічна узгодженість результатів, інтерпретації та рекомендації з отриманими доказами</w:t>
            </w:r>
          </w:p>
        </w:tc>
        <w:tc>
          <w:tcPr>
            <w:tcW w:w="882" w:type="pct"/>
            <w:vAlign w:val="center"/>
          </w:tcPr>
          <w:p w14:paraId="0BB86696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2 бали</w:t>
            </w:r>
          </w:p>
        </w:tc>
      </w:tr>
      <w:tr w:rsidR="004B3FC1" w:rsidRPr="009D17F6" w14:paraId="480DBE1E" w14:textId="77777777" w:rsidTr="009D17F6">
        <w:trPr>
          <w:jc w:val="center"/>
        </w:trPr>
        <w:tc>
          <w:tcPr>
            <w:tcW w:w="4118" w:type="pct"/>
            <w:vAlign w:val="center"/>
          </w:tcPr>
          <w:p w14:paraId="203930B8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Перевірюваність джерел, академічна доброчесність і прозорість використання ШІ</w:t>
            </w:r>
          </w:p>
        </w:tc>
        <w:tc>
          <w:tcPr>
            <w:tcW w:w="882" w:type="pct"/>
            <w:vAlign w:val="center"/>
          </w:tcPr>
          <w:p w14:paraId="4D0EB39F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1 бал</w:t>
            </w:r>
          </w:p>
        </w:tc>
      </w:tr>
      <w:tr w:rsidR="004B3FC1" w:rsidRPr="009D17F6" w14:paraId="2953DC5C" w14:textId="77777777" w:rsidTr="009D17F6">
        <w:trPr>
          <w:jc w:val="center"/>
        </w:trPr>
        <w:tc>
          <w:tcPr>
            <w:tcW w:w="4118" w:type="pct"/>
            <w:vAlign w:val="center"/>
          </w:tcPr>
          <w:p w14:paraId="52435931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Чіткість, структурованість і наочність односторінкового матеріалу</w:t>
            </w:r>
          </w:p>
        </w:tc>
        <w:tc>
          <w:tcPr>
            <w:tcW w:w="882" w:type="pct"/>
            <w:vAlign w:val="center"/>
          </w:tcPr>
          <w:p w14:paraId="7CC193E6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1 бал</w:t>
            </w:r>
          </w:p>
        </w:tc>
      </w:tr>
      <w:tr w:rsidR="004B3FC1" w:rsidRPr="009D17F6" w14:paraId="617A88CA" w14:textId="77777777" w:rsidTr="009D17F6">
        <w:trPr>
          <w:jc w:val="center"/>
        </w:trPr>
        <w:tc>
          <w:tcPr>
            <w:tcW w:w="4118" w:type="pct"/>
            <w:vAlign w:val="center"/>
          </w:tcPr>
          <w:p w14:paraId="11398E5D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Аргументованість усного представлення й відповідей на запитання</w:t>
            </w:r>
          </w:p>
        </w:tc>
        <w:tc>
          <w:tcPr>
            <w:tcW w:w="882" w:type="pct"/>
            <w:vAlign w:val="center"/>
          </w:tcPr>
          <w:p w14:paraId="68175090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1 бал</w:t>
            </w:r>
          </w:p>
        </w:tc>
      </w:tr>
      <w:tr w:rsidR="004B3FC1" w:rsidRPr="009D17F6" w14:paraId="1299A728" w14:textId="77777777" w:rsidTr="009D17F6">
        <w:trPr>
          <w:jc w:val="center"/>
        </w:trPr>
        <w:tc>
          <w:tcPr>
            <w:tcW w:w="4118" w:type="pct"/>
            <w:vAlign w:val="center"/>
          </w:tcPr>
          <w:p w14:paraId="34DE9D7A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Разом за узагальнювальне завдання</w:t>
            </w:r>
          </w:p>
        </w:tc>
        <w:tc>
          <w:tcPr>
            <w:tcW w:w="882" w:type="pct"/>
            <w:vAlign w:val="center"/>
          </w:tcPr>
          <w:p w14:paraId="5B4C20F8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5 балів</w:t>
            </w:r>
          </w:p>
        </w:tc>
      </w:tr>
    </w:tbl>
    <w:p w14:paraId="7654352D" w14:textId="77777777" w:rsidR="009D17F6" w:rsidRDefault="009D17F6" w:rsidP="009D17F6">
      <w:pPr>
        <w:keepNext/>
        <w:spacing w:after="0" w:line="240" w:lineRule="auto"/>
        <w:ind w:firstLine="567"/>
        <w:rPr>
          <w:b/>
          <w:sz w:val="24"/>
          <w:szCs w:val="24"/>
          <w:lang w:val="uk-UA"/>
        </w:rPr>
      </w:pPr>
    </w:p>
    <w:p w14:paraId="2BAE73F0" w14:textId="47AA9648" w:rsidR="004B3FC1" w:rsidRDefault="00000000" w:rsidP="009D17F6">
      <w:pPr>
        <w:keepNext/>
        <w:spacing w:after="0" w:line="240" w:lineRule="auto"/>
        <w:ind w:firstLine="567"/>
        <w:rPr>
          <w:b/>
          <w:sz w:val="24"/>
          <w:szCs w:val="24"/>
          <w:lang w:val="uk-UA"/>
        </w:rPr>
      </w:pPr>
      <w:r w:rsidRPr="009D17F6">
        <w:rPr>
          <w:b/>
          <w:sz w:val="24"/>
          <w:szCs w:val="24"/>
        </w:rPr>
        <w:t xml:space="preserve">3. </w:t>
      </w:r>
      <w:proofErr w:type="spellStart"/>
      <w:r w:rsidRPr="009D17F6">
        <w:rPr>
          <w:b/>
          <w:sz w:val="24"/>
          <w:szCs w:val="24"/>
        </w:rPr>
        <w:t>Загальний</w:t>
      </w:r>
      <w:proofErr w:type="spellEnd"/>
      <w:r w:rsidRPr="009D17F6">
        <w:rPr>
          <w:b/>
          <w:sz w:val="24"/>
          <w:szCs w:val="24"/>
        </w:rPr>
        <w:t xml:space="preserve"> </w:t>
      </w:r>
      <w:proofErr w:type="spellStart"/>
      <w:r w:rsidRPr="009D17F6">
        <w:rPr>
          <w:b/>
          <w:sz w:val="24"/>
          <w:szCs w:val="24"/>
        </w:rPr>
        <w:t>розподіл</w:t>
      </w:r>
      <w:proofErr w:type="spellEnd"/>
      <w:r w:rsidRPr="009D17F6">
        <w:rPr>
          <w:b/>
          <w:sz w:val="24"/>
          <w:szCs w:val="24"/>
        </w:rPr>
        <w:t xml:space="preserve"> </w:t>
      </w:r>
      <w:proofErr w:type="spellStart"/>
      <w:r w:rsidRPr="009D17F6">
        <w:rPr>
          <w:b/>
          <w:sz w:val="24"/>
          <w:szCs w:val="24"/>
        </w:rPr>
        <w:t>балів</w:t>
      </w:r>
      <w:proofErr w:type="spellEnd"/>
    </w:p>
    <w:p w14:paraId="79A7653F" w14:textId="77777777" w:rsidR="009D17F6" w:rsidRPr="009D17F6" w:rsidRDefault="009D17F6" w:rsidP="009D17F6">
      <w:pPr>
        <w:keepNext/>
        <w:spacing w:after="0" w:line="240" w:lineRule="auto"/>
        <w:ind w:firstLine="567"/>
        <w:rPr>
          <w:sz w:val="24"/>
          <w:szCs w:val="24"/>
          <w:lang w:val="uk-UA"/>
        </w:rPr>
      </w:pP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8602"/>
        <w:gridCol w:w="1842"/>
      </w:tblGrid>
      <w:tr w:rsidR="004B3FC1" w:rsidRPr="009D17F6" w14:paraId="1B1C7AB0" w14:textId="77777777" w:rsidTr="009D17F6">
        <w:trPr>
          <w:tblHeader/>
          <w:jc w:val="center"/>
        </w:trPr>
        <w:tc>
          <w:tcPr>
            <w:tcW w:w="4118" w:type="pct"/>
            <w:vAlign w:val="center"/>
          </w:tcPr>
          <w:p w14:paraId="5EA27FD3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D17F6">
              <w:rPr>
                <w:b/>
                <w:sz w:val="24"/>
                <w:szCs w:val="24"/>
              </w:rPr>
              <w:t>Вид</w:t>
            </w:r>
            <w:proofErr w:type="spellEnd"/>
            <w:r w:rsidRPr="009D17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D17F6">
              <w:rPr>
                <w:b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882" w:type="pct"/>
            <w:vAlign w:val="center"/>
          </w:tcPr>
          <w:p w14:paraId="1B0E9FFD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Максимум</w:t>
            </w:r>
          </w:p>
        </w:tc>
      </w:tr>
      <w:tr w:rsidR="004B3FC1" w:rsidRPr="009D17F6" w14:paraId="24436CB5" w14:textId="77777777" w:rsidTr="009D17F6">
        <w:trPr>
          <w:jc w:val="center"/>
        </w:trPr>
        <w:tc>
          <w:tcPr>
            <w:tcW w:w="4118" w:type="pct"/>
            <w:vAlign w:val="center"/>
          </w:tcPr>
          <w:p w14:paraId="2E9B7A3F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Практичне завдання 13</w:t>
            </w:r>
          </w:p>
        </w:tc>
        <w:tc>
          <w:tcPr>
            <w:tcW w:w="882" w:type="pct"/>
            <w:vAlign w:val="center"/>
          </w:tcPr>
          <w:p w14:paraId="1DAD813B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5</w:t>
            </w:r>
          </w:p>
        </w:tc>
      </w:tr>
      <w:tr w:rsidR="004B3FC1" w:rsidRPr="009D17F6" w14:paraId="18CB5821" w14:textId="77777777" w:rsidTr="009D17F6">
        <w:trPr>
          <w:jc w:val="center"/>
        </w:trPr>
        <w:tc>
          <w:tcPr>
            <w:tcW w:w="4118" w:type="pct"/>
            <w:vAlign w:val="center"/>
          </w:tcPr>
          <w:p w14:paraId="49AE1F0A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Практичне завдання 14</w:t>
            </w:r>
          </w:p>
        </w:tc>
        <w:tc>
          <w:tcPr>
            <w:tcW w:w="882" w:type="pct"/>
            <w:vAlign w:val="center"/>
          </w:tcPr>
          <w:p w14:paraId="37E9A0D2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5</w:t>
            </w:r>
          </w:p>
        </w:tc>
      </w:tr>
      <w:tr w:rsidR="004B3FC1" w:rsidRPr="009D17F6" w14:paraId="681287E2" w14:textId="77777777" w:rsidTr="009D17F6">
        <w:trPr>
          <w:jc w:val="center"/>
        </w:trPr>
        <w:tc>
          <w:tcPr>
            <w:tcW w:w="4118" w:type="pct"/>
            <w:vAlign w:val="center"/>
          </w:tcPr>
          <w:p w14:paraId="4C00BA89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Практичне завдання 15</w:t>
            </w:r>
          </w:p>
        </w:tc>
        <w:tc>
          <w:tcPr>
            <w:tcW w:w="882" w:type="pct"/>
            <w:vAlign w:val="center"/>
          </w:tcPr>
          <w:p w14:paraId="5300FDB9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5</w:t>
            </w:r>
          </w:p>
        </w:tc>
      </w:tr>
      <w:tr w:rsidR="004B3FC1" w:rsidRPr="009D17F6" w14:paraId="267087E0" w14:textId="77777777" w:rsidTr="009D17F6">
        <w:trPr>
          <w:jc w:val="center"/>
        </w:trPr>
        <w:tc>
          <w:tcPr>
            <w:tcW w:w="4118" w:type="pct"/>
            <w:vAlign w:val="center"/>
          </w:tcPr>
          <w:p w14:paraId="29F3D599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Практичне завдання 16</w:t>
            </w:r>
          </w:p>
        </w:tc>
        <w:tc>
          <w:tcPr>
            <w:tcW w:w="882" w:type="pct"/>
            <w:vAlign w:val="center"/>
          </w:tcPr>
          <w:p w14:paraId="0A562906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5</w:t>
            </w:r>
          </w:p>
        </w:tc>
      </w:tr>
      <w:tr w:rsidR="004B3FC1" w:rsidRPr="009D17F6" w14:paraId="53757DD2" w14:textId="77777777" w:rsidTr="009D17F6">
        <w:trPr>
          <w:jc w:val="center"/>
        </w:trPr>
        <w:tc>
          <w:tcPr>
            <w:tcW w:w="4118" w:type="pct"/>
            <w:vAlign w:val="center"/>
          </w:tcPr>
          <w:p w14:paraId="461954CC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Узагальнювальне завдання й представлення результатів</w:t>
            </w:r>
          </w:p>
        </w:tc>
        <w:tc>
          <w:tcPr>
            <w:tcW w:w="882" w:type="pct"/>
            <w:vAlign w:val="center"/>
          </w:tcPr>
          <w:p w14:paraId="54D6E755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sz w:val="24"/>
                <w:szCs w:val="24"/>
              </w:rPr>
              <w:t>5</w:t>
            </w:r>
          </w:p>
        </w:tc>
      </w:tr>
      <w:tr w:rsidR="004B3FC1" w:rsidRPr="009D17F6" w14:paraId="23F839A7" w14:textId="77777777" w:rsidTr="009D17F6">
        <w:trPr>
          <w:jc w:val="center"/>
        </w:trPr>
        <w:tc>
          <w:tcPr>
            <w:tcW w:w="4118" w:type="pct"/>
            <w:vAlign w:val="center"/>
          </w:tcPr>
          <w:p w14:paraId="5D68C83D" w14:textId="77777777" w:rsidR="004B3FC1" w:rsidRPr="009D17F6" w:rsidRDefault="00000000" w:rsidP="009D17F6">
            <w:pPr>
              <w:spacing w:after="0" w:line="240" w:lineRule="auto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Разом за темами 13–16</w:t>
            </w:r>
          </w:p>
        </w:tc>
        <w:tc>
          <w:tcPr>
            <w:tcW w:w="882" w:type="pct"/>
            <w:vAlign w:val="center"/>
          </w:tcPr>
          <w:p w14:paraId="17D6BC08" w14:textId="77777777" w:rsidR="004B3FC1" w:rsidRPr="009D17F6" w:rsidRDefault="00000000" w:rsidP="009D17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17F6">
              <w:rPr>
                <w:b/>
                <w:sz w:val="24"/>
                <w:szCs w:val="24"/>
              </w:rPr>
              <w:t>25</w:t>
            </w:r>
          </w:p>
        </w:tc>
      </w:tr>
    </w:tbl>
    <w:p w14:paraId="0B3070C8" w14:textId="77777777" w:rsidR="009D17F6" w:rsidRDefault="009D17F6" w:rsidP="009D17F6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</w:p>
    <w:p w14:paraId="04C87EBC" w14:textId="7D10DE63" w:rsidR="004B3FC1" w:rsidRDefault="00000000" w:rsidP="009D17F6">
      <w:pPr>
        <w:spacing w:after="0" w:line="240" w:lineRule="auto"/>
        <w:ind w:firstLine="567"/>
        <w:jc w:val="both"/>
      </w:pPr>
      <w:proofErr w:type="spellStart"/>
      <w:r w:rsidRPr="009D17F6">
        <w:rPr>
          <w:sz w:val="24"/>
          <w:szCs w:val="24"/>
        </w:rPr>
        <w:t>Бали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за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критеріями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можуть</w:t>
      </w:r>
      <w:proofErr w:type="spellEnd"/>
      <w:r w:rsidRPr="009D17F6">
        <w:rPr>
          <w:sz w:val="24"/>
          <w:szCs w:val="24"/>
        </w:rPr>
        <w:t xml:space="preserve"> </w:t>
      </w:r>
      <w:proofErr w:type="spellStart"/>
      <w:r w:rsidRPr="009D17F6">
        <w:rPr>
          <w:sz w:val="24"/>
          <w:szCs w:val="24"/>
        </w:rPr>
        <w:t>нараховуватися</w:t>
      </w:r>
      <w:proofErr w:type="spellEnd"/>
      <w:r w:rsidRPr="009D17F6">
        <w:rPr>
          <w:sz w:val="24"/>
          <w:szCs w:val="24"/>
        </w:rPr>
        <w:t xml:space="preserve"> частково відповідно до якості виконання. Узагальнювальне завдання оцінюється окремо: воно перевіряє цілісність і доброчесність підсумку дослідження, а не повторне виконання тематичних робіт. Доступ до платного інструмента ШІ не є умовою оцінювання</w:t>
      </w:r>
      <w:r>
        <w:rPr>
          <w:sz w:val="20"/>
        </w:rPr>
        <w:t>.</w:t>
      </w:r>
    </w:p>
    <w:sectPr w:rsidR="004B3FC1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9D30AC"/>
    <w:multiLevelType w:val="hybridMultilevel"/>
    <w:tmpl w:val="59B260D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90A6604">
      <w:numFmt w:val="bullet"/>
      <w:lvlText w:val="•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69144684">
    <w:abstractNumId w:val="8"/>
  </w:num>
  <w:num w:numId="2" w16cid:durableId="644775638">
    <w:abstractNumId w:val="6"/>
  </w:num>
  <w:num w:numId="3" w16cid:durableId="1646738797">
    <w:abstractNumId w:val="5"/>
  </w:num>
  <w:num w:numId="4" w16cid:durableId="2054227866">
    <w:abstractNumId w:val="4"/>
  </w:num>
  <w:num w:numId="5" w16cid:durableId="1379277732">
    <w:abstractNumId w:val="7"/>
  </w:num>
  <w:num w:numId="6" w16cid:durableId="1108701492">
    <w:abstractNumId w:val="3"/>
  </w:num>
  <w:num w:numId="7" w16cid:durableId="11803548">
    <w:abstractNumId w:val="2"/>
  </w:num>
  <w:num w:numId="8" w16cid:durableId="483394464">
    <w:abstractNumId w:val="1"/>
  </w:num>
  <w:num w:numId="9" w16cid:durableId="406345249">
    <w:abstractNumId w:val="0"/>
  </w:num>
  <w:num w:numId="10" w16cid:durableId="13447000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4B3FC1"/>
    <w:rsid w:val="009D17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91323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1505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Критерії оцінювання за темами 13–16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2</cp:revision>
  <dcterms:created xsi:type="dcterms:W3CDTF">2013-12-23T23:15:00Z</dcterms:created>
  <dcterms:modified xsi:type="dcterms:W3CDTF">2026-10-18T12:45:00Z</dcterms:modified>
  <cp:category/>
</cp:coreProperties>
</file>