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87E8B"/>
          <w:sz w:val="22"/>
        </w:rPr>
        <w:t>STUDENT WORKSHEET</w:t>
      </w:r>
    </w:p>
    <w:p>
      <w:pPr>
        <w:pStyle w:val="Title"/>
        <w:jc w:val="center"/>
      </w:pPr>
      <w:r>
        <w:t>WHAT A WASTE!</w:t>
      </w:r>
    </w:p>
    <w:p>
      <w:pPr>
        <w:jc w:val="center"/>
      </w:pPr>
      <w:r>
        <w:rPr>
          <w:i/>
          <w:sz w:val="20"/>
        </w:rPr>
        <w:t>Unit 2 • Protecting the environment • Pollution • Past Perfect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F5"/>
          </w:tcPr>
          <w:p>
            <w:r/>
            <w:r>
              <w:rPr>
                <w:rFonts w:ascii="Aptos" w:hAnsi="Aptos"/>
                <w:b/>
                <w:sz w:val="18"/>
              </w:rPr>
              <w:t>Name: __________________________________</w:t>
            </w:r>
          </w:p>
        </w:tc>
        <w:tc>
          <w:tcPr>
            <w:tcW w:type="dxa" w:w="5112"/>
            <w:shd w:fill="EAF5F5"/>
          </w:tcPr>
          <w:p>
            <w:r/>
            <w:r>
              <w:rPr>
                <w:rFonts w:ascii="Aptos" w:hAnsi="Aptos"/>
                <w:b/>
                <w:sz w:val="18"/>
              </w:rPr>
              <w:t>Date: ____________________</w:t>
            </w:r>
          </w:p>
        </w:tc>
      </w:tr>
    </w:tbl>
    <w:p>
      <w:pPr>
        <w:pStyle w:val="Heading1"/>
      </w:pPr>
      <w:r>
        <w:t>A. Vocabulary: Pollution</w:t>
      </w:r>
    </w:p>
    <w:p>
      <w:r>
        <w:t>1. Match the words (1–8) with the definitions (A–H). Write the correct letter.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1. litter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A. a place where things are made, often using machines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2. factory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B. rubbish left in a public place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3. petrol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C. a container for rubbish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4. bin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D. dirty air, water or land caused by harmful substances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5. endangered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E. a liquid fuel used in many cars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6. traffic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F. at risk of disappearing forever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7. pollution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G. cars, buses and other vehicles on roads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8. rubbish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H. things people throw away because they no longer need them</w:t>
            </w:r>
          </w:p>
        </w:tc>
      </w:tr>
    </w:tbl>
    <w:p>
      <w:r>
        <w:t>Answers: 1 ___  2 ___  3 ___  4 ___  5 ___  6 ___  7 ___  8 ___</w:t>
      </w:r>
    </w:p>
    <w:p>
      <w:r>
        <w:t>2. Complete the sentences with words from the box.</w:t>
      </w:r>
    </w:p>
    <w:p>
      <w:r>
        <w:rPr>
          <w:b/>
          <w:color w:val="087E8B"/>
        </w:rPr>
        <w:t>oil • plants • smoke • traffic • litter • endangered</w:t>
      </w:r>
    </w:p>
    <w:p>
      <w:r>
        <w:t>a) Too much __________ from cars makes city air dirty.</w:t>
      </w:r>
    </w:p>
    <w:p>
      <w:r>
        <w:t>b) Please put your rubbish in a __________, not on the ground.</w:t>
      </w:r>
    </w:p>
    <w:p>
      <w:r>
        <w:t>c) Some sea animals are __________ because their habitats are polluted.</w:t>
      </w:r>
    </w:p>
    <w:p>
      <w:r>
        <w:t>d) The factory sends thick __________ into the air.</w:t>
      </w:r>
    </w:p>
    <w:p>
      <w:r>
        <w:t>e) An __________ spill can kill fish and birds.</w:t>
      </w:r>
    </w:p>
    <w:p>
      <w:r>
        <w:t>f) Trees and other __________ help keep the air clean.</w:t>
      </w:r>
    </w:p>
    <w:p>
      <w:pPr>
        <w:pStyle w:val="Heading1"/>
      </w:pPr>
      <w:r>
        <w:t>B. Word Friends and Compound Nouns</w:t>
      </w:r>
    </w:p>
    <w:p>
      <w:r>
        <w:t>3. Complete the collocations using the words in the box. Use each word once.</w:t>
      </w:r>
    </w:p>
    <w:p>
      <w:r>
        <w:rPr>
          <w:b/>
          <w:color w:val="087E8B"/>
        </w:rPr>
        <w:t>energy • environment • waste • away • up • damage</w:t>
      </w:r>
    </w:p>
    <w:p>
      <w:r>
        <w:t>a) recycle / throw __________ rubbish</w:t>
      </w:r>
    </w:p>
    <w:p>
      <w:r>
        <w:t>b) protect / __________ the environment</w:t>
      </w:r>
    </w:p>
    <w:p>
      <w:r>
        <w:t>c) save / __________ electricity</w:t>
      </w:r>
    </w:p>
    <w:p>
      <w:r>
        <w:t>d) pollute / clean __________ rivers</w:t>
      </w:r>
    </w:p>
    <w:p>
      <w:r>
        <w:t>e) renewable __________</w:t>
      </w:r>
    </w:p>
    <w:p>
      <w:r>
        <w:t>f) environmental __________</w:t>
      </w:r>
    </w:p>
    <w:p>
      <w:r>
        <w:t>4. Match the words to make compound nouns.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087E8B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1. traffic</w:t>
            </w:r>
          </w:p>
        </w:tc>
        <w:tc>
          <w:tcPr>
            <w:tcW w:type="dxa" w:w="5112"/>
            <w:shd w:fill="087E8B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A. centre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2. bottle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B. transport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3. petrol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C. change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4. public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D. bank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5. renewable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E. station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6. recycling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F. energy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7. climate</w:t>
            </w:r>
          </w:p>
        </w:tc>
        <w:tc>
          <w:tcPr>
            <w:tcW w:type="dxa" w:w="5112"/>
          </w:tcPr>
          <w:p>
            <w:r/>
            <w:r>
              <w:rPr>
                <w:rFonts w:ascii="Aptos" w:hAnsi="Aptos"/>
                <w:b w:val="0"/>
                <w:sz w:val="18"/>
              </w:rPr>
              <w:t>G. jam</w:t>
            </w:r>
          </w:p>
        </w:tc>
      </w:tr>
    </w:tbl>
    <w:p>
      <w:r>
        <w:t>Answers: 1 ___  2 ___  3 ___  4 ___  5 ___  6 ___  7 ___</w:t>
      </w:r>
    </w:p>
    <w:p>
      <w:pPr>
        <w:pStyle w:val="Heading1"/>
      </w:pPr>
      <w:r>
        <w:t>C. Reading: Is it cool to be green?</w:t>
      </w:r>
    </w:p>
    <w:p>
      <w:r>
        <w:t>5. Read the blog post and complete the gaps with the words below.</w:t>
      </w:r>
    </w:p>
    <w:p>
      <w:r>
        <w:rPr>
          <w:b/>
          <w:color w:val="087E8B"/>
        </w:rPr>
        <w:t>public transport • traffic jams • energy • bins • recycling centre • rubbish</w:t>
      </w:r>
    </w:p>
    <w:p>
      <w:r>
        <w:t>Hi everyone!</w:t>
        <w:br/>
        <w:t>Protecting our planet starts with small choices. I usually travel by (1) __________________ because too many cars cause (2) __________________ in the city centre.</w:t>
        <w:br/>
        <w:br/>
        <w:t>At school, we try to save (3) __________________. We switch off lights when we leave a room and our teachers remind us not to waste water. We also separate paper, cans and plastic for recycling.</w:t>
        <w:br/>
        <w:br/>
        <w:t>Near my home there is a (4) __________________ where people can take old TVs, books and furniture. There are special (5) __________________ for paper and plastic in our school yard, so we don’t have to put everything in the same place. Every little action helps us reduce (6) __________________ and protect wildlife. What do you do to be greener?</w:t>
      </w:r>
    </w:p>
    <w:p>
      <w:r>
        <w:t>6. Answer the questions in full sentences.</w:t>
      </w:r>
    </w:p>
    <w:p>
      <w:r>
        <w:t>a) Why does the writer travel by public transport?</w:t>
        <w:br/>
        <w:t>____________________________________________________________________________</w:t>
      </w:r>
    </w:p>
    <w:p>
      <w:r>
        <w:t>b) Name two ways the school saves energy or resources.</w:t>
        <w:br/>
        <w:t>____________________________________________________________________________</w:t>
      </w:r>
    </w:p>
    <w:p>
      <w:r>
        <w:t>c) What can people take to the recycling centre?</w:t>
        <w:br/>
        <w:t>____________________________________________________________________________</w:t>
      </w:r>
    </w:p>
    <w:p>
      <w:r>
        <w:t>d) What can students recycle at school?</w:t>
        <w:br/>
        <w:t>____________________________________________________________________________</w:t>
      </w:r>
    </w:p>
    <w:p>
      <w:r>
        <w:t>e) Write one additional idea for making your school greener.</w:t>
        <w:br/>
        <w:t>____________________________________________________________________________</w:t>
      </w:r>
    </w:p>
    <w:p>
      <w:pPr>
        <w:pStyle w:val="Heading1"/>
      </w:pPr>
      <w:r>
        <w:t>D. Check your understanding</w:t>
      </w:r>
    </w:p>
    <w:p>
      <w:r>
        <w:t>7. Read the statements. Write TRUE or FALSE.</w:t>
      </w:r>
    </w:p>
    <w:p>
      <w:r>
        <w:t>a) Litter can harm animals and the environment. __________</w:t>
      </w:r>
    </w:p>
    <w:p>
      <w:r>
        <w:t>b) Recycling always uses more energy than producing something from new materials. __________</w:t>
      </w:r>
    </w:p>
    <w:p>
      <w:r>
        <w:t>c) Public transport can help reduce the number of cars in a city. __________</w:t>
      </w:r>
    </w:p>
    <w:p>
      <w:r>
        <w:t>d) Leaving lights on when nobody is in the room saves energy. __________</w:t>
      </w:r>
    </w:p>
    <w:p>
      <w:r>
        <w:t>e) Oil spills can pollute the sea. __________</w:t>
      </w:r>
    </w:p>
    <w:p>
      <w:r>
        <w:t>f) Everyone can help protect the environment through everyday choices. __________</w:t>
      </w:r>
    </w:p>
    <w:p>
      <w:pPr>
        <w:pStyle w:val="Heading1"/>
      </w:pPr>
      <w:r>
        <w:t>E. Grammar: Past Perfect</w:t>
      </w:r>
    </w:p>
    <w:p>
      <w:r>
        <w:t>Remember: had + past participle (V3). We use the Past Perfect for an action that happened before another past action.</w:t>
      </w:r>
    </w:p>
    <w:p>
      <w:r>
        <w:t>Example: By the time we arrived at the beach, volunteers had collected most of the rubbish.</w:t>
      </w:r>
    </w:p>
    <w:p>
      <w:r>
        <w:t>8. Complete the sentences with the Past Perfect form of the verbs in brackets.</w:t>
      </w:r>
    </w:p>
    <w:p>
      <w:r>
        <w:t>a) The visitors __________________ (give) the animals the wrong food before the zookeeper noticed.</w:t>
      </w:r>
    </w:p>
    <w:p>
      <w:r>
        <w:t>b) Maria used photos that she __________________ (take) at the zoo.</w:t>
      </w:r>
    </w:p>
    <w:p>
      <w:r>
        <w:t>c) We __________________ (not / realise) how useful animal waste was until we learned about it.</w:t>
      </w:r>
    </w:p>
    <w:p>
      <w:r>
        <w:t>d) The animals were hungry because nobody __________________ (feed) them.</w:t>
      </w:r>
    </w:p>
    <w:p>
      <w:r>
        <w:t>e) I __________________ never __________________ (hear) about renewable energy before the lesson.</w:t>
      </w:r>
    </w:p>
    <w:p>
      <w:r>
        <w:t>f) By the time the clean-up began, the rain __________________ (stop).</w:t>
      </w:r>
    </w:p>
    <w:p>
      <w:r>
        <w:t>9. Join the sentences using the Past Perfect. Use the word in brackets.</w:t>
      </w:r>
    </w:p>
    <w:p>
      <w:r>
        <w:t>a) The volunteers arrived. The storm stopped. (after)</w:t>
        <w:br/>
        <w:t>____________________________________________________________________________</w:t>
      </w:r>
    </w:p>
    <w:p>
      <w:r>
        <w:t>b) We couldn't recycle the bottles. We threw them away. (because)</w:t>
        <w:br/>
        <w:t>____________________________________________________________________________</w:t>
      </w:r>
    </w:p>
    <w:p>
      <w:r>
        <w:t>c) The students finished the poster. The teacher came into the classroom. (before)</w:t>
        <w:br/>
        <w:t>____________________________________________________________________________</w:t>
      </w:r>
    </w:p>
    <w:p>
      <w:pPr>
        <w:pStyle w:val="Heading1"/>
      </w:pPr>
      <w:r>
        <w:t>F. Speaking and Writing</w:t>
      </w:r>
    </w:p>
    <w:p>
      <w:r>
        <w:t>10. Work in pairs. Discuss the questions.</w:t>
      </w:r>
    </w:p>
    <w:p>
      <w:r>
        <w:t>a) What kinds of pollution can you see in your town or city?</w:t>
      </w:r>
    </w:p>
    <w:p>
      <w:r>
        <w:t>b) What do you recycle at home or at school?</w:t>
      </w:r>
    </w:p>
    <w:p>
      <w:r>
        <w:t>c) Which is better for the environment: walking, cycling or travelling by car? Why?</w:t>
      </w:r>
    </w:p>
    <w:p>
      <w:r>
        <w:t>d) What should local authorities do to reduce pollution?</w:t>
      </w:r>
    </w:p>
    <w:p>
      <w:r>
        <w:t>11. Write a short blog post (80–100 words): “How green is my school?” Include at least three suggestions and use one Past Perfect sentence.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C"/>
        <w:sz w:val="16"/>
      </w:rPr>
      <w:t>WHAT A WASTE! • Student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7E8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6282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C6282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