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1F4E79"/>
          <w:sz w:val="44"/>
        </w:rPr>
        <w:t>GRAMMAR WORKSHEET</w:t>
      </w:r>
    </w:p>
    <w:p>
      <w:pPr>
        <w:jc w:val="center"/>
      </w:pPr>
      <w:r>
        <w:rPr>
          <w:b/>
          <w:color w:val="466E96"/>
          <w:sz w:val="32"/>
        </w:rPr>
        <w:t>PAST SIMPLE</w:t>
      </w:r>
    </w:p>
    <w:p>
      <w:r>
        <w:rPr>
          <w:b/>
        </w:rPr>
        <w:t xml:space="preserve">Name: </w:t>
      </w:r>
      <w:r>
        <w:t xml:space="preserve">__________________________________    </w:t>
      </w:r>
      <w:r>
        <w:rPr>
          <w:b/>
        </w:rPr>
        <w:t xml:space="preserve">Date: </w:t>
      </w:r>
      <w:r>
        <w:t>__________________</w:t>
      </w:r>
    </w:p>
    <w:p>
      <w:pPr>
        <w:pStyle w:val="Heading1"/>
      </w:pPr>
      <w:r>
        <w:t>1. GRAMMAR GUIDE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D9EAF7"/>
          </w:tcPr>
          <w:p>
            <w:r/>
            <w:r>
              <w:rPr>
                <w:rFonts w:ascii="Aptos" w:hAnsi="Aptos"/>
                <w:b/>
                <w:sz w:val="19"/>
              </w:rPr>
              <w:t>Form</w:t>
            </w:r>
          </w:p>
        </w:tc>
        <w:tc>
          <w:tcPr>
            <w:tcW w:type="dxa" w:w="3360"/>
            <w:vAlign w:val="center"/>
            <w:shd w:fill="D9EAF7"/>
          </w:tcPr>
          <w:p>
            <w:r/>
            <w:r>
              <w:rPr>
                <w:rFonts w:ascii="Aptos" w:hAnsi="Aptos"/>
                <w:b/>
                <w:sz w:val="19"/>
              </w:rPr>
              <w:t>Structure</w:t>
            </w:r>
          </w:p>
        </w:tc>
        <w:tc>
          <w:tcPr>
            <w:tcW w:type="dxa" w:w="3360"/>
            <w:vAlign w:val="center"/>
            <w:shd w:fill="D9EAF7"/>
          </w:tcPr>
          <w:p>
            <w:r/>
            <w:r>
              <w:rPr>
                <w:rFonts w:ascii="Aptos" w:hAnsi="Aptos"/>
                <w:b/>
                <w:sz w:val="19"/>
              </w:rPr>
              <w:t>Example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Affirmative (+)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Subject + past form (V2)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She visited her grandma.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Negative (−)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Subject + did not (didn’t) + V1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She didn’t visit her grandma.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Question (?)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Did + subject + V1 ...?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Did she visit her grandma?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Be: affirmative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was / were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They were at home.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Be: negative / question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wasn’t / weren’t; Was/Were + subject ...?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ptos" w:hAnsi="Aptos"/>
                <w:b w:val="0"/>
                <w:sz w:val="19"/>
              </w:rPr>
              <w:t>Was he tired?</w:t>
            </w:r>
          </w:p>
        </w:tc>
      </w:tr>
    </w:tbl>
    <w:p>
      <w:r>
        <w:rPr>
          <w:b/>
        </w:rPr>
        <w:t xml:space="preserve">Remember! </w:t>
      </w:r>
      <w:r>
        <w:t>Use the past form in affirmative sentences (played, went). After did / didn’t, use the base form (play, go).</w:t>
      </w:r>
    </w:p>
    <w:p>
      <w:r>
        <w:rPr>
          <w:b/>
        </w:rPr>
        <w:t xml:space="preserve">Time expressions: </w:t>
      </w:r>
      <w:r>
        <w:t>yesterday, last night/week/year, two days ago, in 2019.</w:t>
      </w:r>
    </w:p>
    <w:p>
      <w:pPr>
        <w:pStyle w:val="Heading1"/>
      </w:pPr>
      <w:r>
        <w:t>2. COMPLETE THE SENTENCES</w:t>
      </w:r>
    </w:p>
    <w:p>
      <w:r>
        <w:t>Put the verbs in brackets into the Past Simple.</w:t>
      </w:r>
    </w:p>
    <w:p>
      <w:r>
        <w:t>1. We __________ (watch) a film last night.</w:t>
      </w:r>
    </w:p>
    <w:p>
      <w:r>
        <w:t>2. Tom __________ (go) to school by bus yesterday.</w:t>
      </w:r>
    </w:p>
    <w:p>
      <w:r>
        <w:t>3. I __________ (not / see) Anna at the party.</w:t>
      </w:r>
    </w:p>
    <w:p>
      <w:r>
        <w:t>4. __________ you __________ (finish) your homework?</w:t>
      </w:r>
    </w:p>
    <w:p>
      <w:r>
        <w:t>5. My parents __________ (buy) a new table last week.</w:t>
      </w:r>
    </w:p>
    <w:p>
      <w:r>
        <w:t>6. Sarah __________ (study) English two days ago.</w:t>
      </w:r>
    </w:p>
    <w:p>
      <w:r>
        <w:t>7. They __________ (not / be) tired after the trip.</w:t>
      </w:r>
    </w:p>
    <w:p>
      <w:r>
        <w:t>8. Where __________ he __________ (leave) his keys?</w:t>
      </w:r>
    </w:p>
    <w:p>
      <w:pPr>
        <w:pStyle w:val="Heading1"/>
      </w:pPr>
      <w:r>
        <w:t>3. CHOOSE THE CORRECT OPTION</w:t>
      </w:r>
    </w:p>
    <w:p>
      <w:r>
        <w:t>1. I (didn’t went / didn’t go) to the gym yesterday.</w:t>
      </w:r>
    </w:p>
    <w:p>
      <w:r>
        <w:t>2. She (was / were) very happy with the result.</w:t>
      </w:r>
    </w:p>
    <w:p>
      <w:r>
        <w:t>3. (Did they call / Called they) you last night?</w:t>
      </w:r>
    </w:p>
    <w:p>
      <w:r>
        <w:t>4. We (eat / ate) pizza for dinner.</w:t>
      </w:r>
    </w:p>
    <w:p>
      <w:r>
        <w:t>5. He (studied / studyed) for the test.</w:t>
      </w:r>
    </w:p>
    <w:p>
      <w:r>
        <w:t>6. My friends (wasn’t / weren’t) at school on Monday.</w:t>
      </w:r>
    </w:p>
    <w:p>
      <w:pPr>
        <w:pStyle w:val="Heading1"/>
      </w:pPr>
      <w:r>
        <w:t>4. MAKE THE SENTENCES NEGATIVE</w:t>
      </w:r>
    </w:p>
    <w:p>
      <w:r>
        <w:t>Rewrite each sentence in the negative form.</w:t>
      </w:r>
    </w:p>
    <w:p>
      <w:r>
        <w:t>1. Mark played tennis yesterday.</w:t>
      </w:r>
    </w:p>
    <w:p>
      <w:r>
        <w:t>________________________________________________________________________</w:t>
      </w:r>
    </w:p>
    <w:p>
      <w:r>
        <w:t>2. They went to London last summer.</w:t>
      </w:r>
    </w:p>
    <w:p>
      <w:r>
        <w:t>________________________________________________________________________</w:t>
      </w:r>
    </w:p>
    <w:p>
      <w:r>
        <w:t>3. Lisa was at home in the evening.</w:t>
      </w:r>
    </w:p>
    <w:p>
      <w:r>
        <w:t>________________________________________________________________________</w:t>
      </w:r>
    </w:p>
    <w:p>
      <w:r>
        <w:t>4. We had breakfast at 8 a.m.</w:t>
      </w:r>
    </w:p>
    <w:p>
      <w:r>
        <w:t>________________________________________________________________________</w:t>
      </w:r>
    </w:p>
    <w:p>
      <w:pPr>
        <w:pStyle w:val="Heading1"/>
      </w:pPr>
      <w:r>
        <w:t>5. MAKE QUESTIONS</w:t>
      </w:r>
    </w:p>
    <w:p>
      <w:r>
        <w:t>Write questions for the underlined information or make general questions as indicated.</w:t>
      </w:r>
    </w:p>
    <w:p>
      <w:r>
        <w:t>1. You visited your cousins last weekend. (general question)</w:t>
      </w:r>
    </w:p>
    <w:p>
      <w:r>
        <w:t>________________________________________________________________________</w:t>
      </w:r>
    </w:p>
    <w:p>
      <w:r>
        <w:t>2. Peter bought a new phone yesterday. (What ...?)</w:t>
      </w:r>
    </w:p>
    <w:p>
      <w:r>
        <w:t>________________________________________________________________________</w:t>
      </w:r>
    </w:p>
    <w:p>
      <w:r>
        <w:t>3. They arrived at 6 p.m. (When ...?)</w:t>
      </w:r>
    </w:p>
    <w:p>
      <w:r>
        <w:t>________________________________________________________________________</w:t>
      </w:r>
    </w:p>
    <w:p>
      <w:r>
        <w:t>4. Emma was at the library. (Where ...?)</w:t>
      </w:r>
    </w:p>
    <w:p>
      <w:r>
        <w:t>________________________________________________________________________</w:t>
      </w:r>
    </w:p>
    <w:p>
      <w:pPr>
        <w:pStyle w:val="Heading1"/>
      </w:pPr>
      <w:r>
        <w:t>6. CORRECT THE MISTAKES</w:t>
      </w:r>
    </w:p>
    <w:p>
      <w:r>
        <w:t>Each sentence contains one mistake. Rewrite it correctly.</w:t>
      </w:r>
    </w:p>
    <w:p>
      <w:r>
        <w:t>1. Did you watched the match yesterday?</w:t>
      </w:r>
    </w:p>
    <w:p>
      <w:r>
        <w:t>________________________________________________________________________</w:t>
      </w:r>
    </w:p>
    <w:p>
      <w:r>
        <w:t>2. He didn’t took his umbrella.</w:t>
      </w:r>
    </w:p>
    <w:p>
      <w:r>
        <w:t>________________________________________________________________________</w:t>
      </w:r>
    </w:p>
    <w:p>
      <w:r>
        <w:t>3. We was late for the meeting.</w:t>
      </w:r>
    </w:p>
    <w:p>
      <w:r>
        <w:t>________________________________________________________________________</w:t>
      </w:r>
    </w:p>
    <w:p>
      <w:r>
        <w:t>4. She buyed a beautiful dress last week.</w:t>
      </w:r>
    </w:p>
    <w:p>
      <w:r>
        <w:t>________________________________________________________________________</w:t>
      </w:r>
    </w:p>
    <w:p>
      <w:r>
        <w:t>5. They didn’t were at home.</w:t>
      </w:r>
    </w:p>
    <w:p>
      <w:r>
        <w:t>________________________________________________________________________</w:t>
      </w:r>
    </w:p>
    <w:p>
      <w:pPr>
        <w:pStyle w:val="Heading1"/>
      </w:pPr>
      <w:r>
        <w:t>7. WRITING: MY LAST WEEKEND</w:t>
      </w:r>
    </w:p>
    <w:p>
      <w:r>
        <w:t>Write 6–8 sentences about your last weekend. Use at least five Past Simple verbs and two time expressions.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/>
    <w:p>
      <w:pPr>
        <w:jc w:val="center"/>
      </w:pPr>
      <w:r>
        <w:rPr>
          <w:i/>
          <w:color w:val="1F4E79"/>
        </w:rPr>
        <w:t>Well done! Check your spelling and verb forms.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D374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