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2"/>
        </w:rPr>
        <w:t>ENGLISH TEST</w:t>
      </w:r>
    </w:p>
    <w:p>
      <w:pPr>
        <w:jc w:val="center"/>
      </w:pPr>
      <w:r>
        <w:rPr>
          <w:b/>
          <w:sz w:val="22"/>
        </w:rPr>
        <w:t>Past Simple • Environment and Pollution • Past Perfect</w:t>
      </w:r>
    </w:p>
    <w:p>
      <w:r>
        <w:t>Name: ____________________________________    Class: __________    Date: ______________</w:t>
      </w:r>
    </w:p>
    <w:p>
      <w:r>
        <w:t>Total: 50 points</w:t>
      </w:r>
    </w:p>
    <w:p>
      <w:pPr>
        <w:spacing w:before="140" w:after="60"/>
      </w:pPr>
      <w:r>
        <w:rPr>
          <w:b/>
          <w:sz w:val="23"/>
        </w:rPr>
        <w:t>1. Past Simple: Complete the sentences. (8 points)</w:t>
      </w:r>
    </w:p>
    <w:p>
      <w:r>
        <w:t>Put the verbs in brackets into the Past Simple. (1 point each)</w:t>
      </w:r>
    </w:p>
    <w:p>
      <w:r>
        <w:t>1. We __________________ (watch) a documentary about pollution last night.</w:t>
      </w:r>
    </w:p>
    <w:p>
      <w:r>
        <w:t>2. Tom __________________ (go) to school by bus yesterday.</w:t>
      </w:r>
    </w:p>
    <w:p>
      <w:r>
        <w:t>3. I __________________ (not / see) any litter near the river.</w:t>
      </w:r>
    </w:p>
    <w:p>
      <w:r>
        <w:t>4. __________________ you __________________ (finish) your recycling project?</w:t>
      </w:r>
    </w:p>
    <w:p>
      <w:r>
        <w:t>5. My parents __________________ (buy) reusable bags last week.</w:t>
      </w:r>
    </w:p>
    <w:p>
      <w:r>
        <w:t>6. Sarah __________________ (study) environmental problems on Monday.</w:t>
      </w:r>
    </w:p>
    <w:p>
      <w:r>
        <w:t>7. The streets __________________ (not / be) clean after the festival.</w:t>
      </w:r>
    </w:p>
    <w:p>
      <w:r>
        <w:t>8. Where __________________ the volunteers __________________ (leave) the rubbish bags?</w:t>
      </w:r>
    </w:p>
    <w:p>
      <w:pPr>
        <w:spacing w:before="140" w:after="60"/>
      </w:pPr>
      <w:r>
        <w:rPr>
          <w:b/>
          <w:sz w:val="23"/>
        </w:rPr>
        <w:t>2. Past Simple: Choose the correct option. (6 points)</w:t>
      </w:r>
    </w:p>
    <w:p>
      <w:r>
        <w:t>1. We (didn’t throw / didn’t threw) the bottles away.</w:t>
      </w:r>
    </w:p>
    <w:p>
      <w:r>
        <w:t>2. The children (was / were) happy to help.</w:t>
      </w:r>
    </w:p>
    <w:p>
      <w:r>
        <w:t>3. (Did they collect / Collected they) the litter yesterday?</w:t>
      </w:r>
    </w:p>
    <w:p>
      <w:r>
        <w:t>4. The factory (sent / sended) smoke into the air.</w:t>
      </w:r>
    </w:p>
    <w:p>
      <w:r>
        <w:t>5. She (studied / studyed) the problem carefully.</w:t>
      </w:r>
    </w:p>
    <w:p>
      <w:r>
        <w:t>6. The volunteers (wasn’t / weren’t) tired after the clean-up.</w:t>
      </w:r>
    </w:p>
    <w:p>
      <w:pPr>
        <w:spacing w:before="140" w:after="60"/>
      </w:pPr>
      <w:r>
        <w:rPr>
          <w:b/>
          <w:sz w:val="23"/>
        </w:rPr>
        <w:t>3. Vocabulary: Pollution. (8 points)</w:t>
      </w:r>
    </w:p>
    <w:p>
      <w:r>
        <w:t>A. Match each word with the correct definition. Write the letter. (4 points)</w:t>
      </w:r>
    </w:p>
    <w:p>
      <w:r>
        <w:t>1. litter _____       A. a place where things are made, often using machines</w:t>
      </w:r>
    </w:p>
    <w:p>
      <w:r>
        <w:t>2. factory _____     B. rubbish left in a public place</w:t>
      </w:r>
    </w:p>
    <w:p>
      <w:r>
        <w:t>3. petrol _____      C. a liquid fuel used in many cars</w:t>
      </w:r>
    </w:p>
    <w:p>
      <w:r>
        <w:t>4. endangered _____  D. at risk of disappearing forever</w:t>
      </w:r>
    </w:p>
    <w:p>
      <w:r>
        <w:t>B. Complete the sentences using the words in the box. (4 points)</w:t>
      </w:r>
    </w:p>
    <w:p>
      <w:r>
        <w:t>smoke • traffic • oil • plants</w:t>
      </w:r>
    </w:p>
    <w:p>
      <w:r>
        <w:t>5. Too much __________________ makes city air dirty.</w:t>
      </w:r>
    </w:p>
    <w:p>
      <w:r>
        <w:t>6. The factory sends thick __________________ into the air.</w:t>
      </w:r>
    </w:p>
    <w:p>
      <w:r>
        <w:t>7. An __________________ spill can kill fish and birds.</w:t>
      </w:r>
    </w:p>
    <w:p>
      <w:r>
        <w:t>8. Trees and other __________________ help keep the air clean.</w:t>
      </w:r>
    </w:p>
    <w:p>
      <w:pPr>
        <w:spacing w:before="140" w:after="60"/>
      </w:pPr>
      <w:r>
        <w:rPr>
          <w:b/>
          <w:sz w:val="23"/>
        </w:rPr>
        <w:t>4. Word combinations and compound nouns. (6 points)</w:t>
      </w:r>
    </w:p>
    <w:p>
      <w:r>
        <w:t>A. Complete the phrases with one word from the box. Use each word once. (3 points)</w:t>
      </w:r>
    </w:p>
    <w:p>
      <w:r>
        <w:t>energy • damage • up</w:t>
      </w:r>
    </w:p>
    <w:p>
      <w:r>
        <w:t>1. clean __________________</w:t>
      </w:r>
    </w:p>
    <w:p>
      <w:r>
        <w:t>2. environmental __________________</w:t>
      </w:r>
    </w:p>
    <w:p>
      <w:r>
        <w:t>3. save __________________</w:t>
      </w:r>
    </w:p>
    <w:p>
      <w:r>
        <w:t>B. Match the words to make compound nouns. (3 points)</w:t>
      </w:r>
    </w:p>
    <w:p>
      <w:r>
        <w:t>4. traffic _____       A. energy</w:t>
      </w:r>
    </w:p>
    <w:p>
      <w:r>
        <w:t>5. public _____        B. jam</w:t>
      </w:r>
    </w:p>
    <w:p>
      <w:r>
        <w:t>6. renewable _____     C. transport</w:t>
      </w:r>
    </w:p>
    <w:p>
      <w:pPr>
        <w:spacing w:before="140" w:after="60"/>
      </w:pPr>
      <w:r>
        <w:rPr>
          <w:b/>
          <w:sz w:val="23"/>
        </w:rPr>
        <w:t>5. Reading comprehension. (6 points)</w:t>
      </w:r>
    </w:p>
    <w:p>
      <w:r>
        <w:t>Read the text and answer the questions in full sentences.</w:t>
        <w:br/>
        <w:t>Last Saturday, our school organised a clean-up near the river. Many students arrived by public transport because they wanted to reduce traffic. They collected litter, separated plastic bottles and paper, and put the rubbish into different bins. A local recycling centre later took the bottles and paper. Before the clean-up started, the rain had stopped, so everyone could work outside. The students also promised to switch off lights and save water at school.</w:t>
      </w:r>
    </w:p>
    <w:p>
      <w:r>
        <w:t>1. Why did many students travel by public transport?</w:t>
      </w:r>
    </w:p>
    <w:p>
      <w:r>
        <w:t>________________________________________________________________________________</w:t>
      </w:r>
    </w:p>
    <w:p>
      <w:r>
        <w:t>2. What did the students collect and separate?</w:t>
      </w:r>
    </w:p>
    <w:p>
      <w:r>
        <w:t>________________________________________________________________________________</w:t>
      </w:r>
    </w:p>
    <w:p>
      <w:r>
        <w:t>3. What had happened before the clean-up started?</w:t>
      </w:r>
    </w:p>
    <w:p>
      <w:r>
        <w:t>________________________________________________________________________________</w:t>
      </w:r>
    </w:p>
    <w:p>
      <w:pPr>
        <w:spacing w:before="140" w:after="60"/>
      </w:pPr>
      <w:r>
        <w:rPr>
          <w:b/>
          <w:sz w:val="23"/>
        </w:rPr>
        <w:t>6. Past Perfect. (8 points)</w:t>
      </w:r>
    </w:p>
    <w:p>
      <w:r>
        <w:t>Complete the sentences using the Past Perfect form of the verbs in brackets. (1 point each)</w:t>
      </w:r>
    </w:p>
    <w:p>
      <w:r>
        <w:t>1. The visitors __________________ (give) the animals the wrong food before the zookeeper noticed.</w:t>
      </w:r>
    </w:p>
    <w:p>
      <w:r>
        <w:t>2. Maria used photos that she __________________ (take) at the zoo.</w:t>
      </w:r>
    </w:p>
    <w:p>
      <w:r>
        <w:t>3. We __________________ (not / realise) how serious the problem was.</w:t>
      </w:r>
    </w:p>
    <w:p>
      <w:r>
        <w:t>4. The animals were hungry because nobody __________________ (feed) them.</w:t>
      </w:r>
    </w:p>
    <w:p>
      <w:r>
        <w:t>5. I __________________ never __________________ (hear) about renewable energy before the lesson.</w:t>
      </w:r>
    </w:p>
    <w:p>
      <w:r>
        <w:t>6. By the time the clean-up began, the rain __________________ (stop).</w:t>
      </w:r>
    </w:p>
    <w:p>
      <w:r>
        <w:t>7. The volunteers arrived after the storm __________________ (end).</w:t>
      </w:r>
    </w:p>
    <w:p>
      <w:r>
        <w:t>8. The teacher came in after the students __________________ (finish) the poster.</w:t>
      </w:r>
    </w:p>
    <w:p>
      <w:pPr>
        <w:spacing w:before="140" w:after="60"/>
      </w:pPr>
      <w:r>
        <w:rPr>
          <w:b/>
          <w:sz w:val="23"/>
        </w:rPr>
        <w:t>7. Writing. (8 points)</w:t>
      </w:r>
    </w:p>
    <w:p>
      <w:r>
        <w:t>Write 80–100 words on the topic “How can we make our school greener?” Include at least three suggestions and at least one Past Perfect sentence. (Content: 3 points; grammar: 3 points; vocabulary and spelling: 2 points)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/>
    <w:p>
      <w:pPr>
        <w:jc w:val="center"/>
      </w:pPr>
      <w:r>
        <w:rPr>
          <w:i/>
        </w:rPr>
        <w:t>Check your answers and spelling before you hand in your test.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