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42235" w14:textId="77777777" w:rsidR="007C351A" w:rsidRPr="004464A8" w:rsidRDefault="00511A37" w:rsidP="004464A8">
      <w:pPr>
        <w:spacing w:after="0" w:line="240" w:lineRule="auto"/>
        <w:jc w:val="center"/>
        <w:rPr>
          <w:rFonts w:cs="Times New Roman"/>
          <w:sz w:val="28"/>
          <w:szCs w:val="28"/>
        </w:rPr>
      </w:pPr>
      <w:r w:rsidRPr="004464A8">
        <w:rPr>
          <w:rFonts w:cs="Times New Roman"/>
          <w:b/>
          <w:sz w:val="28"/>
          <w:szCs w:val="28"/>
        </w:rPr>
        <w:t>ПРАКТИЧНЕ ЗАНЯТТЯ № 1</w:t>
      </w:r>
    </w:p>
    <w:p w14:paraId="4851417E" w14:textId="0F9932FD" w:rsidR="007C351A" w:rsidRPr="004464A8" w:rsidRDefault="006267E1" w:rsidP="004464A8">
      <w:pPr>
        <w:spacing w:after="0" w:line="240" w:lineRule="auto"/>
        <w:jc w:val="center"/>
        <w:rPr>
          <w:rFonts w:cs="Times New Roman"/>
          <w:b/>
          <w:sz w:val="28"/>
          <w:szCs w:val="28"/>
          <w:lang w:val="uk-UA"/>
        </w:rPr>
      </w:pPr>
      <w:r w:rsidRPr="004464A8">
        <w:rPr>
          <w:rFonts w:cs="Times New Roman"/>
          <w:b/>
          <w:sz w:val="28"/>
          <w:szCs w:val="28"/>
          <w:lang w:val="uk-UA"/>
        </w:rPr>
        <w:t>«</w:t>
      </w:r>
      <w:proofErr w:type="spellStart"/>
      <w:r w:rsidR="00511A37" w:rsidRPr="004464A8">
        <w:rPr>
          <w:rFonts w:cs="Times New Roman"/>
          <w:b/>
          <w:sz w:val="28"/>
          <w:szCs w:val="28"/>
        </w:rPr>
        <w:t>Соціальна</w:t>
      </w:r>
      <w:proofErr w:type="spellEnd"/>
      <w:r w:rsidR="00511A37" w:rsidRPr="004464A8">
        <w:rPr>
          <w:rFonts w:cs="Times New Roman"/>
          <w:b/>
          <w:sz w:val="28"/>
          <w:szCs w:val="28"/>
        </w:rPr>
        <w:t xml:space="preserve"> та гуманітарна безпека в </w:t>
      </w:r>
      <w:proofErr w:type="spellStart"/>
      <w:r w:rsidR="00511A37" w:rsidRPr="004464A8">
        <w:rPr>
          <w:rFonts w:cs="Times New Roman"/>
          <w:b/>
          <w:sz w:val="28"/>
          <w:szCs w:val="28"/>
        </w:rPr>
        <w:t>системі</w:t>
      </w:r>
      <w:proofErr w:type="spellEnd"/>
      <w:r w:rsidR="00511A37" w:rsidRPr="004464A8">
        <w:rPr>
          <w:rFonts w:cs="Times New Roman"/>
          <w:b/>
          <w:sz w:val="28"/>
          <w:szCs w:val="28"/>
        </w:rPr>
        <w:t xml:space="preserve"> </w:t>
      </w:r>
      <w:proofErr w:type="spellStart"/>
      <w:r w:rsidR="00511A37" w:rsidRPr="004464A8">
        <w:rPr>
          <w:rFonts w:cs="Times New Roman"/>
          <w:b/>
          <w:sz w:val="28"/>
          <w:szCs w:val="28"/>
        </w:rPr>
        <w:t>національної</w:t>
      </w:r>
      <w:proofErr w:type="spellEnd"/>
      <w:r w:rsidR="00511A37" w:rsidRPr="004464A8">
        <w:rPr>
          <w:rFonts w:cs="Times New Roman"/>
          <w:b/>
          <w:sz w:val="28"/>
          <w:szCs w:val="28"/>
        </w:rPr>
        <w:t xml:space="preserve"> </w:t>
      </w:r>
      <w:proofErr w:type="spellStart"/>
      <w:r w:rsidR="00511A37" w:rsidRPr="004464A8">
        <w:rPr>
          <w:rFonts w:cs="Times New Roman"/>
          <w:b/>
          <w:sz w:val="28"/>
          <w:szCs w:val="28"/>
        </w:rPr>
        <w:t>безпеки</w:t>
      </w:r>
      <w:proofErr w:type="spellEnd"/>
      <w:r w:rsidRPr="004464A8">
        <w:rPr>
          <w:rFonts w:cs="Times New Roman"/>
          <w:b/>
          <w:sz w:val="28"/>
          <w:szCs w:val="28"/>
          <w:lang w:val="uk-UA"/>
        </w:rPr>
        <w:t>»</w:t>
      </w:r>
    </w:p>
    <w:p w14:paraId="0345C66A" w14:textId="77777777" w:rsidR="006267E1" w:rsidRPr="004464A8" w:rsidRDefault="006267E1" w:rsidP="004464A8">
      <w:pPr>
        <w:tabs>
          <w:tab w:val="left" w:pos="993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</w:p>
    <w:p w14:paraId="6D19E905" w14:textId="77777777" w:rsidR="007C351A" w:rsidRPr="004464A8" w:rsidRDefault="00511A37" w:rsidP="004464A8">
      <w:pPr>
        <w:tabs>
          <w:tab w:val="left" w:pos="993"/>
        </w:tabs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proofErr w:type="spellStart"/>
      <w:r w:rsidRPr="004464A8">
        <w:rPr>
          <w:rFonts w:cs="Times New Roman"/>
          <w:b/>
          <w:sz w:val="28"/>
          <w:szCs w:val="28"/>
        </w:rPr>
        <w:t>Мета</w:t>
      </w:r>
      <w:proofErr w:type="spellEnd"/>
      <w:r w:rsidRPr="004464A8">
        <w:rPr>
          <w:rFonts w:cs="Times New Roman"/>
          <w:b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b/>
          <w:sz w:val="28"/>
          <w:szCs w:val="28"/>
        </w:rPr>
        <w:t>заняття</w:t>
      </w:r>
      <w:proofErr w:type="spellEnd"/>
    </w:p>
    <w:p w14:paraId="160D45DA" w14:textId="77777777" w:rsidR="007C351A" w:rsidRPr="004464A8" w:rsidRDefault="00511A37" w:rsidP="004464A8">
      <w:pPr>
        <w:tabs>
          <w:tab w:val="left" w:pos="993"/>
        </w:tabs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4464A8">
        <w:rPr>
          <w:rFonts w:cs="Times New Roman"/>
          <w:sz w:val="28"/>
          <w:szCs w:val="28"/>
        </w:rPr>
        <w:t xml:space="preserve">Закріпити матеріал лекції та навчитися застосовувати основні поняття теми до практичних </w:t>
      </w:r>
      <w:r w:rsidRPr="004464A8">
        <w:rPr>
          <w:rFonts w:cs="Times New Roman"/>
          <w:sz w:val="28"/>
          <w:szCs w:val="28"/>
        </w:rPr>
        <w:t>ситуацій: розрізняти соціальний і гуманітарний виміри безпеки, визначати момент переходу окремої проблеми у системну загрозу, встановлювати об’єкти, суб’єкти та рівні реагування, простежувати причинно-наслідкові зв’язки.</w:t>
      </w:r>
    </w:p>
    <w:p w14:paraId="163D785E" w14:textId="77777777" w:rsidR="007C351A" w:rsidRPr="004464A8" w:rsidRDefault="00511A37" w:rsidP="004464A8">
      <w:pPr>
        <w:tabs>
          <w:tab w:val="left" w:pos="993"/>
        </w:tabs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4464A8">
        <w:rPr>
          <w:rFonts w:cs="Times New Roman"/>
          <w:b/>
          <w:sz w:val="28"/>
          <w:szCs w:val="28"/>
        </w:rPr>
        <w:t>Після заняття ви зможете</w:t>
      </w:r>
    </w:p>
    <w:p w14:paraId="4F3F5C27" w14:textId="77777777" w:rsidR="007C351A" w:rsidRPr="004464A8" w:rsidRDefault="00511A37" w:rsidP="004464A8">
      <w:pPr>
        <w:pStyle w:val="a0"/>
        <w:tabs>
          <w:tab w:val="left" w:pos="993"/>
        </w:tabs>
        <w:spacing w:after="0" w:line="240" w:lineRule="auto"/>
        <w:ind w:left="0" w:firstLine="709"/>
        <w:jc w:val="both"/>
        <w:rPr>
          <w:rFonts w:cs="Times New Roman"/>
          <w:sz w:val="28"/>
          <w:szCs w:val="28"/>
        </w:rPr>
      </w:pPr>
      <w:r w:rsidRPr="004464A8">
        <w:rPr>
          <w:rFonts w:cs="Times New Roman"/>
          <w:sz w:val="28"/>
          <w:szCs w:val="28"/>
        </w:rPr>
        <w:t>розрізняти</w:t>
      </w:r>
      <w:r w:rsidRPr="004464A8">
        <w:rPr>
          <w:rFonts w:cs="Times New Roman"/>
          <w:sz w:val="28"/>
          <w:szCs w:val="28"/>
        </w:rPr>
        <w:t xml:space="preserve"> соціальну, гуманітарну та змішану проблематику;</w:t>
      </w:r>
    </w:p>
    <w:p w14:paraId="4CBF323D" w14:textId="77777777" w:rsidR="007C351A" w:rsidRPr="004464A8" w:rsidRDefault="00511A37" w:rsidP="004464A8">
      <w:pPr>
        <w:pStyle w:val="a0"/>
        <w:tabs>
          <w:tab w:val="left" w:pos="993"/>
        </w:tabs>
        <w:spacing w:after="0" w:line="240" w:lineRule="auto"/>
        <w:ind w:left="0" w:firstLine="709"/>
        <w:jc w:val="both"/>
        <w:rPr>
          <w:rFonts w:cs="Times New Roman"/>
          <w:sz w:val="28"/>
          <w:szCs w:val="28"/>
        </w:rPr>
      </w:pPr>
      <w:r w:rsidRPr="004464A8">
        <w:rPr>
          <w:rFonts w:cs="Times New Roman"/>
          <w:sz w:val="28"/>
          <w:szCs w:val="28"/>
        </w:rPr>
        <w:t>пояснювати, коли окрема проблема набуває безпекового значення;</w:t>
      </w:r>
    </w:p>
    <w:p w14:paraId="5DF7217B" w14:textId="77777777" w:rsidR="007C351A" w:rsidRPr="004464A8" w:rsidRDefault="00511A37" w:rsidP="004464A8">
      <w:pPr>
        <w:pStyle w:val="a0"/>
        <w:tabs>
          <w:tab w:val="left" w:pos="993"/>
        </w:tabs>
        <w:spacing w:after="0" w:line="240" w:lineRule="auto"/>
        <w:ind w:left="0" w:firstLine="709"/>
        <w:jc w:val="both"/>
        <w:rPr>
          <w:rFonts w:cs="Times New Roman"/>
          <w:sz w:val="28"/>
          <w:szCs w:val="28"/>
        </w:rPr>
      </w:pPr>
      <w:r w:rsidRPr="004464A8">
        <w:rPr>
          <w:rFonts w:cs="Times New Roman"/>
          <w:sz w:val="28"/>
          <w:szCs w:val="28"/>
        </w:rPr>
        <w:t>визначати об’єкти, суб’єкти та рівні забезпечення безпеки;</w:t>
      </w:r>
    </w:p>
    <w:p w14:paraId="6CCC44EC" w14:textId="77777777" w:rsidR="007C351A" w:rsidRPr="004464A8" w:rsidRDefault="00511A37" w:rsidP="004464A8">
      <w:pPr>
        <w:pStyle w:val="a0"/>
        <w:tabs>
          <w:tab w:val="left" w:pos="993"/>
        </w:tabs>
        <w:spacing w:after="0" w:line="240" w:lineRule="auto"/>
        <w:ind w:left="0" w:firstLine="709"/>
        <w:jc w:val="both"/>
        <w:rPr>
          <w:rFonts w:cs="Times New Roman"/>
          <w:sz w:val="28"/>
          <w:szCs w:val="28"/>
        </w:rPr>
      </w:pPr>
      <w:r w:rsidRPr="004464A8">
        <w:rPr>
          <w:rFonts w:cs="Times New Roman"/>
          <w:sz w:val="28"/>
          <w:szCs w:val="28"/>
        </w:rPr>
        <w:t>будувати ланцюг «проблема → наслідки → системний ризик → загроза»;</w:t>
      </w:r>
    </w:p>
    <w:p w14:paraId="737CF862" w14:textId="77777777" w:rsidR="007C351A" w:rsidRPr="004464A8" w:rsidRDefault="00511A37" w:rsidP="004464A8">
      <w:pPr>
        <w:pStyle w:val="a0"/>
        <w:tabs>
          <w:tab w:val="left" w:pos="993"/>
        </w:tabs>
        <w:spacing w:after="0" w:line="240" w:lineRule="auto"/>
        <w:ind w:left="0" w:firstLine="709"/>
        <w:jc w:val="both"/>
        <w:rPr>
          <w:rFonts w:cs="Times New Roman"/>
          <w:sz w:val="28"/>
          <w:szCs w:val="28"/>
        </w:rPr>
      </w:pPr>
      <w:r w:rsidRPr="004464A8">
        <w:rPr>
          <w:rFonts w:cs="Times New Roman"/>
          <w:sz w:val="28"/>
          <w:szCs w:val="28"/>
        </w:rPr>
        <w:t>пропонувати обґрун</w:t>
      </w:r>
      <w:r w:rsidRPr="004464A8">
        <w:rPr>
          <w:rFonts w:cs="Times New Roman"/>
          <w:sz w:val="28"/>
          <w:szCs w:val="28"/>
        </w:rPr>
        <w:t>товані напрями реагування на соціально-гуманітарні проблеми.</w:t>
      </w:r>
    </w:p>
    <w:p w14:paraId="03E89EDB" w14:textId="0E22F8E6" w:rsidR="006267E1" w:rsidRPr="004464A8" w:rsidRDefault="006267E1" w:rsidP="004464A8">
      <w:pPr>
        <w:tabs>
          <w:tab w:val="left" w:pos="993"/>
        </w:tabs>
        <w:spacing w:after="0" w:line="240" w:lineRule="auto"/>
        <w:ind w:firstLine="709"/>
        <w:jc w:val="both"/>
        <w:rPr>
          <w:rFonts w:cs="Times New Roman"/>
          <w:b/>
          <w:sz w:val="28"/>
          <w:szCs w:val="28"/>
        </w:rPr>
      </w:pPr>
    </w:p>
    <w:p w14:paraId="705E41B6" w14:textId="77777777" w:rsidR="006267E1" w:rsidRPr="004464A8" w:rsidRDefault="006267E1" w:rsidP="004464A8">
      <w:pPr>
        <w:spacing w:after="0" w:line="240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proofErr w:type="spellStart"/>
      <w:r w:rsidRPr="004464A8">
        <w:rPr>
          <w:rFonts w:cs="Times New Roman"/>
          <w:b/>
          <w:bCs/>
          <w:sz w:val="28"/>
          <w:szCs w:val="28"/>
        </w:rPr>
        <w:t>Як</w:t>
      </w:r>
      <w:proofErr w:type="spellEnd"/>
      <w:r w:rsidRPr="004464A8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b/>
          <w:bCs/>
          <w:sz w:val="28"/>
          <w:szCs w:val="28"/>
        </w:rPr>
        <w:t>виконувати</w:t>
      </w:r>
      <w:proofErr w:type="spellEnd"/>
      <w:r w:rsidRPr="004464A8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b/>
          <w:bCs/>
          <w:sz w:val="28"/>
          <w:szCs w:val="28"/>
        </w:rPr>
        <w:t>роботу</w:t>
      </w:r>
      <w:proofErr w:type="spellEnd"/>
    </w:p>
    <w:p w14:paraId="6B0BD06F" w14:textId="77777777" w:rsidR="006267E1" w:rsidRPr="004464A8" w:rsidRDefault="006267E1" w:rsidP="004464A8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proofErr w:type="spellStart"/>
      <w:r w:rsidRPr="004464A8">
        <w:rPr>
          <w:rFonts w:cs="Times New Roman"/>
          <w:sz w:val="28"/>
          <w:szCs w:val="28"/>
        </w:rPr>
        <w:t>Студенти</w:t>
      </w:r>
      <w:proofErr w:type="spellEnd"/>
      <w:r w:rsidRPr="004464A8">
        <w:rPr>
          <w:rFonts w:cs="Times New Roman"/>
          <w:sz w:val="28"/>
          <w:szCs w:val="28"/>
        </w:rPr>
        <w:t xml:space="preserve">, </w:t>
      </w:r>
      <w:proofErr w:type="spellStart"/>
      <w:r w:rsidRPr="004464A8">
        <w:rPr>
          <w:rFonts w:cs="Times New Roman"/>
          <w:sz w:val="28"/>
          <w:szCs w:val="28"/>
        </w:rPr>
        <w:t>які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присутні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на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дистанційному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занятті</w:t>
      </w:r>
      <w:proofErr w:type="spellEnd"/>
      <w:r w:rsidRPr="004464A8">
        <w:rPr>
          <w:rFonts w:cs="Times New Roman"/>
          <w:sz w:val="28"/>
          <w:szCs w:val="28"/>
        </w:rPr>
        <w:t xml:space="preserve">, </w:t>
      </w:r>
      <w:proofErr w:type="spellStart"/>
      <w:r w:rsidRPr="004464A8">
        <w:rPr>
          <w:rFonts w:cs="Times New Roman"/>
          <w:sz w:val="28"/>
          <w:szCs w:val="28"/>
        </w:rPr>
        <w:t>виконують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завдання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під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час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онлайн-зустрічі</w:t>
      </w:r>
      <w:proofErr w:type="spellEnd"/>
      <w:r w:rsidRPr="004464A8">
        <w:rPr>
          <w:rFonts w:cs="Times New Roman"/>
          <w:sz w:val="28"/>
          <w:szCs w:val="28"/>
        </w:rPr>
        <w:t xml:space="preserve">. </w:t>
      </w:r>
      <w:proofErr w:type="spellStart"/>
      <w:r w:rsidRPr="004464A8">
        <w:rPr>
          <w:rFonts w:cs="Times New Roman"/>
          <w:sz w:val="28"/>
          <w:szCs w:val="28"/>
        </w:rPr>
        <w:t>Студенти</w:t>
      </w:r>
      <w:proofErr w:type="spellEnd"/>
      <w:r w:rsidRPr="004464A8">
        <w:rPr>
          <w:rFonts w:cs="Times New Roman"/>
          <w:sz w:val="28"/>
          <w:szCs w:val="28"/>
        </w:rPr>
        <w:t xml:space="preserve">, </w:t>
      </w:r>
      <w:proofErr w:type="spellStart"/>
      <w:r w:rsidRPr="004464A8">
        <w:rPr>
          <w:rFonts w:cs="Times New Roman"/>
          <w:sz w:val="28"/>
          <w:szCs w:val="28"/>
        </w:rPr>
        <w:t>які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були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відсутні</w:t>
      </w:r>
      <w:proofErr w:type="spellEnd"/>
      <w:r w:rsidRPr="004464A8">
        <w:rPr>
          <w:rFonts w:cs="Times New Roman"/>
          <w:sz w:val="28"/>
          <w:szCs w:val="28"/>
        </w:rPr>
        <w:t xml:space="preserve">, </w:t>
      </w:r>
      <w:proofErr w:type="spellStart"/>
      <w:r w:rsidRPr="004464A8">
        <w:rPr>
          <w:rFonts w:cs="Times New Roman"/>
          <w:sz w:val="28"/>
          <w:szCs w:val="28"/>
        </w:rPr>
        <w:t>виконують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цей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документ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самостійно</w:t>
      </w:r>
      <w:proofErr w:type="spellEnd"/>
      <w:r w:rsidRPr="004464A8">
        <w:rPr>
          <w:rFonts w:cs="Times New Roman"/>
          <w:sz w:val="28"/>
          <w:szCs w:val="28"/>
        </w:rPr>
        <w:t xml:space="preserve">: </w:t>
      </w:r>
      <w:proofErr w:type="spellStart"/>
      <w:r w:rsidRPr="004464A8">
        <w:rPr>
          <w:rFonts w:cs="Times New Roman"/>
          <w:sz w:val="28"/>
          <w:szCs w:val="28"/>
        </w:rPr>
        <w:t>вписують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відповіді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безпосередньо</w:t>
      </w:r>
      <w:proofErr w:type="spellEnd"/>
      <w:r w:rsidRPr="004464A8">
        <w:rPr>
          <w:rFonts w:cs="Times New Roman"/>
          <w:sz w:val="28"/>
          <w:szCs w:val="28"/>
        </w:rPr>
        <w:t xml:space="preserve"> в </w:t>
      </w:r>
      <w:proofErr w:type="spellStart"/>
      <w:r w:rsidRPr="004464A8">
        <w:rPr>
          <w:rFonts w:cs="Times New Roman"/>
          <w:sz w:val="28"/>
          <w:szCs w:val="28"/>
        </w:rPr>
        <w:t>таблиці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та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поля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нижче</w:t>
      </w:r>
      <w:proofErr w:type="spellEnd"/>
      <w:r w:rsidRPr="004464A8">
        <w:rPr>
          <w:rFonts w:cs="Times New Roman"/>
          <w:sz w:val="28"/>
          <w:szCs w:val="28"/>
        </w:rPr>
        <w:t xml:space="preserve">, </w:t>
      </w:r>
      <w:proofErr w:type="spellStart"/>
      <w:r w:rsidRPr="004464A8">
        <w:rPr>
          <w:rFonts w:cs="Times New Roman"/>
          <w:sz w:val="28"/>
          <w:szCs w:val="28"/>
        </w:rPr>
        <w:t>зберігають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файл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із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власним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прізвищем</w:t>
      </w:r>
      <w:proofErr w:type="spellEnd"/>
      <w:r w:rsidRPr="004464A8">
        <w:rPr>
          <w:rFonts w:cs="Times New Roman"/>
          <w:sz w:val="28"/>
          <w:szCs w:val="28"/>
        </w:rPr>
        <w:t xml:space="preserve"> у </w:t>
      </w:r>
      <w:proofErr w:type="spellStart"/>
      <w:r w:rsidRPr="004464A8">
        <w:rPr>
          <w:rFonts w:cs="Times New Roman"/>
          <w:sz w:val="28"/>
          <w:szCs w:val="28"/>
        </w:rPr>
        <w:t>назві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та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надсилають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викладачу</w:t>
      </w:r>
      <w:proofErr w:type="spellEnd"/>
      <w:r w:rsidRPr="004464A8">
        <w:rPr>
          <w:rFonts w:cs="Times New Roman"/>
          <w:sz w:val="28"/>
          <w:szCs w:val="28"/>
        </w:rPr>
        <w:t>.</w:t>
      </w:r>
    </w:p>
    <w:p w14:paraId="3F483320" w14:textId="77777777" w:rsidR="006267E1" w:rsidRPr="004464A8" w:rsidRDefault="006267E1" w:rsidP="004464A8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proofErr w:type="spellStart"/>
      <w:r w:rsidRPr="004464A8">
        <w:rPr>
          <w:rFonts w:cs="Times New Roman"/>
          <w:sz w:val="28"/>
          <w:szCs w:val="28"/>
        </w:rPr>
        <w:t>Назва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файлу</w:t>
      </w:r>
      <w:proofErr w:type="spellEnd"/>
      <w:r w:rsidRPr="004464A8">
        <w:rPr>
          <w:rFonts w:cs="Times New Roman"/>
          <w:sz w:val="28"/>
          <w:szCs w:val="28"/>
        </w:rPr>
        <w:t>: Практичне_1_Прізвище_Ім’я.docx</w:t>
      </w:r>
    </w:p>
    <w:p w14:paraId="6EB35203" w14:textId="77777777" w:rsidR="006267E1" w:rsidRPr="004464A8" w:rsidRDefault="006267E1" w:rsidP="004464A8">
      <w:pPr>
        <w:spacing w:after="0" w:line="240" w:lineRule="auto"/>
        <w:jc w:val="both"/>
        <w:rPr>
          <w:rFonts w:cs="Times New Roman"/>
          <w:b/>
          <w:sz w:val="28"/>
          <w:szCs w:val="28"/>
        </w:rPr>
      </w:pPr>
    </w:p>
    <w:p w14:paraId="166A2289" w14:textId="0102DDF8" w:rsidR="007C351A" w:rsidRPr="004464A8" w:rsidRDefault="006267E1" w:rsidP="004464A8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4464A8">
        <w:rPr>
          <w:rFonts w:cs="Times New Roman"/>
          <w:b/>
          <w:sz w:val="28"/>
          <w:szCs w:val="28"/>
          <w:lang w:val="uk-UA"/>
        </w:rPr>
        <w:t xml:space="preserve">Завдання </w:t>
      </w:r>
      <w:r w:rsidR="00511A37" w:rsidRPr="004464A8">
        <w:rPr>
          <w:rFonts w:cs="Times New Roman"/>
          <w:b/>
          <w:sz w:val="28"/>
          <w:szCs w:val="28"/>
        </w:rPr>
        <w:t xml:space="preserve">1. </w:t>
      </w:r>
      <w:r w:rsidRPr="004464A8">
        <w:rPr>
          <w:rFonts w:cs="Times New Roman"/>
          <w:b/>
          <w:sz w:val="28"/>
          <w:szCs w:val="28"/>
          <w:lang w:val="uk-UA"/>
        </w:rPr>
        <w:t>Перевірка</w:t>
      </w:r>
      <w:r w:rsidR="00511A37" w:rsidRPr="004464A8">
        <w:rPr>
          <w:rFonts w:cs="Times New Roman"/>
          <w:b/>
          <w:sz w:val="28"/>
          <w:szCs w:val="28"/>
        </w:rPr>
        <w:t xml:space="preserve"> </w:t>
      </w:r>
      <w:proofErr w:type="spellStart"/>
      <w:r w:rsidR="00511A37" w:rsidRPr="004464A8">
        <w:rPr>
          <w:rFonts w:cs="Times New Roman"/>
          <w:b/>
          <w:sz w:val="28"/>
          <w:szCs w:val="28"/>
        </w:rPr>
        <w:t>знань</w:t>
      </w:r>
      <w:proofErr w:type="spellEnd"/>
      <w:r w:rsidR="00511A37" w:rsidRPr="004464A8">
        <w:rPr>
          <w:rFonts w:cs="Times New Roman"/>
          <w:b/>
          <w:sz w:val="28"/>
          <w:szCs w:val="28"/>
        </w:rPr>
        <w:t xml:space="preserve"> </w:t>
      </w:r>
      <w:proofErr w:type="spellStart"/>
      <w:r w:rsidR="00511A37" w:rsidRPr="004464A8">
        <w:rPr>
          <w:rFonts w:cs="Times New Roman"/>
          <w:b/>
          <w:sz w:val="28"/>
          <w:szCs w:val="28"/>
        </w:rPr>
        <w:t>за</w:t>
      </w:r>
      <w:proofErr w:type="spellEnd"/>
      <w:r w:rsidR="00511A37" w:rsidRPr="004464A8">
        <w:rPr>
          <w:rFonts w:cs="Times New Roman"/>
          <w:b/>
          <w:sz w:val="28"/>
          <w:szCs w:val="28"/>
        </w:rPr>
        <w:t xml:space="preserve"> </w:t>
      </w:r>
      <w:proofErr w:type="spellStart"/>
      <w:r w:rsidR="00511A37" w:rsidRPr="004464A8">
        <w:rPr>
          <w:rFonts w:cs="Times New Roman"/>
          <w:b/>
          <w:sz w:val="28"/>
          <w:szCs w:val="28"/>
        </w:rPr>
        <w:t>лекцією</w:t>
      </w:r>
      <w:proofErr w:type="spellEnd"/>
      <w:r w:rsidR="00511A37" w:rsidRPr="004464A8">
        <w:rPr>
          <w:rFonts w:cs="Times New Roman"/>
          <w:b/>
          <w:sz w:val="28"/>
          <w:szCs w:val="28"/>
        </w:rPr>
        <w:t xml:space="preserve"> </w:t>
      </w:r>
    </w:p>
    <w:p w14:paraId="00BB8D4F" w14:textId="77777777" w:rsidR="007C351A" w:rsidRPr="004464A8" w:rsidRDefault="00511A37" w:rsidP="004464A8">
      <w:pPr>
        <w:pStyle w:val="a"/>
        <w:tabs>
          <w:tab w:val="left" w:pos="993"/>
        </w:tabs>
        <w:spacing w:after="0" w:line="240" w:lineRule="auto"/>
        <w:ind w:left="0" w:firstLine="709"/>
        <w:jc w:val="both"/>
        <w:rPr>
          <w:rFonts w:cs="Times New Roman"/>
          <w:sz w:val="28"/>
          <w:szCs w:val="28"/>
        </w:rPr>
      </w:pPr>
      <w:r w:rsidRPr="004464A8">
        <w:rPr>
          <w:rFonts w:cs="Times New Roman"/>
          <w:sz w:val="28"/>
          <w:szCs w:val="28"/>
        </w:rPr>
        <w:t xml:space="preserve">Що означає </w:t>
      </w:r>
      <w:proofErr w:type="spellStart"/>
      <w:r w:rsidRPr="004464A8">
        <w:rPr>
          <w:rFonts w:cs="Times New Roman"/>
          <w:sz w:val="28"/>
          <w:szCs w:val="28"/>
        </w:rPr>
        <w:t>людиноцентричний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підхід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до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безпеки</w:t>
      </w:r>
      <w:proofErr w:type="spellEnd"/>
      <w:r w:rsidRPr="004464A8">
        <w:rPr>
          <w:rFonts w:cs="Times New Roman"/>
          <w:sz w:val="28"/>
          <w:szCs w:val="28"/>
        </w:rPr>
        <w:t>?</w:t>
      </w:r>
    </w:p>
    <w:p w14:paraId="3628B145" w14:textId="77777777" w:rsidR="007C351A" w:rsidRPr="004464A8" w:rsidRDefault="00511A37" w:rsidP="004464A8">
      <w:pPr>
        <w:pStyle w:val="a"/>
        <w:tabs>
          <w:tab w:val="left" w:pos="993"/>
        </w:tabs>
        <w:spacing w:after="0" w:line="240" w:lineRule="auto"/>
        <w:ind w:left="0" w:firstLine="709"/>
        <w:jc w:val="both"/>
        <w:rPr>
          <w:rFonts w:cs="Times New Roman"/>
          <w:sz w:val="28"/>
          <w:szCs w:val="28"/>
        </w:rPr>
      </w:pPr>
      <w:r w:rsidRPr="004464A8">
        <w:rPr>
          <w:rFonts w:cs="Times New Roman"/>
          <w:sz w:val="28"/>
          <w:szCs w:val="28"/>
        </w:rPr>
        <w:t>Чим соціальна безпека відрізняється</w:t>
      </w:r>
      <w:r w:rsidRPr="004464A8">
        <w:rPr>
          <w:rFonts w:cs="Times New Roman"/>
          <w:sz w:val="28"/>
          <w:szCs w:val="28"/>
        </w:rPr>
        <w:t xml:space="preserve"> від гуманітарної?</w:t>
      </w:r>
    </w:p>
    <w:p w14:paraId="522565EE" w14:textId="77777777" w:rsidR="007C351A" w:rsidRPr="004464A8" w:rsidRDefault="00511A37" w:rsidP="004464A8">
      <w:pPr>
        <w:pStyle w:val="a"/>
        <w:tabs>
          <w:tab w:val="left" w:pos="993"/>
        </w:tabs>
        <w:spacing w:after="0" w:line="240" w:lineRule="auto"/>
        <w:ind w:left="0" w:firstLine="709"/>
        <w:jc w:val="both"/>
        <w:rPr>
          <w:rFonts w:cs="Times New Roman"/>
          <w:sz w:val="28"/>
          <w:szCs w:val="28"/>
        </w:rPr>
      </w:pPr>
      <w:r w:rsidRPr="004464A8">
        <w:rPr>
          <w:rFonts w:cs="Times New Roman"/>
          <w:sz w:val="28"/>
          <w:szCs w:val="28"/>
        </w:rPr>
        <w:t>Чи може одна проблема одночасно мати соціальний і гуманітарний виміри? Наведіть приклад.</w:t>
      </w:r>
    </w:p>
    <w:p w14:paraId="7FC433CC" w14:textId="77777777" w:rsidR="007C351A" w:rsidRPr="004464A8" w:rsidRDefault="00511A37" w:rsidP="004464A8">
      <w:pPr>
        <w:pStyle w:val="a"/>
        <w:tabs>
          <w:tab w:val="left" w:pos="993"/>
        </w:tabs>
        <w:spacing w:after="0" w:line="240" w:lineRule="auto"/>
        <w:ind w:left="0" w:firstLine="709"/>
        <w:jc w:val="both"/>
        <w:rPr>
          <w:rFonts w:cs="Times New Roman"/>
          <w:sz w:val="28"/>
          <w:szCs w:val="28"/>
        </w:rPr>
      </w:pPr>
      <w:r w:rsidRPr="004464A8">
        <w:rPr>
          <w:rFonts w:cs="Times New Roman"/>
          <w:sz w:val="28"/>
          <w:szCs w:val="28"/>
        </w:rPr>
        <w:t>Коли окрема соціальна або гуманітарна проблема набуває безпекового значення?</w:t>
      </w:r>
    </w:p>
    <w:p w14:paraId="25041F3C" w14:textId="77777777" w:rsidR="007C351A" w:rsidRPr="004464A8" w:rsidRDefault="00511A37" w:rsidP="004464A8">
      <w:pPr>
        <w:pStyle w:val="a"/>
        <w:tabs>
          <w:tab w:val="left" w:pos="993"/>
        </w:tabs>
        <w:spacing w:after="0" w:line="240" w:lineRule="auto"/>
        <w:ind w:left="0" w:firstLine="709"/>
        <w:jc w:val="both"/>
        <w:rPr>
          <w:rFonts w:cs="Times New Roman"/>
          <w:sz w:val="28"/>
          <w:szCs w:val="28"/>
        </w:rPr>
      </w:pPr>
      <w:r w:rsidRPr="004464A8">
        <w:rPr>
          <w:rFonts w:cs="Times New Roman"/>
          <w:sz w:val="28"/>
          <w:szCs w:val="28"/>
        </w:rPr>
        <w:t>Хто може бути об’єктом соціальної та гуманітарної безпеки?</w:t>
      </w:r>
    </w:p>
    <w:p w14:paraId="2A2EF9AB" w14:textId="77777777" w:rsidR="007C351A" w:rsidRPr="004464A8" w:rsidRDefault="00511A37" w:rsidP="004464A8">
      <w:pPr>
        <w:pStyle w:val="a"/>
        <w:tabs>
          <w:tab w:val="left" w:pos="993"/>
        </w:tabs>
        <w:spacing w:after="0" w:line="240" w:lineRule="auto"/>
        <w:ind w:left="0" w:firstLine="709"/>
        <w:jc w:val="both"/>
        <w:rPr>
          <w:rFonts w:cs="Times New Roman"/>
          <w:sz w:val="28"/>
          <w:szCs w:val="28"/>
        </w:rPr>
      </w:pPr>
      <w:r w:rsidRPr="004464A8">
        <w:rPr>
          <w:rFonts w:cs="Times New Roman"/>
          <w:sz w:val="28"/>
          <w:szCs w:val="28"/>
        </w:rPr>
        <w:t>Хто є суб’єк</w:t>
      </w:r>
      <w:r w:rsidRPr="004464A8">
        <w:rPr>
          <w:rFonts w:cs="Times New Roman"/>
          <w:sz w:val="28"/>
          <w:szCs w:val="28"/>
        </w:rPr>
        <w:t>тами забезпечення соціальної та гуманітарної безпеки?</w:t>
      </w:r>
    </w:p>
    <w:p w14:paraId="672CE9CA" w14:textId="2D53FB60" w:rsidR="007C351A" w:rsidRPr="004464A8" w:rsidRDefault="00511A37" w:rsidP="004464A8">
      <w:pPr>
        <w:pStyle w:val="a"/>
        <w:tabs>
          <w:tab w:val="left" w:pos="993"/>
        </w:tabs>
        <w:spacing w:after="0" w:line="240" w:lineRule="auto"/>
        <w:ind w:left="0" w:firstLine="709"/>
        <w:jc w:val="both"/>
        <w:rPr>
          <w:rFonts w:cs="Times New Roman"/>
          <w:sz w:val="28"/>
          <w:szCs w:val="28"/>
        </w:rPr>
      </w:pPr>
      <w:r w:rsidRPr="004464A8">
        <w:rPr>
          <w:rFonts w:cs="Times New Roman"/>
          <w:sz w:val="28"/>
          <w:szCs w:val="28"/>
        </w:rPr>
        <w:t xml:space="preserve">Поясніть взаємозв’язок «людина → громада → </w:t>
      </w:r>
      <w:proofErr w:type="spellStart"/>
      <w:r w:rsidRPr="004464A8">
        <w:rPr>
          <w:rFonts w:cs="Times New Roman"/>
          <w:sz w:val="28"/>
          <w:szCs w:val="28"/>
        </w:rPr>
        <w:t>суспільство</w:t>
      </w:r>
      <w:proofErr w:type="spellEnd"/>
      <w:r w:rsidRPr="004464A8">
        <w:rPr>
          <w:rFonts w:cs="Times New Roman"/>
          <w:sz w:val="28"/>
          <w:szCs w:val="28"/>
        </w:rPr>
        <w:t xml:space="preserve"> → </w:t>
      </w:r>
      <w:proofErr w:type="spellStart"/>
      <w:r w:rsidRPr="004464A8">
        <w:rPr>
          <w:rFonts w:cs="Times New Roman"/>
          <w:sz w:val="28"/>
          <w:szCs w:val="28"/>
        </w:rPr>
        <w:t>держава</w:t>
      </w:r>
      <w:proofErr w:type="spellEnd"/>
      <w:r w:rsidRPr="004464A8">
        <w:rPr>
          <w:rFonts w:cs="Times New Roman"/>
          <w:sz w:val="28"/>
          <w:szCs w:val="28"/>
        </w:rPr>
        <w:t>».</w:t>
      </w:r>
    </w:p>
    <w:p w14:paraId="09DF5FBB" w14:textId="596831D8" w:rsidR="006267E1" w:rsidRPr="004464A8" w:rsidRDefault="006267E1" w:rsidP="004464A8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14:paraId="5FD42DBB" w14:textId="12D753A7" w:rsidR="006267E1" w:rsidRPr="004464A8" w:rsidRDefault="006267E1" w:rsidP="004464A8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4464A8">
        <w:rPr>
          <w:rFonts w:cs="Times New Roman"/>
          <w:b/>
          <w:sz w:val="28"/>
          <w:szCs w:val="28"/>
          <w:lang w:val="uk-UA"/>
        </w:rPr>
        <w:t xml:space="preserve">Завдання </w:t>
      </w:r>
      <w:r w:rsidRPr="004464A8">
        <w:rPr>
          <w:rFonts w:cs="Times New Roman"/>
          <w:b/>
          <w:sz w:val="28"/>
          <w:szCs w:val="28"/>
        </w:rPr>
        <w:t>2.</w:t>
      </w:r>
      <w:r w:rsidRPr="004464A8">
        <w:rPr>
          <w:rFonts w:cs="Times New Roman"/>
          <w:b/>
          <w:sz w:val="28"/>
          <w:szCs w:val="28"/>
          <w:lang w:val="uk-UA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Ситуаці</w:t>
      </w:r>
      <w:r w:rsidRPr="004464A8">
        <w:rPr>
          <w:rFonts w:cs="Times New Roman"/>
          <w:sz w:val="28"/>
          <w:szCs w:val="28"/>
          <w:lang w:val="uk-UA"/>
        </w:rPr>
        <w:t>йне</w:t>
      </w:r>
      <w:proofErr w:type="spellEnd"/>
      <w:r w:rsidRPr="004464A8">
        <w:rPr>
          <w:rFonts w:cs="Times New Roman"/>
          <w:sz w:val="28"/>
          <w:szCs w:val="28"/>
          <w:lang w:val="uk-UA"/>
        </w:rPr>
        <w:t xml:space="preserve"> завдання</w:t>
      </w:r>
      <w:r w:rsidRPr="004464A8">
        <w:rPr>
          <w:rFonts w:cs="Times New Roman"/>
          <w:sz w:val="28"/>
          <w:szCs w:val="28"/>
        </w:rPr>
        <w:t>:</w:t>
      </w:r>
    </w:p>
    <w:p w14:paraId="69EB450F" w14:textId="77777777" w:rsidR="006267E1" w:rsidRPr="004464A8" w:rsidRDefault="006267E1" w:rsidP="004464A8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4464A8">
        <w:rPr>
          <w:rFonts w:cs="Times New Roman"/>
          <w:i/>
          <w:sz w:val="28"/>
          <w:szCs w:val="28"/>
        </w:rPr>
        <w:t xml:space="preserve">У </w:t>
      </w:r>
      <w:proofErr w:type="spellStart"/>
      <w:r w:rsidRPr="004464A8">
        <w:rPr>
          <w:rFonts w:cs="Times New Roman"/>
          <w:i/>
          <w:sz w:val="28"/>
          <w:szCs w:val="28"/>
        </w:rPr>
        <w:t>громаді</w:t>
      </w:r>
      <w:proofErr w:type="spellEnd"/>
      <w:r w:rsidRPr="004464A8">
        <w:rPr>
          <w:rFonts w:cs="Times New Roman"/>
          <w:i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i/>
          <w:sz w:val="28"/>
          <w:szCs w:val="28"/>
        </w:rPr>
        <w:t>молодь</w:t>
      </w:r>
      <w:proofErr w:type="spellEnd"/>
      <w:r w:rsidRPr="004464A8">
        <w:rPr>
          <w:rFonts w:cs="Times New Roman"/>
          <w:i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i/>
          <w:sz w:val="28"/>
          <w:szCs w:val="28"/>
        </w:rPr>
        <w:t>масово</w:t>
      </w:r>
      <w:proofErr w:type="spellEnd"/>
      <w:r w:rsidRPr="004464A8">
        <w:rPr>
          <w:rFonts w:cs="Times New Roman"/>
          <w:i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i/>
          <w:sz w:val="28"/>
          <w:szCs w:val="28"/>
        </w:rPr>
        <w:t>виїжджає</w:t>
      </w:r>
      <w:proofErr w:type="spellEnd"/>
      <w:r w:rsidRPr="004464A8">
        <w:rPr>
          <w:rFonts w:cs="Times New Roman"/>
          <w:i/>
          <w:sz w:val="28"/>
          <w:szCs w:val="28"/>
        </w:rPr>
        <w:t xml:space="preserve">, </w:t>
      </w:r>
      <w:proofErr w:type="spellStart"/>
      <w:r w:rsidRPr="004464A8">
        <w:rPr>
          <w:rFonts w:cs="Times New Roman"/>
          <w:i/>
          <w:sz w:val="28"/>
          <w:szCs w:val="28"/>
        </w:rPr>
        <w:t>підприємствам</w:t>
      </w:r>
      <w:proofErr w:type="spellEnd"/>
      <w:r w:rsidRPr="004464A8">
        <w:rPr>
          <w:rFonts w:cs="Times New Roman"/>
          <w:i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i/>
          <w:sz w:val="28"/>
          <w:szCs w:val="28"/>
        </w:rPr>
        <w:t>бракує</w:t>
      </w:r>
      <w:proofErr w:type="spellEnd"/>
      <w:r w:rsidRPr="004464A8">
        <w:rPr>
          <w:rFonts w:cs="Times New Roman"/>
          <w:i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i/>
          <w:sz w:val="28"/>
          <w:szCs w:val="28"/>
        </w:rPr>
        <w:t>працівників</w:t>
      </w:r>
      <w:proofErr w:type="spellEnd"/>
      <w:r w:rsidRPr="004464A8">
        <w:rPr>
          <w:rFonts w:cs="Times New Roman"/>
          <w:i/>
          <w:sz w:val="28"/>
          <w:szCs w:val="28"/>
        </w:rPr>
        <w:t xml:space="preserve">, </w:t>
      </w:r>
      <w:proofErr w:type="spellStart"/>
      <w:r w:rsidRPr="004464A8">
        <w:rPr>
          <w:rFonts w:cs="Times New Roman"/>
          <w:i/>
          <w:sz w:val="28"/>
          <w:szCs w:val="28"/>
        </w:rPr>
        <w:t>населення</w:t>
      </w:r>
      <w:proofErr w:type="spellEnd"/>
      <w:r w:rsidRPr="004464A8">
        <w:rPr>
          <w:rFonts w:cs="Times New Roman"/>
          <w:i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i/>
          <w:sz w:val="28"/>
          <w:szCs w:val="28"/>
        </w:rPr>
        <w:t>старіє</w:t>
      </w:r>
      <w:proofErr w:type="spellEnd"/>
      <w:r w:rsidRPr="004464A8">
        <w:rPr>
          <w:rFonts w:cs="Times New Roman"/>
          <w:i/>
          <w:sz w:val="28"/>
          <w:szCs w:val="28"/>
        </w:rPr>
        <w:t xml:space="preserve">, </w:t>
      </w:r>
      <w:proofErr w:type="spellStart"/>
      <w:r w:rsidRPr="004464A8">
        <w:rPr>
          <w:rFonts w:cs="Times New Roman"/>
          <w:i/>
          <w:sz w:val="28"/>
          <w:szCs w:val="28"/>
        </w:rPr>
        <w:t>соціальні</w:t>
      </w:r>
      <w:proofErr w:type="spellEnd"/>
      <w:r w:rsidRPr="004464A8">
        <w:rPr>
          <w:rFonts w:cs="Times New Roman"/>
          <w:i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i/>
          <w:sz w:val="28"/>
          <w:szCs w:val="28"/>
        </w:rPr>
        <w:t>служби</w:t>
      </w:r>
      <w:proofErr w:type="spellEnd"/>
      <w:r w:rsidRPr="004464A8">
        <w:rPr>
          <w:rFonts w:cs="Times New Roman"/>
          <w:i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i/>
          <w:sz w:val="28"/>
          <w:szCs w:val="28"/>
        </w:rPr>
        <w:t>перевантажені</w:t>
      </w:r>
      <w:proofErr w:type="spellEnd"/>
      <w:r w:rsidRPr="004464A8">
        <w:rPr>
          <w:rFonts w:cs="Times New Roman"/>
          <w:i/>
          <w:sz w:val="28"/>
          <w:szCs w:val="28"/>
        </w:rPr>
        <w:t xml:space="preserve">, </w:t>
      </w:r>
      <w:proofErr w:type="spellStart"/>
      <w:r w:rsidRPr="004464A8">
        <w:rPr>
          <w:rFonts w:cs="Times New Roman"/>
          <w:i/>
          <w:sz w:val="28"/>
          <w:szCs w:val="28"/>
        </w:rPr>
        <w:t>частина</w:t>
      </w:r>
      <w:proofErr w:type="spellEnd"/>
      <w:r w:rsidRPr="004464A8">
        <w:rPr>
          <w:rFonts w:cs="Times New Roman"/>
          <w:i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i/>
          <w:sz w:val="28"/>
          <w:szCs w:val="28"/>
        </w:rPr>
        <w:t>закладів</w:t>
      </w:r>
      <w:proofErr w:type="spellEnd"/>
      <w:r w:rsidRPr="004464A8">
        <w:rPr>
          <w:rFonts w:cs="Times New Roman"/>
          <w:i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i/>
          <w:sz w:val="28"/>
          <w:szCs w:val="28"/>
        </w:rPr>
        <w:t>освіти</w:t>
      </w:r>
      <w:proofErr w:type="spellEnd"/>
      <w:r w:rsidRPr="004464A8">
        <w:rPr>
          <w:rFonts w:cs="Times New Roman"/>
          <w:i/>
          <w:sz w:val="28"/>
          <w:szCs w:val="28"/>
        </w:rPr>
        <w:t xml:space="preserve"> й </w:t>
      </w:r>
      <w:proofErr w:type="spellStart"/>
      <w:r w:rsidRPr="004464A8">
        <w:rPr>
          <w:rFonts w:cs="Times New Roman"/>
          <w:i/>
          <w:sz w:val="28"/>
          <w:szCs w:val="28"/>
        </w:rPr>
        <w:t>культури</w:t>
      </w:r>
      <w:proofErr w:type="spellEnd"/>
      <w:r w:rsidRPr="004464A8">
        <w:rPr>
          <w:rFonts w:cs="Times New Roman"/>
          <w:i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i/>
          <w:sz w:val="28"/>
          <w:szCs w:val="28"/>
        </w:rPr>
        <w:t>скорочується</w:t>
      </w:r>
      <w:proofErr w:type="spellEnd"/>
      <w:r w:rsidRPr="004464A8">
        <w:rPr>
          <w:rFonts w:cs="Times New Roman"/>
          <w:i/>
          <w:sz w:val="28"/>
          <w:szCs w:val="28"/>
        </w:rPr>
        <w:t xml:space="preserve">, </w:t>
      </w:r>
      <w:proofErr w:type="spellStart"/>
      <w:r w:rsidRPr="004464A8">
        <w:rPr>
          <w:rFonts w:cs="Times New Roman"/>
          <w:i/>
          <w:sz w:val="28"/>
          <w:szCs w:val="28"/>
        </w:rPr>
        <w:t>поширюється</w:t>
      </w:r>
      <w:proofErr w:type="spellEnd"/>
      <w:r w:rsidRPr="004464A8">
        <w:rPr>
          <w:rFonts w:cs="Times New Roman"/>
          <w:i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i/>
          <w:sz w:val="28"/>
          <w:szCs w:val="28"/>
        </w:rPr>
        <w:t>дезінформація</w:t>
      </w:r>
      <w:proofErr w:type="spellEnd"/>
      <w:r w:rsidRPr="004464A8">
        <w:rPr>
          <w:rFonts w:cs="Times New Roman"/>
          <w:i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i/>
          <w:sz w:val="28"/>
          <w:szCs w:val="28"/>
        </w:rPr>
        <w:t>та</w:t>
      </w:r>
      <w:proofErr w:type="spellEnd"/>
      <w:r w:rsidRPr="004464A8">
        <w:rPr>
          <w:rFonts w:cs="Times New Roman"/>
          <w:i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i/>
          <w:sz w:val="28"/>
          <w:szCs w:val="28"/>
        </w:rPr>
        <w:t>знижується</w:t>
      </w:r>
      <w:proofErr w:type="spellEnd"/>
      <w:r w:rsidRPr="004464A8">
        <w:rPr>
          <w:rFonts w:cs="Times New Roman"/>
          <w:i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i/>
          <w:sz w:val="28"/>
          <w:szCs w:val="28"/>
        </w:rPr>
        <w:t>довіра</w:t>
      </w:r>
      <w:proofErr w:type="spellEnd"/>
      <w:r w:rsidRPr="004464A8">
        <w:rPr>
          <w:rFonts w:cs="Times New Roman"/>
          <w:i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i/>
          <w:sz w:val="28"/>
          <w:szCs w:val="28"/>
        </w:rPr>
        <w:t>до</w:t>
      </w:r>
      <w:proofErr w:type="spellEnd"/>
      <w:r w:rsidRPr="004464A8">
        <w:rPr>
          <w:rFonts w:cs="Times New Roman"/>
          <w:i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i/>
          <w:sz w:val="28"/>
          <w:szCs w:val="28"/>
        </w:rPr>
        <w:t>органів</w:t>
      </w:r>
      <w:proofErr w:type="spellEnd"/>
      <w:r w:rsidRPr="004464A8">
        <w:rPr>
          <w:rFonts w:cs="Times New Roman"/>
          <w:i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i/>
          <w:sz w:val="28"/>
          <w:szCs w:val="28"/>
        </w:rPr>
        <w:t>влади</w:t>
      </w:r>
      <w:proofErr w:type="spellEnd"/>
      <w:r w:rsidRPr="004464A8">
        <w:rPr>
          <w:rFonts w:cs="Times New Roman"/>
          <w:i/>
          <w:sz w:val="28"/>
          <w:szCs w:val="28"/>
        </w:rPr>
        <w:t>.</w:t>
      </w:r>
    </w:p>
    <w:p w14:paraId="01C54065" w14:textId="77777777" w:rsidR="006267E1" w:rsidRPr="004464A8" w:rsidRDefault="006267E1" w:rsidP="004464A8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proofErr w:type="spellStart"/>
      <w:r w:rsidRPr="004464A8">
        <w:rPr>
          <w:rFonts w:cs="Times New Roman"/>
          <w:sz w:val="28"/>
          <w:szCs w:val="28"/>
        </w:rPr>
        <w:t>Питання</w:t>
      </w:r>
      <w:proofErr w:type="spellEnd"/>
      <w:r w:rsidRPr="004464A8">
        <w:rPr>
          <w:rFonts w:cs="Times New Roman"/>
          <w:sz w:val="28"/>
          <w:szCs w:val="28"/>
        </w:rPr>
        <w:t xml:space="preserve">: </w:t>
      </w:r>
      <w:proofErr w:type="spellStart"/>
      <w:r w:rsidRPr="004464A8">
        <w:rPr>
          <w:rFonts w:cs="Times New Roman"/>
          <w:sz w:val="28"/>
          <w:szCs w:val="28"/>
        </w:rPr>
        <w:t>це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набір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окремих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соціальних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проблем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чи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вже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проблема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безпеки</w:t>
      </w:r>
      <w:proofErr w:type="spellEnd"/>
      <w:r w:rsidRPr="004464A8">
        <w:rPr>
          <w:rFonts w:cs="Times New Roman"/>
          <w:sz w:val="28"/>
          <w:szCs w:val="28"/>
        </w:rPr>
        <w:t xml:space="preserve">? </w:t>
      </w:r>
      <w:proofErr w:type="spellStart"/>
      <w:r w:rsidRPr="004464A8">
        <w:rPr>
          <w:rFonts w:cs="Times New Roman"/>
          <w:sz w:val="28"/>
          <w:szCs w:val="28"/>
        </w:rPr>
        <w:t>Сформулюйте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відповідь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одним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реченням</w:t>
      </w:r>
      <w:proofErr w:type="spellEnd"/>
      <w:r w:rsidRPr="004464A8">
        <w:rPr>
          <w:rFonts w:cs="Times New Roman"/>
          <w:sz w:val="28"/>
          <w:szCs w:val="28"/>
        </w:rPr>
        <w:t xml:space="preserve"> і </w:t>
      </w:r>
      <w:proofErr w:type="spellStart"/>
      <w:r w:rsidRPr="004464A8">
        <w:rPr>
          <w:rFonts w:cs="Times New Roman"/>
          <w:sz w:val="28"/>
          <w:szCs w:val="28"/>
        </w:rPr>
        <w:t>коротко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поясніть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чому</w:t>
      </w:r>
      <w:proofErr w:type="spellEnd"/>
      <w:r w:rsidRPr="004464A8">
        <w:rPr>
          <w:rFonts w:cs="Times New Roman"/>
          <w:sz w:val="28"/>
          <w:szCs w:val="28"/>
        </w:rPr>
        <w:t>.</w:t>
      </w:r>
    </w:p>
    <w:p w14:paraId="63173F91" w14:textId="2729E65E" w:rsidR="007C351A" w:rsidRDefault="006267E1" w:rsidP="004464A8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4464A8">
        <w:rPr>
          <w:rFonts w:cs="Times New Roman"/>
          <w:b/>
          <w:sz w:val="28"/>
          <w:szCs w:val="28"/>
          <w:lang w:val="uk-UA"/>
        </w:rPr>
        <w:t xml:space="preserve">Завдання </w:t>
      </w:r>
      <w:r w:rsidR="00511A37" w:rsidRPr="004464A8">
        <w:rPr>
          <w:rFonts w:cs="Times New Roman"/>
          <w:b/>
          <w:sz w:val="28"/>
          <w:szCs w:val="28"/>
        </w:rPr>
        <w:t xml:space="preserve">3. </w:t>
      </w:r>
      <w:proofErr w:type="spellStart"/>
      <w:r w:rsidR="00511A37" w:rsidRPr="004464A8">
        <w:rPr>
          <w:rFonts w:cs="Times New Roman"/>
          <w:sz w:val="28"/>
          <w:szCs w:val="28"/>
        </w:rPr>
        <w:t>Для</w:t>
      </w:r>
      <w:proofErr w:type="spellEnd"/>
      <w:r w:rsidR="00511A37" w:rsidRPr="004464A8">
        <w:rPr>
          <w:rFonts w:cs="Times New Roman"/>
          <w:sz w:val="28"/>
          <w:szCs w:val="28"/>
        </w:rPr>
        <w:t xml:space="preserve"> </w:t>
      </w:r>
      <w:proofErr w:type="spellStart"/>
      <w:r w:rsidR="00511A37" w:rsidRPr="004464A8">
        <w:rPr>
          <w:rFonts w:cs="Times New Roman"/>
          <w:sz w:val="28"/>
          <w:szCs w:val="28"/>
        </w:rPr>
        <w:t>кожної</w:t>
      </w:r>
      <w:proofErr w:type="spellEnd"/>
      <w:r w:rsidR="00511A37" w:rsidRPr="004464A8">
        <w:rPr>
          <w:rFonts w:cs="Times New Roman"/>
          <w:sz w:val="28"/>
          <w:szCs w:val="28"/>
        </w:rPr>
        <w:t xml:space="preserve"> </w:t>
      </w:r>
      <w:proofErr w:type="spellStart"/>
      <w:r w:rsidR="00511A37" w:rsidRPr="004464A8">
        <w:rPr>
          <w:rFonts w:cs="Times New Roman"/>
          <w:sz w:val="28"/>
          <w:szCs w:val="28"/>
        </w:rPr>
        <w:t>ситуації</w:t>
      </w:r>
      <w:proofErr w:type="spellEnd"/>
      <w:r w:rsidR="00511A37" w:rsidRPr="004464A8">
        <w:rPr>
          <w:rFonts w:cs="Times New Roman"/>
          <w:sz w:val="28"/>
          <w:szCs w:val="28"/>
        </w:rPr>
        <w:t xml:space="preserve"> </w:t>
      </w:r>
      <w:proofErr w:type="spellStart"/>
      <w:r w:rsidR="00511A37" w:rsidRPr="004464A8">
        <w:rPr>
          <w:rFonts w:cs="Times New Roman"/>
          <w:sz w:val="28"/>
          <w:szCs w:val="28"/>
        </w:rPr>
        <w:t>визначте</w:t>
      </w:r>
      <w:proofErr w:type="spellEnd"/>
      <w:r w:rsidR="00511A37" w:rsidRPr="004464A8">
        <w:rPr>
          <w:rFonts w:cs="Times New Roman"/>
          <w:sz w:val="28"/>
          <w:szCs w:val="28"/>
        </w:rPr>
        <w:t xml:space="preserve"> </w:t>
      </w:r>
      <w:proofErr w:type="spellStart"/>
      <w:r w:rsidR="00511A37" w:rsidRPr="004464A8">
        <w:rPr>
          <w:rFonts w:cs="Times New Roman"/>
          <w:sz w:val="28"/>
          <w:szCs w:val="28"/>
        </w:rPr>
        <w:t>переважний</w:t>
      </w:r>
      <w:proofErr w:type="spellEnd"/>
      <w:r w:rsidR="00511A37" w:rsidRPr="004464A8">
        <w:rPr>
          <w:rFonts w:cs="Times New Roman"/>
          <w:sz w:val="28"/>
          <w:szCs w:val="28"/>
        </w:rPr>
        <w:t xml:space="preserve"> </w:t>
      </w:r>
      <w:proofErr w:type="spellStart"/>
      <w:r w:rsidR="00511A37" w:rsidRPr="004464A8">
        <w:rPr>
          <w:rFonts w:cs="Times New Roman"/>
          <w:sz w:val="28"/>
          <w:szCs w:val="28"/>
        </w:rPr>
        <w:t>вимір</w:t>
      </w:r>
      <w:proofErr w:type="spellEnd"/>
      <w:r w:rsidR="00511A37" w:rsidRPr="004464A8">
        <w:rPr>
          <w:rFonts w:cs="Times New Roman"/>
          <w:sz w:val="28"/>
          <w:szCs w:val="28"/>
        </w:rPr>
        <w:t xml:space="preserve">: С </w:t>
      </w:r>
      <w:r w:rsidRPr="004464A8">
        <w:rPr>
          <w:rFonts w:cs="Times New Roman"/>
          <w:sz w:val="28"/>
          <w:szCs w:val="28"/>
          <w:lang w:val="uk-UA"/>
        </w:rPr>
        <w:t>–</w:t>
      </w:r>
      <w:r w:rsidR="00511A37" w:rsidRPr="004464A8">
        <w:rPr>
          <w:rFonts w:cs="Times New Roman"/>
          <w:sz w:val="28"/>
          <w:szCs w:val="28"/>
        </w:rPr>
        <w:t xml:space="preserve"> </w:t>
      </w:r>
      <w:proofErr w:type="spellStart"/>
      <w:r w:rsidR="00511A37" w:rsidRPr="004464A8">
        <w:rPr>
          <w:rFonts w:cs="Times New Roman"/>
          <w:sz w:val="28"/>
          <w:szCs w:val="28"/>
        </w:rPr>
        <w:t>соціальний</w:t>
      </w:r>
      <w:proofErr w:type="spellEnd"/>
      <w:r w:rsidR="00511A37" w:rsidRPr="004464A8">
        <w:rPr>
          <w:rFonts w:cs="Times New Roman"/>
          <w:sz w:val="28"/>
          <w:szCs w:val="28"/>
        </w:rPr>
        <w:t xml:space="preserve">; Г </w:t>
      </w:r>
      <w:r w:rsidRPr="004464A8">
        <w:rPr>
          <w:rFonts w:cs="Times New Roman"/>
          <w:sz w:val="28"/>
          <w:szCs w:val="28"/>
          <w:lang w:val="uk-UA"/>
        </w:rPr>
        <w:t>–</w:t>
      </w:r>
      <w:r w:rsidR="00511A37" w:rsidRPr="004464A8">
        <w:rPr>
          <w:rFonts w:cs="Times New Roman"/>
          <w:sz w:val="28"/>
          <w:szCs w:val="28"/>
        </w:rPr>
        <w:t xml:space="preserve"> </w:t>
      </w:r>
      <w:proofErr w:type="spellStart"/>
      <w:r w:rsidR="00511A37" w:rsidRPr="004464A8">
        <w:rPr>
          <w:rFonts w:cs="Times New Roman"/>
          <w:sz w:val="28"/>
          <w:szCs w:val="28"/>
        </w:rPr>
        <w:t>гуманітарний</w:t>
      </w:r>
      <w:proofErr w:type="spellEnd"/>
      <w:r w:rsidR="00511A37" w:rsidRPr="004464A8">
        <w:rPr>
          <w:rFonts w:cs="Times New Roman"/>
          <w:sz w:val="28"/>
          <w:szCs w:val="28"/>
        </w:rPr>
        <w:t xml:space="preserve">; З </w:t>
      </w:r>
      <w:r w:rsidRPr="004464A8">
        <w:rPr>
          <w:rFonts w:cs="Times New Roman"/>
          <w:sz w:val="28"/>
          <w:szCs w:val="28"/>
          <w:lang w:val="uk-UA"/>
        </w:rPr>
        <w:t>–</w:t>
      </w:r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="00511A37" w:rsidRPr="004464A8">
        <w:rPr>
          <w:rFonts w:cs="Times New Roman"/>
          <w:sz w:val="28"/>
          <w:szCs w:val="28"/>
        </w:rPr>
        <w:t>змішаний</w:t>
      </w:r>
      <w:proofErr w:type="spellEnd"/>
      <w:r w:rsidR="00511A37" w:rsidRPr="004464A8">
        <w:rPr>
          <w:rFonts w:cs="Times New Roman"/>
          <w:sz w:val="28"/>
          <w:szCs w:val="28"/>
        </w:rPr>
        <w:t xml:space="preserve">. Будьте </w:t>
      </w:r>
      <w:proofErr w:type="spellStart"/>
      <w:r w:rsidR="00511A37" w:rsidRPr="004464A8">
        <w:rPr>
          <w:rFonts w:cs="Times New Roman"/>
          <w:sz w:val="28"/>
          <w:szCs w:val="28"/>
        </w:rPr>
        <w:t>готові</w:t>
      </w:r>
      <w:proofErr w:type="spellEnd"/>
      <w:r w:rsidR="00511A37" w:rsidRPr="004464A8">
        <w:rPr>
          <w:rFonts w:cs="Times New Roman"/>
          <w:sz w:val="28"/>
          <w:szCs w:val="28"/>
        </w:rPr>
        <w:t xml:space="preserve"> </w:t>
      </w:r>
      <w:proofErr w:type="spellStart"/>
      <w:r w:rsidR="00511A37" w:rsidRPr="004464A8">
        <w:rPr>
          <w:rFonts w:cs="Times New Roman"/>
          <w:sz w:val="28"/>
          <w:szCs w:val="28"/>
        </w:rPr>
        <w:t>коротко</w:t>
      </w:r>
      <w:proofErr w:type="spellEnd"/>
      <w:r w:rsidR="00511A37" w:rsidRPr="004464A8">
        <w:rPr>
          <w:rFonts w:cs="Times New Roman"/>
          <w:sz w:val="28"/>
          <w:szCs w:val="28"/>
        </w:rPr>
        <w:t xml:space="preserve"> </w:t>
      </w:r>
      <w:proofErr w:type="spellStart"/>
      <w:r w:rsidR="00511A37" w:rsidRPr="004464A8">
        <w:rPr>
          <w:rFonts w:cs="Times New Roman"/>
          <w:sz w:val="28"/>
          <w:szCs w:val="28"/>
        </w:rPr>
        <w:t>обґрунтувати</w:t>
      </w:r>
      <w:proofErr w:type="spellEnd"/>
      <w:r w:rsidR="00511A37" w:rsidRPr="004464A8">
        <w:rPr>
          <w:rFonts w:cs="Times New Roman"/>
          <w:sz w:val="28"/>
          <w:szCs w:val="28"/>
        </w:rPr>
        <w:t xml:space="preserve"> </w:t>
      </w:r>
      <w:proofErr w:type="spellStart"/>
      <w:r w:rsidR="00511A37" w:rsidRPr="004464A8">
        <w:rPr>
          <w:rFonts w:cs="Times New Roman"/>
          <w:sz w:val="28"/>
          <w:szCs w:val="28"/>
        </w:rPr>
        <w:t>відповідь</w:t>
      </w:r>
      <w:proofErr w:type="spellEnd"/>
      <w:r w:rsidR="00511A37" w:rsidRPr="004464A8">
        <w:rPr>
          <w:rFonts w:cs="Times New Roman"/>
          <w:sz w:val="28"/>
          <w:szCs w:val="28"/>
        </w:rPr>
        <w:t>.</w:t>
      </w:r>
    </w:p>
    <w:tbl>
      <w:tblPr>
        <w:tblStyle w:val="aff2"/>
        <w:tblW w:w="10314" w:type="dxa"/>
        <w:tblLook w:val="04A0" w:firstRow="1" w:lastRow="0" w:firstColumn="1" w:lastColumn="0" w:noHBand="0" w:noVBand="1"/>
      </w:tblPr>
      <w:tblGrid>
        <w:gridCol w:w="458"/>
        <w:gridCol w:w="4753"/>
        <w:gridCol w:w="1134"/>
        <w:gridCol w:w="3969"/>
      </w:tblGrid>
      <w:tr w:rsidR="004464A8" w:rsidRPr="004464A8" w14:paraId="51734970" w14:textId="77777777" w:rsidTr="004464A8">
        <w:tc>
          <w:tcPr>
            <w:tcW w:w="458" w:type="dxa"/>
          </w:tcPr>
          <w:p w14:paraId="4F21FBA7" w14:textId="3AA53D8E" w:rsidR="004464A8" w:rsidRPr="004464A8" w:rsidRDefault="004464A8" w:rsidP="004464A8">
            <w:pPr>
              <w:jc w:val="center"/>
              <w:rPr>
                <w:rFonts w:cs="Times New Roman"/>
                <w:b/>
                <w:szCs w:val="24"/>
              </w:rPr>
            </w:pPr>
            <w:r w:rsidRPr="004464A8">
              <w:rPr>
                <w:rFonts w:cs="Times New Roman"/>
                <w:b/>
                <w:szCs w:val="24"/>
              </w:rPr>
              <w:lastRenderedPageBreak/>
              <w:t>№</w:t>
            </w:r>
          </w:p>
        </w:tc>
        <w:tc>
          <w:tcPr>
            <w:tcW w:w="4753" w:type="dxa"/>
          </w:tcPr>
          <w:p w14:paraId="65C00B62" w14:textId="70374241" w:rsidR="004464A8" w:rsidRPr="004464A8" w:rsidRDefault="004464A8" w:rsidP="004464A8">
            <w:pPr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4464A8">
              <w:rPr>
                <w:rFonts w:cs="Times New Roman"/>
                <w:b/>
                <w:szCs w:val="24"/>
              </w:rPr>
              <w:t>Ситуація</w:t>
            </w:r>
            <w:proofErr w:type="spellEnd"/>
          </w:p>
        </w:tc>
        <w:tc>
          <w:tcPr>
            <w:tcW w:w="1134" w:type="dxa"/>
          </w:tcPr>
          <w:p w14:paraId="1381A704" w14:textId="12F5B75E" w:rsidR="004464A8" w:rsidRPr="004464A8" w:rsidRDefault="004464A8" w:rsidP="004464A8">
            <w:pPr>
              <w:jc w:val="center"/>
              <w:rPr>
                <w:rFonts w:cs="Times New Roman"/>
                <w:b/>
                <w:szCs w:val="24"/>
              </w:rPr>
            </w:pPr>
            <w:r w:rsidRPr="004464A8">
              <w:rPr>
                <w:rFonts w:cs="Times New Roman"/>
                <w:b/>
                <w:szCs w:val="24"/>
              </w:rPr>
              <w:t>С / Г / З</w:t>
            </w:r>
          </w:p>
        </w:tc>
        <w:tc>
          <w:tcPr>
            <w:tcW w:w="3969" w:type="dxa"/>
          </w:tcPr>
          <w:p w14:paraId="6FF0F3F4" w14:textId="77885F72" w:rsidR="004464A8" w:rsidRPr="004464A8" w:rsidRDefault="004464A8" w:rsidP="004464A8">
            <w:pPr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4464A8">
              <w:rPr>
                <w:rFonts w:cs="Times New Roman"/>
                <w:b/>
                <w:szCs w:val="24"/>
              </w:rPr>
              <w:t>Коротке</w:t>
            </w:r>
            <w:proofErr w:type="spellEnd"/>
            <w:r w:rsidRPr="004464A8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b/>
                <w:szCs w:val="24"/>
              </w:rPr>
              <w:t>обґрунтування</w:t>
            </w:r>
            <w:proofErr w:type="spellEnd"/>
          </w:p>
        </w:tc>
      </w:tr>
      <w:tr w:rsidR="004464A8" w:rsidRPr="004464A8" w14:paraId="4FC6090F" w14:textId="77777777" w:rsidTr="004464A8">
        <w:tc>
          <w:tcPr>
            <w:tcW w:w="458" w:type="dxa"/>
          </w:tcPr>
          <w:p w14:paraId="6D10009C" w14:textId="45C29180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  <w:r w:rsidRPr="004464A8">
              <w:rPr>
                <w:rFonts w:cs="Times New Roman"/>
                <w:szCs w:val="24"/>
              </w:rPr>
              <w:t>1</w:t>
            </w:r>
          </w:p>
        </w:tc>
        <w:tc>
          <w:tcPr>
            <w:tcW w:w="4753" w:type="dxa"/>
          </w:tcPr>
          <w:p w14:paraId="19F44860" w14:textId="5454A35B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  <w:r w:rsidRPr="004464A8">
              <w:rPr>
                <w:rFonts w:cs="Times New Roman"/>
                <w:szCs w:val="24"/>
              </w:rPr>
              <w:t xml:space="preserve">У </w:t>
            </w:r>
            <w:proofErr w:type="spellStart"/>
            <w:r w:rsidRPr="004464A8">
              <w:rPr>
                <w:rFonts w:cs="Times New Roman"/>
                <w:szCs w:val="24"/>
              </w:rPr>
              <w:t>громаді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закрито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підприємство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, 450 </w:t>
            </w:r>
            <w:proofErr w:type="spellStart"/>
            <w:r w:rsidRPr="004464A8">
              <w:rPr>
                <w:rFonts w:cs="Times New Roman"/>
                <w:szCs w:val="24"/>
              </w:rPr>
              <w:t>людей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втратили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роботу</w:t>
            </w:r>
            <w:proofErr w:type="spellEnd"/>
            <w:r w:rsidRPr="004464A8">
              <w:rPr>
                <w:rFonts w:cs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4B894D56" w14:textId="77777777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</w:tcPr>
          <w:p w14:paraId="6D68BA80" w14:textId="77777777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4464A8" w:rsidRPr="004464A8" w14:paraId="652B3166" w14:textId="77777777" w:rsidTr="004464A8">
        <w:tc>
          <w:tcPr>
            <w:tcW w:w="458" w:type="dxa"/>
          </w:tcPr>
          <w:p w14:paraId="385E6BFD" w14:textId="4E0BBB51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  <w:r w:rsidRPr="004464A8">
              <w:rPr>
                <w:rFonts w:cs="Times New Roman"/>
                <w:szCs w:val="24"/>
              </w:rPr>
              <w:t>2</w:t>
            </w:r>
          </w:p>
        </w:tc>
        <w:tc>
          <w:tcPr>
            <w:tcW w:w="4753" w:type="dxa"/>
          </w:tcPr>
          <w:p w14:paraId="19618DD9" w14:textId="331DE36D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4464A8">
              <w:rPr>
                <w:rFonts w:cs="Times New Roman"/>
                <w:szCs w:val="24"/>
              </w:rPr>
              <w:t>Через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тривале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дистанційне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навчання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школярі </w:t>
            </w:r>
            <w:proofErr w:type="spellStart"/>
            <w:r w:rsidRPr="004464A8">
              <w:rPr>
                <w:rFonts w:cs="Times New Roman"/>
                <w:szCs w:val="24"/>
              </w:rPr>
              <w:t>мають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значні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освітні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втрати</w:t>
            </w:r>
            <w:proofErr w:type="spellEnd"/>
            <w:r w:rsidRPr="004464A8">
              <w:rPr>
                <w:rFonts w:cs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4E8B7581" w14:textId="77777777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</w:tcPr>
          <w:p w14:paraId="5727AE21" w14:textId="77777777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4464A8" w:rsidRPr="004464A8" w14:paraId="0520D67F" w14:textId="77777777" w:rsidTr="004464A8">
        <w:tc>
          <w:tcPr>
            <w:tcW w:w="458" w:type="dxa"/>
          </w:tcPr>
          <w:p w14:paraId="203AB580" w14:textId="1CAA8DA3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  <w:r w:rsidRPr="004464A8">
              <w:rPr>
                <w:rFonts w:cs="Times New Roman"/>
                <w:szCs w:val="24"/>
              </w:rPr>
              <w:t>3</w:t>
            </w:r>
          </w:p>
        </w:tc>
        <w:tc>
          <w:tcPr>
            <w:tcW w:w="4753" w:type="dxa"/>
          </w:tcPr>
          <w:p w14:paraId="0751B5DD" w14:textId="5608732A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4464A8">
              <w:rPr>
                <w:rFonts w:cs="Times New Roman"/>
                <w:szCs w:val="24"/>
              </w:rPr>
              <w:t>Літнім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жителям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віддалених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сіл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складно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отримати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соціальні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послуги</w:t>
            </w:r>
            <w:proofErr w:type="spellEnd"/>
            <w:r w:rsidRPr="004464A8">
              <w:rPr>
                <w:rFonts w:cs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64BA81E6" w14:textId="77777777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</w:tcPr>
          <w:p w14:paraId="6216519C" w14:textId="77777777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4464A8" w:rsidRPr="004464A8" w14:paraId="19ED9DBE" w14:textId="77777777" w:rsidTr="004464A8">
        <w:tc>
          <w:tcPr>
            <w:tcW w:w="458" w:type="dxa"/>
          </w:tcPr>
          <w:p w14:paraId="4520F3C9" w14:textId="1D370101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  <w:r w:rsidRPr="004464A8">
              <w:rPr>
                <w:rFonts w:cs="Times New Roman"/>
                <w:szCs w:val="24"/>
              </w:rPr>
              <w:t>4</w:t>
            </w:r>
          </w:p>
        </w:tc>
        <w:tc>
          <w:tcPr>
            <w:tcW w:w="4753" w:type="dxa"/>
          </w:tcPr>
          <w:p w14:paraId="1C354AE0" w14:textId="622E48AC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4464A8">
              <w:rPr>
                <w:rFonts w:cs="Times New Roman"/>
                <w:szCs w:val="24"/>
              </w:rPr>
              <w:t>Молоді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фахівці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масово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виїжджають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через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відсутність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професійних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перспектив</w:t>
            </w:r>
            <w:proofErr w:type="spellEnd"/>
            <w:r w:rsidRPr="004464A8">
              <w:rPr>
                <w:rFonts w:cs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43863995" w14:textId="77777777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</w:tcPr>
          <w:p w14:paraId="0F5BEA8A" w14:textId="77777777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4464A8" w:rsidRPr="004464A8" w14:paraId="2F18CCB6" w14:textId="77777777" w:rsidTr="004464A8">
        <w:tc>
          <w:tcPr>
            <w:tcW w:w="458" w:type="dxa"/>
          </w:tcPr>
          <w:p w14:paraId="6C5AA08C" w14:textId="24A6C900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  <w:r w:rsidRPr="004464A8">
              <w:rPr>
                <w:rFonts w:cs="Times New Roman"/>
                <w:szCs w:val="24"/>
              </w:rPr>
              <w:t>5</w:t>
            </w:r>
          </w:p>
        </w:tc>
        <w:tc>
          <w:tcPr>
            <w:tcW w:w="4753" w:type="dxa"/>
          </w:tcPr>
          <w:p w14:paraId="6BCE0EEC" w14:textId="2D79C8A9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4464A8">
              <w:rPr>
                <w:rFonts w:cs="Times New Roman"/>
                <w:szCs w:val="24"/>
              </w:rPr>
              <w:t>Неправдива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інформація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провокує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недовіру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між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групами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населення</w:t>
            </w:r>
            <w:proofErr w:type="spellEnd"/>
            <w:r w:rsidRPr="004464A8">
              <w:rPr>
                <w:rFonts w:cs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5B1F5B82" w14:textId="77777777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</w:tcPr>
          <w:p w14:paraId="5D067A18" w14:textId="77777777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4464A8" w:rsidRPr="004464A8" w14:paraId="3CFFEF3D" w14:textId="77777777" w:rsidTr="004464A8">
        <w:tc>
          <w:tcPr>
            <w:tcW w:w="458" w:type="dxa"/>
          </w:tcPr>
          <w:p w14:paraId="3A464714" w14:textId="3413D60F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  <w:r w:rsidRPr="004464A8">
              <w:rPr>
                <w:rFonts w:cs="Times New Roman"/>
                <w:szCs w:val="24"/>
              </w:rPr>
              <w:t>6</w:t>
            </w:r>
          </w:p>
        </w:tc>
        <w:tc>
          <w:tcPr>
            <w:tcW w:w="4753" w:type="dxa"/>
          </w:tcPr>
          <w:p w14:paraId="3521938C" w14:textId="7807CF0B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4464A8">
              <w:rPr>
                <w:rFonts w:cs="Times New Roman"/>
                <w:szCs w:val="24"/>
              </w:rPr>
              <w:t>Пошкоджено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музей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та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об’єкти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культурної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спадщини</w:t>
            </w:r>
            <w:proofErr w:type="spellEnd"/>
            <w:r w:rsidRPr="004464A8">
              <w:rPr>
                <w:rFonts w:cs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64262E0F" w14:textId="77777777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</w:tcPr>
          <w:p w14:paraId="27C1EB3D" w14:textId="77777777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4464A8" w:rsidRPr="004464A8" w14:paraId="3CBE3441" w14:textId="77777777" w:rsidTr="004464A8">
        <w:tc>
          <w:tcPr>
            <w:tcW w:w="458" w:type="dxa"/>
          </w:tcPr>
          <w:p w14:paraId="69D83931" w14:textId="5E9ED1C7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  <w:r w:rsidRPr="004464A8">
              <w:rPr>
                <w:rFonts w:cs="Times New Roman"/>
                <w:szCs w:val="24"/>
              </w:rPr>
              <w:t>7</w:t>
            </w:r>
          </w:p>
        </w:tc>
        <w:tc>
          <w:tcPr>
            <w:tcW w:w="4753" w:type="dxa"/>
          </w:tcPr>
          <w:p w14:paraId="2716F3AE" w14:textId="0DE2B801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4464A8">
              <w:rPr>
                <w:rFonts w:cs="Times New Roman"/>
                <w:szCs w:val="24"/>
              </w:rPr>
              <w:t>Через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низький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дохід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сім’я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не може забезпечити </w:t>
            </w:r>
            <w:proofErr w:type="spellStart"/>
            <w:r w:rsidRPr="004464A8">
              <w:rPr>
                <w:rFonts w:cs="Times New Roman"/>
                <w:szCs w:val="24"/>
              </w:rPr>
              <w:t>дитині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стабільне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цифрове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навчання</w:t>
            </w:r>
            <w:proofErr w:type="spellEnd"/>
            <w:r w:rsidRPr="004464A8">
              <w:rPr>
                <w:rFonts w:cs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368F1CC0" w14:textId="77777777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</w:tcPr>
          <w:p w14:paraId="2B4EB09E" w14:textId="77777777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4464A8" w:rsidRPr="004464A8" w14:paraId="6D5A4470" w14:textId="77777777" w:rsidTr="004464A8">
        <w:tc>
          <w:tcPr>
            <w:tcW w:w="458" w:type="dxa"/>
          </w:tcPr>
          <w:p w14:paraId="36625E26" w14:textId="3B006942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  <w:r w:rsidRPr="004464A8">
              <w:rPr>
                <w:rFonts w:cs="Times New Roman"/>
                <w:szCs w:val="24"/>
              </w:rPr>
              <w:t>8</w:t>
            </w:r>
          </w:p>
        </w:tc>
        <w:tc>
          <w:tcPr>
            <w:tcW w:w="4753" w:type="dxa"/>
          </w:tcPr>
          <w:p w14:paraId="76C29E76" w14:textId="19D2EA76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4464A8">
              <w:rPr>
                <w:rFonts w:cs="Times New Roman"/>
                <w:szCs w:val="24"/>
              </w:rPr>
              <w:t>Одночасно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зростає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безробіття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4464A8">
              <w:rPr>
                <w:rFonts w:cs="Times New Roman"/>
                <w:szCs w:val="24"/>
              </w:rPr>
              <w:t>скорочується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молодь і </w:t>
            </w:r>
            <w:proofErr w:type="spellStart"/>
            <w:r w:rsidRPr="004464A8">
              <w:rPr>
                <w:rFonts w:cs="Times New Roman"/>
                <w:szCs w:val="24"/>
              </w:rPr>
              <w:t>закриваються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культурні</w:t>
            </w:r>
            <w:proofErr w:type="spellEnd"/>
            <w:r w:rsidRPr="004464A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64A8">
              <w:rPr>
                <w:rFonts w:cs="Times New Roman"/>
                <w:szCs w:val="24"/>
              </w:rPr>
              <w:t>осередки</w:t>
            </w:r>
            <w:proofErr w:type="spellEnd"/>
            <w:r w:rsidRPr="004464A8">
              <w:rPr>
                <w:rFonts w:cs="Times New Roman"/>
                <w:szCs w:val="24"/>
              </w:rPr>
              <w:t>.</w:t>
            </w:r>
          </w:p>
        </w:tc>
        <w:tc>
          <w:tcPr>
            <w:tcW w:w="1134" w:type="dxa"/>
          </w:tcPr>
          <w:p w14:paraId="2345F9B9" w14:textId="77777777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969" w:type="dxa"/>
          </w:tcPr>
          <w:p w14:paraId="4E89F490" w14:textId="77777777" w:rsidR="004464A8" w:rsidRPr="004464A8" w:rsidRDefault="004464A8" w:rsidP="004464A8">
            <w:pPr>
              <w:jc w:val="both"/>
              <w:rPr>
                <w:rFonts w:cs="Times New Roman"/>
                <w:szCs w:val="24"/>
              </w:rPr>
            </w:pPr>
          </w:p>
        </w:tc>
      </w:tr>
    </w:tbl>
    <w:p w14:paraId="347EDF3C" w14:textId="77777777" w:rsidR="004464A8" w:rsidRDefault="004464A8" w:rsidP="004464A8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48475D05" w14:textId="348D86F3" w:rsidR="007C351A" w:rsidRPr="00511A37" w:rsidRDefault="006267E1" w:rsidP="004464A8">
      <w:pPr>
        <w:tabs>
          <w:tab w:val="left" w:pos="993"/>
        </w:tabs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511A37">
        <w:rPr>
          <w:rFonts w:cs="Times New Roman"/>
          <w:b/>
          <w:sz w:val="28"/>
          <w:szCs w:val="28"/>
          <w:lang w:val="uk-UA"/>
        </w:rPr>
        <w:t xml:space="preserve">Завдання </w:t>
      </w:r>
      <w:r w:rsidR="00511A37" w:rsidRPr="00511A37">
        <w:rPr>
          <w:rFonts w:cs="Times New Roman"/>
          <w:b/>
          <w:sz w:val="28"/>
          <w:szCs w:val="28"/>
        </w:rPr>
        <w:t xml:space="preserve">4. </w:t>
      </w:r>
      <w:r w:rsidRPr="00511A37">
        <w:rPr>
          <w:rFonts w:cs="Times New Roman"/>
          <w:b/>
          <w:sz w:val="28"/>
          <w:szCs w:val="28"/>
          <w:lang w:val="uk-UA"/>
        </w:rPr>
        <w:t>К</w:t>
      </w:r>
      <w:proofErr w:type="spellStart"/>
      <w:r w:rsidR="00511A37" w:rsidRPr="00511A37">
        <w:rPr>
          <w:rFonts w:cs="Times New Roman"/>
          <w:b/>
          <w:sz w:val="28"/>
          <w:szCs w:val="28"/>
        </w:rPr>
        <w:t>ейс</w:t>
      </w:r>
      <w:proofErr w:type="spellEnd"/>
      <w:r w:rsidR="00511A37" w:rsidRPr="00511A37">
        <w:rPr>
          <w:rFonts w:cs="Times New Roman"/>
          <w:b/>
          <w:sz w:val="28"/>
          <w:szCs w:val="28"/>
        </w:rPr>
        <w:t xml:space="preserve"> «</w:t>
      </w:r>
      <w:proofErr w:type="spellStart"/>
      <w:r w:rsidR="00511A37" w:rsidRPr="00511A37">
        <w:rPr>
          <w:rFonts w:cs="Times New Roman"/>
          <w:b/>
          <w:sz w:val="28"/>
          <w:szCs w:val="28"/>
        </w:rPr>
        <w:t>Громада</w:t>
      </w:r>
      <w:proofErr w:type="spellEnd"/>
      <w:r w:rsidR="00511A37" w:rsidRPr="00511A37">
        <w:rPr>
          <w:rFonts w:cs="Times New Roman"/>
          <w:b/>
          <w:sz w:val="28"/>
          <w:szCs w:val="28"/>
        </w:rPr>
        <w:t xml:space="preserve"> </w:t>
      </w:r>
      <w:proofErr w:type="spellStart"/>
      <w:r w:rsidR="00511A37" w:rsidRPr="00511A37">
        <w:rPr>
          <w:rFonts w:cs="Times New Roman"/>
          <w:b/>
          <w:sz w:val="28"/>
          <w:szCs w:val="28"/>
        </w:rPr>
        <w:t>під</w:t>
      </w:r>
      <w:proofErr w:type="spellEnd"/>
      <w:r w:rsidR="00511A37" w:rsidRPr="00511A37">
        <w:rPr>
          <w:rFonts w:cs="Times New Roman"/>
          <w:b/>
          <w:sz w:val="28"/>
          <w:szCs w:val="28"/>
        </w:rPr>
        <w:t xml:space="preserve"> </w:t>
      </w:r>
      <w:proofErr w:type="spellStart"/>
      <w:r w:rsidR="00511A37" w:rsidRPr="00511A37">
        <w:rPr>
          <w:rFonts w:cs="Times New Roman"/>
          <w:b/>
          <w:sz w:val="28"/>
          <w:szCs w:val="28"/>
        </w:rPr>
        <w:t>тиском</w:t>
      </w:r>
      <w:proofErr w:type="spellEnd"/>
      <w:r w:rsidR="00511A37" w:rsidRPr="00511A37">
        <w:rPr>
          <w:rFonts w:cs="Times New Roman"/>
          <w:b/>
          <w:sz w:val="28"/>
          <w:szCs w:val="28"/>
        </w:rPr>
        <w:t xml:space="preserve">» </w:t>
      </w:r>
    </w:p>
    <w:p w14:paraId="07D368A3" w14:textId="77777777" w:rsidR="00511A37" w:rsidRPr="00511A37" w:rsidRDefault="00511A37" w:rsidP="00511A37">
      <w:pPr>
        <w:spacing w:after="0" w:line="240" w:lineRule="auto"/>
        <w:ind w:firstLine="709"/>
        <w:jc w:val="both"/>
        <w:rPr>
          <w:rFonts w:cs="Times New Roman"/>
          <w:i/>
          <w:sz w:val="28"/>
          <w:szCs w:val="28"/>
        </w:rPr>
      </w:pPr>
      <w:r w:rsidRPr="00511A37">
        <w:rPr>
          <w:rFonts w:cs="Times New Roman"/>
          <w:i/>
          <w:sz w:val="28"/>
          <w:szCs w:val="28"/>
        </w:rPr>
        <w:t xml:space="preserve">У </w:t>
      </w:r>
      <w:proofErr w:type="spellStart"/>
      <w:r w:rsidRPr="00511A37">
        <w:rPr>
          <w:rFonts w:cs="Times New Roman"/>
          <w:i/>
          <w:sz w:val="28"/>
          <w:szCs w:val="28"/>
        </w:rPr>
        <w:t>громаді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проживає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близько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28 </w:t>
      </w:r>
      <w:proofErr w:type="spellStart"/>
      <w:r w:rsidRPr="00511A37">
        <w:rPr>
          <w:rFonts w:cs="Times New Roman"/>
          <w:i/>
          <w:sz w:val="28"/>
          <w:szCs w:val="28"/>
        </w:rPr>
        <w:t>тис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. </w:t>
      </w:r>
      <w:proofErr w:type="spellStart"/>
      <w:r w:rsidRPr="00511A37">
        <w:rPr>
          <w:rFonts w:cs="Times New Roman"/>
          <w:i/>
          <w:sz w:val="28"/>
          <w:szCs w:val="28"/>
        </w:rPr>
        <w:t>осіб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. </w:t>
      </w:r>
      <w:proofErr w:type="spellStart"/>
      <w:r w:rsidRPr="00511A37">
        <w:rPr>
          <w:rFonts w:cs="Times New Roman"/>
          <w:i/>
          <w:sz w:val="28"/>
          <w:szCs w:val="28"/>
        </w:rPr>
        <w:t>Найбільше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промислове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підприємство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, </w:t>
      </w:r>
      <w:proofErr w:type="spellStart"/>
      <w:r w:rsidRPr="00511A37">
        <w:rPr>
          <w:rFonts w:cs="Times New Roman"/>
          <w:i/>
          <w:sz w:val="28"/>
          <w:szCs w:val="28"/>
        </w:rPr>
        <w:t>де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працювали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приблизно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600 </w:t>
      </w:r>
      <w:proofErr w:type="spellStart"/>
      <w:r w:rsidRPr="00511A37">
        <w:rPr>
          <w:rFonts w:cs="Times New Roman"/>
          <w:i/>
          <w:sz w:val="28"/>
          <w:szCs w:val="28"/>
        </w:rPr>
        <w:t>жителів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, </w:t>
      </w:r>
      <w:proofErr w:type="spellStart"/>
      <w:r w:rsidRPr="00511A37">
        <w:rPr>
          <w:rFonts w:cs="Times New Roman"/>
          <w:i/>
          <w:sz w:val="28"/>
          <w:szCs w:val="28"/>
        </w:rPr>
        <w:t>припинило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діяльність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. </w:t>
      </w:r>
      <w:proofErr w:type="spellStart"/>
      <w:r w:rsidRPr="00511A37">
        <w:rPr>
          <w:rFonts w:cs="Times New Roman"/>
          <w:i/>
          <w:sz w:val="28"/>
          <w:szCs w:val="28"/>
        </w:rPr>
        <w:t>Частина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працівників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залишилася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без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роботи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. </w:t>
      </w:r>
      <w:proofErr w:type="spellStart"/>
      <w:r w:rsidRPr="00511A37">
        <w:rPr>
          <w:rFonts w:cs="Times New Roman"/>
          <w:i/>
          <w:sz w:val="28"/>
          <w:szCs w:val="28"/>
        </w:rPr>
        <w:t>Молоді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сім’ї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почали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розглядати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переїзд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. У </w:t>
      </w:r>
      <w:proofErr w:type="spellStart"/>
      <w:r w:rsidRPr="00511A37">
        <w:rPr>
          <w:rFonts w:cs="Times New Roman"/>
          <w:i/>
          <w:sz w:val="28"/>
          <w:szCs w:val="28"/>
        </w:rPr>
        <w:t>громаді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вже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є </w:t>
      </w:r>
      <w:proofErr w:type="spellStart"/>
      <w:r w:rsidRPr="00511A37">
        <w:rPr>
          <w:rFonts w:cs="Times New Roman"/>
          <w:i/>
          <w:sz w:val="28"/>
          <w:szCs w:val="28"/>
        </w:rPr>
        <w:t>дефіцит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медичних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і </w:t>
      </w:r>
      <w:proofErr w:type="spellStart"/>
      <w:r w:rsidRPr="00511A37">
        <w:rPr>
          <w:rFonts w:cs="Times New Roman"/>
          <w:i/>
          <w:sz w:val="28"/>
          <w:szCs w:val="28"/>
        </w:rPr>
        <w:t>педагогічних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працівників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. </w:t>
      </w:r>
      <w:proofErr w:type="spellStart"/>
      <w:r w:rsidRPr="00511A37">
        <w:rPr>
          <w:rFonts w:cs="Times New Roman"/>
          <w:i/>
          <w:sz w:val="28"/>
          <w:szCs w:val="28"/>
        </w:rPr>
        <w:t>Через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зменшення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кількості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дітей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обговорюється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реорганізація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однієї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зі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шкіл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. </w:t>
      </w:r>
      <w:proofErr w:type="spellStart"/>
      <w:r w:rsidRPr="00511A37">
        <w:rPr>
          <w:rFonts w:cs="Times New Roman"/>
          <w:i/>
          <w:sz w:val="28"/>
          <w:szCs w:val="28"/>
        </w:rPr>
        <w:t>Одночасно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громада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прийняла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внутрішньо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переміщених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осіб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, </w:t>
      </w:r>
      <w:proofErr w:type="spellStart"/>
      <w:r w:rsidRPr="00511A37">
        <w:rPr>
          <w:rFonts w:cs="Times New Roman"/>
          <w:i/>
          <w:sz w:val="28"/>
          <w:szCs w:val="28"/>
        </w:rPr>
        <w:t>що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збільшило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навантаження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на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житло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та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соціальні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послуги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. У </w:t>
      </w:r>
      <w:proofErr w:type="spellStart"/>
      <w:r w:rsidRPr="00511A37">
        <w:rPr>
          <w:rFonts w:cs="Times New Roman"/>
          <w:i/>
          <w:sz w:val="28"/>
          <w:szCs w:val="28"/>
        </w:rPr>
        <w:t>соціальних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мережах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поширюються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повідомлення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, </w:t>
      </w:r>
      <w:proofErr w:type="spellStart"/>
      <w:r w:rsidRPr="00511A37">
        <w:rPr>
          <w:rFonts w:cs="Times New Roman"/>
          <w:i/>
          <w:sz w:val="28"/>
          <w:szCs w:val="28"/>
        </w:rPr>
        <w:t>які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звинувачують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ВПО у </w:t>
      </w:r>
      <w:proofErr w:type="spellStart"/>
      <w:r w:rsidRPr="00511A37">
        <w:rPr>
          <w:rFonts w:cs="Times New Roman"/>
          <w:i/>
          <w:sz w:val="28"/>
          <w:szCs w:val="28"/>
        </w:rPr>
        <w:t>погіршенні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доступу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до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послуг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. </w:t>
      </w:r>
      <w:proofErr w:type="spellStart"/>
      <w:r w:rsidRPr="00511A37">
        <w:rPr>
          <w:rFonts w:cs="Times New Roman"/>
          <w:i/>
          <w:sz w:val="28"/>
          <w:szCs w:val="28"/>
        </w:rPr>
        <w:t>Напруженість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між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окремими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групами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жителів</w:t>
      </w:r>
      <w:proofErr w:type="spellEnd"/>
      <w:r w:rsidRPr="00511A37">
        <w:rPr>
          <w:rFonts w:cs="Times New Roman"/>
          <w:i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/>
          <w:sz w:val="28"/>
          <w:szCs w:val="28"/>
        </w:rPr>
        <w:t>зростає</w:t>
      </w:r>
      <w:proofErr w:type="spellEnd"/>
      <w:r w:rsidRPr="00511A37">
        <w:rPr>
          <w:rFonts w:cs="Times New Roman"/>
          <w:i/>
          <w:sz w:val="28"/>
          <w:szCs w:val="28"/>
        </w:rPr>
        <w:t>.</w:t>
      </w:r>
    </w:p>
    <w:p w14:paraId="5461E8D7" w14:textId="77777777" w:rsidR="00511A37" w:rsidRPr="00511A37" w:rsidRDefault="00511A37" w:rsidP="00511A37">
      <w:pPr>
        <w:spacing w:after="0" w:line="240" w:lineRule="auto"/>
        <w:ind w:firstLine="709"/>
        <w:jc w:val="both"/>
        <w:rPr>
          <w:rFonts w:cs="Times New Roman"/>
          <w:iCs/>
          <w:sz w:val="28"/>
          <w:szCs w:val="28"/>
        </w:rPr>
      </w:pPr>
      <w:proofErr w:type="spellStart"/>
      <w:r w:rsidRPr="00511A37">
        <w:rPr>
          <w:rFonts w:cs="Times New Roman"/>
          <w:b/>
          <w:iCs/>
          <w:sz w:val="28"/>
          <w:szCs w:val="28"/>
        </w:rPr>
        <w:t>Частина</w:t>
      </w:r>
      <w:proofErr w:type="spellEnd"/>
      <w:r w:rsidRPr="00511A37">
        <w:rPr>
          <w:rFonts w:cs="Times New Roman"/>
          <w:b/>
          <w:iCs/>
          <w:sz w:val="28"/>
          <w:szCs w:val="28"/>
        </w:rPr>
        <w:t xml:space="preserve"> 1. </w:t>
      </w:r>
      <w:proofErr w:type="spellStart"/>
      <w:r w:rsidRPr="00511A37">
        <w:rPr>
          <w:rFonts w:cs="Times New Roman"/>
          <w:b/>
          <w:iCs/>
          <w:sz w:val="28"/>
          <w:szCs w:val="28"/>
        </w:rPr>
        <w:t>Проаналізуйте</w:t>
      </w:r>
      <w:proofErr w:type="spellEnd"/>
      <w:r w:rsidRPr="00511A37">
        <w:rPr>
          <w:rFonts w:cs="Times New Roman"/>
          <w:b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b/>
          <w:iCs/>
          <w:sz w:val="28"/>
          <w:szCs w:val="28"/>
        </w:rPr>
        <w:t>ситуацію</w:t>
      </w:r>
      <w:proofErr w:type="spellEnd"/>
      <w:r w:rsidRPr="00511A37">
        <w:rPr>
          <w:rFonts w:cs="Times New Roman"/>
          <w:b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b/>
          <w:iCs/>
          <w:sz w:val="28"/>
          <w:szCs w:val="28"/>
        </w:rPr>
        <w:t>та</w:t>
      </w:r>
      <w:proofErr w:type="spellEnd"/>
      <w:r w:rsidRPr="00511A37">
        <w:rPr>
          <w:rFonts w:cs="Times New Roman"/>
          <w:b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b/>
          <w:iCs/>
          <w:sz w:val="28"/>
          <w:szCs w:val="28"/>
        </w:rPr>
        <w:t>заповніть</w:t>
      </w:r>
      <w:proofErr w:type="spellEnd"/>
      <w:r w:rsidRPr="00511A37">
        <w:rPr>
          <w:rFonts w:cs="Times New Roman"/>
          <w:b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b/>
          <w:iCs/>
          <w:sz w:val="28"/>
          <w:szCs w:val="28"/>
        </w:rPr>
        <w:t>таблицю</w:t>
      </w:r>
      <w:proofErr w:type="spellEnd"/>
      <w:r w:rsidRPr="00511A37">
        <w:rPr>
          <w:rFonts w:cs="Times New Roman"/>
          <w:b/>
          <w:iCs/>
          <w:sz w:val="28"/>
          <w:szCs w:val="28"/>
        </w:rPr>
        <w:t>.</w:t>
      </w:r>
    </w:p>
    <w:p w14:paraId="4B2E5FB7" w14:textId="77777777" w:rsidR="00511A37" w:rsidRPr="00511A37" w:rsidRDefault="00511A37" w:rsidP="00511A37">
      <w:pPr>
        <w:spacing w:after="0" w:line="240" w:lineRule="auto"/>
        <w:ind w:firstLine="709"/>
        <w:jc w:val="both"/>
        <w:rPr>
          <w:rFonts w:cs="Times New Roman"/>
          <w:iCs/>
          <w:sz w:val="28"/>
          <w:szCs w:val="28"/>
        </w:rPr>
      </w:pPr>
      <w:proofErr w:type="spellStart"/>
      <w:r w:rsidRPr="00511A37">
        <w:rPr>
          <w:rFonts w:cs="Times New Roman"/>
          <w:iCs/>
          <w:sz w:val="28"/>
          <w:szCs w:val="28"/>
        </w:rPr>
        <w:t>Кожний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рядок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таблиці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— </w:t>
      </w:r>
      <w:proofErr w:type="spellStart"/>
      <w:r w:rsidRPr="00511A37">
        <w:rPr>
          <w:rFonts w:cs="Times New Roman"/>
          <w:iCs/>
          <w:sz w:val="28"/>
          <w:szCs w:val="28"/>
        </w:rPr>
        <w:t>одна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проблема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або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загроза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з </w:t>
      </w:r>
      <w:proofErr w:type="spellStart"/>
      <w:r w:rsidRPr="00511A37">
        <w:rPr>
          <w:rFonts w:cs="Times New Roman"/>
          <w:iCs/>
          <w:sz w:val="28"/>
          <w:szCs w:val="28"/>
        </w:rPr>
        <w:t>кейсу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. </w:t>
      </w:r>
      <w:proofErr w:type="spellStart"/>
      <w:r w:rsidRPr="00511A37">
        <w:rPr>
          <w:rFonts w:cs="Times New Roman"/>
          <w:iCs/>
          <w:sz w:val="28"/>
          <w:szCs w:val="28"/>
        </w:rPr>
        <w:t>Для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неї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визначте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характер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проблеми</w:t>
      </w:r>
      <w:proofErr w:type="spellEnd"/>
      <w:r w:rsidRPr="00511A37">
        <w:rPr>
          <w:rFonts w:cs="Times New Roman"/>
          <w:iCs/>
          <w:sz w:val="28"/>
          <w:szCs w:val="28"/>
          <w:lang w:val="uk-UA"/>
        </w:rPr>
        <w:t xml:space="preserve"> (</w:t>
      </w:r>
      <w:proofErr w:type="spellStart"/>
      <w:r w:rsidRPr="00511A37">
        <w:rPr>
          <w:rFonts w:cs="Times New Roman"/>
          <w:iCs/>
          <w:sz w:val="28"/>
          <w:szCs w:val="28"/>
        </w:rPr>
        <w:t>соціальний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/ </w:t>
      </w:r>
      <w:proofErr w:type="spellStart"/>
      <w:r w:rsidRPr="00511A37">
        <w:rPr>
          <w:rFonts w:cs="Times New Roman"/>
          <w:iCs/>
          <w:sz w:val="28"/>
          <w:szCs w:val="28"/>
        </w:rPr>
        <w:t>гуманітарний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/ </w:t>
      </w:r>
      <w:proofErr w:type="spellStart"/>
      <w:r w:rsidRPr="00511A37">
        <w:rPr>
          <w:rFonts w:cs="Times New Roman"/>
          <w:iCs/>
          <w:sz w:val="28"/>
          <w:szCs w:val="28"/>
        </w:rPr>
        <w:t>змішаний</w:t>
      </w:r>
      <w:proofErr w:type="spellEnd"/>
      <w:r w:rsidRPr="00511A37">
        <w:rPr>
          <w:rFonts w:cs="Times New Roman"/>
          <w:iCs/>
          <w:sz w:val="28"/>
          <w:szCs w:val="28"/>
          <w:lang w:val="uk-UA"/>
        </w:rPr>
        <w:t>)</w:t>
      </w:r>
      <w:r w:rsidRPr="00511A37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11A37">
        <w:rPr>
          <w:rFonts w:cs="Times New Roman"/>
          <w:iCs/>
          <w:sz w:val="28"/>
          <w:szCs w:val="28"/>
        </w:rPr>
        <w:t>об’єкт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захисту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11A37">
        <w:rPr>
          <w:rFonts w:cs="Times New Roman"/>
          <w:iCs/>
          <w:sz w:val="28"/>
          <w:szCs w:val="28"/>
        </w:rPr>
        <w:t>суб’єкта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реагування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та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рівень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11A37">
        <w:rPr>
          <w:rFonts w:cs="Times New Roman"/>
          <w:iCs/>
          <w:sz w:val="28"/>
          <w:szCs w:val="28"/>
        </w:rPr>
        <w:t>на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якому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необхідне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реагування</w:t>
      </w:r>
      <w:proofErr w:type="spellEnd"/>
      <w:r w:rsidRPr="00511A37">
        <w:rPr>
          <w:rFonts w:cs="Times New Roman"/>
          <w:iCs/>
          <w:sz w:val="28"/>
          <w:szCs w:val="28"/>
          <w:lang w:val="uk-UA"/>
        </w:rPr>
        <w:t xml:space="preserve"> (</w:t>
      </w:r>
      <w:proofErr w:type="spellStart"/>
      <w:r w:rsidRPr="00511A37">
        <w:rPr>
          <w:rFonts w:cs="Times New Roman"/>
          <w:iCs/>
          <w:sz w:val="28"/>
          <w:szCs w:val="28"/>
        </w:rPr>
        <w:t>людина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/ </w:t>
      </w:r>
      <w:proofErr w:type="spellStart"/>
      <w:r w:rsidRPr="00511A37">
        <w:rPr>
          <w:rFonts w:cs="Times New Roman"/>
          <w:iCs/>
          <w:sz w:val="28"/>
          <w:szCs w:val="28"/>
        </w:rPr>
        <w:t>громада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/ </w:t>
      </w:r>
      <w:proofErr w:type="spellStart"/>
      <w:r w:rsidRPr="00511A37">
        <w:rPr>
          <w:rFonts w:cs="Times New Roman"/>
          <w:iCs/>
          <w:sz w:val="28"/>
          <w:szCs w:val="28"/>
        </w:rPr>
        <w:t>регіон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/ </w:t>
      </w:r>
      <w:proofErr w:type="spellStart"/>
      <w:r w:rsidRPr="00511A37">
        <w:rPr>
          <w:rFonts w:cs="Times New Roman"/>
          <w:iCs/>
          <w:sz w:val="28"/>
          <w:szCs w:val="28"/>
        </w:rPr>
        <w:t>держава</w:t>
      </w:r>
      <w:proofErr w:type="spellEnd"/>
      <w:r w:rsidRPr="00511A37">
        <w:rPr>
          <w:rFonts w:cs="Times New Roman"/>
          <w:iCs/>
          <w:sz w:val="28"/>
          <w:szCs w:val="28"/>
          <w:lang w:val="uk-UA"/>
        </w:rPr>
        <w:t>)</w:t>
      </w:r>
      <w:r w:rsidRPr="00511A37">
        <w:rPr>
          <w:rFonts w:cs="Times New Roman"/>
          <w:iCs/>
          <w:sz w:val="28"/>
          <w:szCs w:val="28"/>
        </w:rPr>
        <w:t>.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2047"/>
        <w:gridCol w:w="2045"/>
        <w:gridCol w:w="2040"/>
        <w:gridCol w:w="2056"/>
        <w:gridCol w:w="2058"/>
      </w:tblGrid>
      <w:tr w:rsidR="00511A37" w:rsidRPr="00511A37" w14:paraId="44663CC6" w14:textId="77777777" w:rsidTr="00511A37">
        <w:tc>
          <w:tcPr>
            <w:tcW w:w="2094" w:type="dxa"/>
          </w:tcPr>
          <w:p w14:paraId="4D1AC0A1" w14:textId="77777777" w:rsidR="00511A37" w:rsidRPr="00511A37" w:rsidRDefault="00511A37" w:rsidP="00511A37">
            <w:pPr>
              <w:jc w:val="center"/>
              <w:rPr>
                <w:rFonts w:cs="Times New Roman"/>
                <w:iCs/>
                <w:szCs w:val="24"/>
              </w:rPr>
            </w:pPr>
            <w:proofErr w:type="spellStart"/>
            <w:r w:rsidRPr="00511A37">
              <w:rPr>
                <w:rFonts w:cs="Times New Roman"/>
                <w:b/>
                <w:iCs/>
                <w:szCs w:val="24"/>
              </w:rPr>
              <w:t>Проблема</w:t>
            </w:r>
            <w:proofErr w:type="spellEnd"/>
            <w:r w:rsidRPr="00511A37">
              <w:rPr>
                <w:rFonts w:cs="Times New Roman"/>
                <w:b/>
                <w:iCs/>
                <w:szCs w:val="24"/>
              </w:rPr>
              <w:t xml:space="preserve"> / </w:t>
            </w:r>
            <w:proofErr w:type="spellStart"/>
            <w:r w:rsidRPr="00511A37">
              <w:rPr>
                <w:rFonts w:cs="Times New Roman"/>
                <w:b/>
                <w:iCs/>
                <w:szCs w:val="24"/>
              </w:rPr>
              <w:t>загроза</w:t>
            </w:r>
            <w:proofErr w:type="spellEnd"/>
          </w:p>
        </w:tc>
        <w:tc>
          <w:tcPr>
            <w:tcW w:w="2094" w:type="dxa"/>
          </w:tcPr>
          <w:p w14:paraId="165CAF77" w14:textId="77777777" w:rsidR="00511A37" w:rsidRPr="00511A37" w:rsidRDefault="00511A37" w:rsidP="00511A37">
            <w:pPr>
              <w:jc w:val="center"/>
              <w:rPr>
                <w:rFonts w:cs="Times New Roman"/>
                <w:iCs/>
                <w:szCs w:val="24"/>
              </w:rPr>
            </w:pPr>
            <w:proofErr w:type="spellStart"/>
            <w:r w:rsidRPr="00511A37">
              <w:rPr>
                <w:rFonts w:cs="Times New Roman"/>
                <w:b/>
                <w:iCs/>
                <w:szCs w:val="24"/>
              </w:rPr>
              <w:t>Характер</w:t>
            </w:r>
            <w:proofErr w:type="spellEnd"/>
            <w:r w:rsidRPr="00511A37">
              <w:rPr>
                <w:rFonts w:cs="Times New Roman"/>
                <w:b/>
                <w:iCs/>
                <w:szCs w:val="24"/>
              </w:rPr>
              <w:t xml:space="preserve"> </w:t>
            </w:r>
            <w:proofErr w:type="spellStart"/>
            <w:r w:rsidRPr="00511A37">
              <w:rPr>
                <w:rFonts w:cs="Times New Roman"/>
                <w:b/>
                <w:iCs/>
                <w:szCs w:val="24"/>
              </w:rPr>
              <w:t>проблеми</w:t>
            </w:r>
            <w:proofErr w:type="spellEnd"/>
          </w:p>
        </w:tc>
        <w:tc>
          <w:tcPr>
            <w:tcW w:w="2094" w:type="dxa"/>
          </w:tcPr>
          <w:p w14:paraId="7CC42CF0" w14:textId="77777777" w:rsidR="00511A37" w:rsidRPr="00511A37" w:rsidRDefault="00511A37" w:rsidP="00511A37">
            <w:pPr>
              <w:jc w:val="center"/>
              <w:rPr>
                <w:rFonts w:cs="Times New Roman"/>
                <w:iCs/>
                <w:szCs w:val="24"/>
              </w:rPr>
            </w:pPr>
            <w:proofErr w:type="spellStart"/>
            <w:r w:rsidRPr="00511A37">
              <w:rPr>
                <w:rFonts w:cs="Times New Roman"/>
                <w:b/>
                <w:iCs/>
                <w:szCs w:val="24"/>
              </w:rPr>
              <w:t>Хто</w:t>
            </w:r>
            <w:proofErr w:type="spellEnd"/>
            <w:r w:rsidRPr="00511A37">
              <w:rPr>
                <w:rFonts w:cs="Times New Roman"/>
                <w:b/>
                <w:iCs/>
                <w:szCs w:val="24"/>
              </w:rPr>
              <w:t xml:space="preserve"> </w:t>
            </w:r>
            <w:proofErr w:type="spellStart"/>
            <w:r w:rsidRPr="00511A37">
              <w:rPr>
                <w:rFonts w:cs="Times New Roman"/>
                <w:b/>
                <w:iCs/>
                <w:szCs w:val="24"/>
              </w:rPr>
              <w:t>або</w:t>
            </w:r>
            <w:proofErr w:type="spellEnd"/>
            <w:r w:rsidRPr="00511A37">
              <w:rPr>
                <w:rFonts w:cs="Times New Roman"/>
                <w:b/>
                <w:iCs/>
                <w:szCs w:val="24"/>
              </w:rPr>
              <w:t xml:space="preserve"> </w:t>
            </w:r>
            <w:proofErr w:type="spellStart"/>
            <w:r w:rsidRPr="00511A37">
              <w:rPr>
                <w:rFonts w:cs="Times New Roman"/>
                <w:b/>
                <w:iCs/>
                <w:szCs w:val="24"/>
              </w:rPr>
              <w:t>що</w:t>
            </w:r>
            <w:proofErr w:type="spellEnd"/>
            <w:r w:rsidRPr="00511A37">
              <w:rPr>
                <w:rFonts w:cs="Times New Roman"/>
                <w:b/>
                <w:iCs/>
                <w:szCs w:val="24"/>
              </w:rPr>
              <w:t xml:space="preserve"> </w:t>
            </w:r>
            <w:proofErr w:type="spellStart"/>
            <w:r w:rsidRPr="00511A37">
              <w:rPr>
                <w:rFonts w:cs="Times New Roman"/>
                <w:b/>
                <w:iCs/>
                <w:szCs w:val="24"/>
              </w:rPr>
              <w:t>потребує</w:t>
            </w:r>
            <w:proofErr w:type="spellEnd"/>
            <w:r w:rsidRPr="00511A37">
              <w:rPr>
                <w:rFonts w:cs="Times New Roman"/>
                <w:b/>
                <w:iCs/>
                <w:szCs w:val="24"/>
              </w:rPr>
              <w:t xml:space="preserve"> </w:t>
            </w:r>
            <w:proofErr w:type="spellStart"/>
            <w:r w:rsidRPr="00511A37">
              <w:rPr>
                <w:rFonts w:cs="Times New Roman"/>
                <w:b/>
                <w:iCs/>
                <w:szCs w:val="24"/>
              </w:rPr>
              <w:t>захисту</w:t>
            </w:r>
            <w:proofErr w:type="spellEnd"/>
            <w:r w:rsidRPr="00511A37">
              <w:rPr>
                <w:rFonts w:cs="Times New Roman"/>
                <w:b/>
                <w:iCs/>
                <w:szCs w:val="24"/>
              </w:rPr>
              <w:t>?</w:t>
            </w:r>
          </w:p>
        </w:tc>
        <w:tc>
          <w:tcPr>
            <w:tcW w:w="2095" w:type="dxa"/>
          </w:tcPr>
          <w:p w14:paraId="0CFCE2AF" w14:textId="77777777" w:rsidR="00511A37" w:rsidRPr="00511A37" w:rsidRDefault="00511A37" w:rsidP="00511A37">
            <w:pPr>
              <w:jc w:val="center"/>
              <w:rPr>
                <w:rFonts w:cs="Times New Roman"/>
                <w:iCs/>
                <w:szCs w:val="24"/>
              </w:rPr>
            </w:pPr>
            <w:proofErr w:type="spellStart"/>
            <w:r w:rsidRPr="00511A37">
              <w:rPr>
                <w:rFonts w:cs="Times New Roman"/>
                <w:b/>
                <w:iCs/>
                <w:szCs w:val="24"/>
              </w:rPr>
              <w:t>Хто</w:t>
            </w:r>
            <w:proofErr w:type="spellEnd"/>
            <w:r w:rsidRPr="00511A37">
              <w:rPr>
                <w:rFonts w:cs="Times New Roman"/>
                <w:b/>
                <w:iCs/>
                <w:szCs w:val="24"/>
              </w:rPr>
              <w:t xml:space="preserve"> </w:t>
            </w:r>
            <w:proofErr w:type="spellStart"/>
            <w:r w:rsidRPr="00511A37">
              <w:rPr>
                <w:rFonts w:cs="Times New Roman"/>
                <w:b/>
                <w:iCs/>
                <w:szCs w:val="24"/>
              </w:rPr>
              <w:t>має</w:t>
            </w:r>
            <w:proofErr w:type="spellEnd"/>
            <w:r w:rsidRPr="00511A37">
              <w:rPr>
                <w:rFonts w:cs="Times New Roman"/>
                <w:b/>
                <w:iCs/>
                <w:szCs w:val="24"/>
              </w:rPr>
              <w:t xml:space="preserve"> </w:t>
            </w:r>
            <w:proofErr w:type="spellStart"/>
            <w:r w:rsidRPr="00511A37">
              <w:rPr>
                <w:rFonts w:cs="Times New Roman"/>
                <w:b/>
                <w:iCs/>
                <w:szCs w:val="24"/>
              </w:rPr>
              <w:t>реагувати</w:t>
            </w:r>
            <w:proofErr w:type="spellEnd"/>
            <w:r w:rsidRPr="00511A37">
              <w:rPr>
                <w:rFonts w:cs="Times New Roman"/>
                <w:b/>
                <w:iCs/>
                <w:szCs w:val="24"/>
              </w:rPr>
              <w:t>?</w:t>
            </w:r>
          </w:p>
        </w:tc>
        <w:tc>
          <w:tcPr>
            <w:tcW w:w="2095" w:type="dxa"/>
          </w:tcPr>
          <w:p w14:paraId="5C9111D7" w14:textId="77777777" w:rsidR="00511A37" w:rsidRPr="00511A37" w:rsidRDefault="00511A37" w:rsidP="00511A37">
            <w:pPr>
              <w:jc w:val="center"/>
              <w:rPr>
                <w:rFonts w:cs="Times New Roman"/>
                <w:iCs/>
                <w:szCs w:val="24"/>
              </w:rPr>
            </w:pPr>
            <w:proofErr w:type="spellStart"/>
            <w:r w:rsidRPr="00511A37">
              <w:rPr>
                <w:rFonts w:cs="Times New Roman"/>
                <w:b/>
                <w:iCs/>
                <w:szCs w:val="24"/>
              </w:rPr>
              <w:t>Рівень</w:t>
            </w:r>
            <w:proofErr w:type="spellEnd"/>
            <w:r w:rsidRPr="00511A37">
              <w:rPr>
                <w:rFonts w:cs="Times New Roman"/>
                <w:b/>
                <w:iCs/>
                <w:szCs w:val="24"/>
              </w:rPr>
              <w:t xml:space="preserve"> </w:t>
            </w:r>
            <w:proofErr w:type="spellStart"/>
            <w:r w:rsidRPr="00511A37">
              <w:rPr>
                <w:rFonts w:cs="Times New Roman"/>
                <w:b/>
                <w:iCs/>
                <w:szCs w:val="24"/>
              </w:rPr>
              <w:t>реагування</w:t>
            </w:r>
            <w:proofErr w:type="spellEnd"/>
          </w:p>
        </w:tc>
      </w:tr>
      <w:tr w:rsidR="00511A37" w:rsidRPr="00511A37" w14:paraId="07540967" w14:textId="77777777" w:rsidTr="00511A37">
        <w:tc>
          <w:tcPr>
            <w:tcW w:w="2094" w:type="dxa"/>
          </w:tcPr>
          <w:p w14:paraId="21363F57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</w:rPr>
            </w:pPr>
          </w:p>
        </w:tc>
        <w:tc>
          <w:tcPr>
            <w:tcW w:w="2094" w:type="dxa"/>
          </w:tcPr>
          <w:p w14:paraId="3928A40E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</w:rPr>
            </w:pPr>
          </w:p>
        </w:tc>
        <w:tc>
          <w:tcPr>
            <w:tcW w:w="2094" w:type="dxa"/>
          </w:tcPr>
          <w:p w14:paraId="672A7072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</w:rPr>
            </w:pPr>
          </w:p>
        </w:tc>
        <w:tc>
          <w:tcPr>
            <w:tcW w:w="2095" w:type="dxa"/>
          </w:tcPr>
          <w:p w14:paraId="6228AA91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</w:rPr>
            </w:pPr>
          </w:p>
        </w:tc>
        <w:tc>
          <w:tcPr>
            <w:tcW w:w="2095" w:type="dxa"/>
          </w:tcPr>
          <w:p w14:paraId="4D245EC2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</w:rPr>
            </w:pPr>
          </w:p>
        </w:tc>
      </w:tr>
      <w:tr w:rsidR="00511A37" w:rsidRPr="00511A37" w14:paraId="0B5A4FC7" w14:textId="77777777" w:rsidTr="00511A37">
        <w:tc>
          <w:tcPr>
            <w:tcW w:w="2094" w:type="dxa"/>
          </w:tcPr>
          <w:p w14:paraId="3DF96E7D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</w:rPr>
            </w:pPr>
          </w:p>
        </w:tc>
        <w:tc>
          <w:tcPr>
            <w:tcW w:w="2094" w:type="dxa"/>
          </w:tcPr>
          <w:p w14:paraId="2510827C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</w:rPr>
            </w:pPr>
          </w:p>
        </w:tc>
        <w:tc>
          <w:tcPr>
            <w:tcW w:w="2094" w:type="dxa"/>
          </w:tcPr>
          <w:p w14:paraId="056A970F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</w:rPr>
            </w:pPr>
          </w:p>
        </w:tc>
        <w:tc>
          <w:tcPr>
            <w:tcW w:w="2095" w:type="dxa"/>
          </w:tcPr>
          <w:p w14:paraId="6531BCEA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</w:rPr>
            </w:pPr>
          </w:p>
        </w:tc>
        <w:tc>
          <w:tcPr>
            <w:tcW w:w="2095" w:type="dxa"/>
          </w:tcPr>
          <w:p w14:paraId="40294C20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</w:rPr>
            </w:pPr>
          </w:p>
        </w:tc>
      </w:tr>
    </w:tbl>
    <w:p w14:paraId="22B34B34" w14:textId="77777777" w:rsidR="00511A37" w:rsidRPr="00511A37" w:rsidRDefault="00511A37" w:rsidP="00511A37">
      <w:pPr>
        <w:spacing w:after="0" w:line="240" w:lineRule="auto"/>
        <w:ind w:firstLine="709"/>
        <w:jc w:val="both"/>
        <w:rPr>
          <w:rFonts w:cs="Times New Roman"/>
          <w:iCs/>
          <w:sz w:val="28"/>
          <w:szCs w:val="28"/>
        </w:rPr>
      </w:pPr>
    </w:p>
    <w:p w14:paraId="5358CF6C" w14:textId="77777777" w:rsidR="00511A37" w:rsidRPr="00511A37" w:rsidRDefault="00511A37" w:rsidP="00511A37">
      <w:pPr>
        <w:spacing w:after="0" w:line="240" w:lineRule="auto"/>
        <w:ind w:firstLine="709"/>
        <w:jc w:val="both"/>
        <w:rPr>
          <w:rFonts w:cs="Times New Roman"/>
          <w:iCs/>
          <w:sz w:val="28"/>
          <w:szCs w:val="28"/>
        </w:rPr>
      </w:pPr>
      <w:proofErr w:type="spellStart"/>
      <w:r w:rsidRPr="00511A37">
        <w:rPr>
          <w:rFonts w:cs="Times New Roman"/>
          <w:b/>
          <w:iCs/>
          <w:sz w:val="28"/>
          <w:szCs w:val="28"/>
        </w:rPr>
        <w:t>Частина</w:t>
      </w:r>
      <w:proofErr w:type="spellEnd"/>
      <w:r w:rsidRPr="00511A37">
        <w:rPr>
          <w:rFonts w:cs="Times New Roman"/>
          <w:b/>
          <w:iCs/>
          <w:sz w:val="28"/>
          <w:szCs w:val="28"/>
        </w:rPr>
        <w:t xml:space="preserve"> 2. </w:t>
      </w:r>
      <w:proofErr w:type="spellStart"/>
      <w:r w:rsidRPr="00511A37">
        <w:rPr>
          <w:rFonts w:cs="Times New Roman"/>
          <w:b/>
          <w:iCs/>
          <w:sz w:val="28"/>
          <w:szCs w:val="28"/>
        </w:rPr>
        <w:t>Від</w:t>
      </w:r>
      <w:proofErr w:type="spellEnd"/>
      <w:r w:rsidRPr="00511A37">
        <w:rPr>
          <w:rFonts w:cs="Times New Roman"/>
          <w:b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b/>
          <w:iCs/>
          <w:sz w:val="28"/>
          <w:szCs w:val="28"/>
        </w:rPr>
        <w:t>аналізу</w:t>
      </w:r>
      <w:proofErr w:type="spellEnd"/>
      <w:r w:rsidRPr="00511A37">
        <w:rPr>
          <w:rFonts w:cs="Times New Roman"/>
          <w:b/>
          <w:iCs/>
          <w:sz w:val="28"/>
          <w:szCs w:val="28"/>
        </w:rPr>
        <w:t xml:space="preserve"> — </w:t>
      </w:r>
      <w:proofErr w:type="spellStart"/>
      <w:r w:rsidRPr="00511A37">
        <w:rPr>
          <w:rFonts w:cs="Times New Roman"/>
          <w:b/>
          <w:iCs/>
          <w:sz w:val="28"/>
          <w:szCs w:val="28"/>
        </w:rPr>
        <w:t>до</w:t>
      </w:r>
      <w:proofErr w:type="spellEnd"/>
      <w:r w:rsidRPr="00511A37">
        <w:rPr>
          <w:rFonts w:cs="Times New Roman"/>
          <w:b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b/>
          <w:iCs/>
          <w:sz w:val="28"/>
          <w:szCs w:val="28"/>
        </w:rPr>
        <w:t>рішення</w:t>
      </w:r>
      <w:proofErr w:type="spellEnd"/>
      <w:r w:rsidRPr="00511A37">
        <w:rPr>
          <w:rFonts w:cs="Times New Roman"/>
          <w:b/>
          <w:iCs/>
          <w:sz w:val="28"/>
          <w:szCs w:val="28"/>
        </w:rPr>
        <w:t>.</w:t>
      </w:r>
    </w:p>
    <w:p w14:paraId="111A51A8" w14:textId="77777777" w:rsidR="00511A37" w:rsidRPr="00511A37" w:rsidRDefault="00511A37" w:rsidP="00511A37">
      <w:pPr>
        <w:spacing w:after="0" w:line="240" w:lineRule="auto"/>
        <w:ind w:firstLine="709"/>
        <w:jc w:val="both"/>
        <w:rPr>
          <w:rFonts w:cs="Times New Roman"/>
          <w:iCs/>
          <w:sz w:val="28"/>
          <w:szCs w:val="28"/>
        </w:rPr>
      </w:pPr>
      <w:r w:rsidRPr="00511A37">
        <w:rPr>
          <w:rFonts w:cs="Times New Roman"/>
          <w:iCs/>
          <w:sz w:val="28"/>
          <w:szCs w:val="28"/>
        </w:rPr>
        <w:t xml:space="preserve">1. </w:t>
      </w:r>
      <w:proofErr w:type="spellStart"/>
      <w:r w:rsidRPr="00511A37">
        <w:rPr>
          <w:rFonts w:cs="Times New Roman"/>
          <w:iCs/>
          <w:sz w:val="28"/>
          <w:szCs w:val="28"/>
        </w:rPr>
        <w:t>Яку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з </w:t>
      </w:r>
      <w:proofErr w:type="spellStart"/>
      <w:r w:rsidRPr="00511A37">
        <w:rPr>
          <w:rFonts w:cs="Times New Roman"/>
          <w:iCs/>
          <w:sz w:val="28"/>
          <w:szCs w:val="28"/>
        </w:rPr>
        <w:t>визначених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проблем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ви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вважаєте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найбільш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системною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? </w:t>
      </w:r>
      <w:proofErr w:type="spellStart"/>
      <w:r w:rsidRPr="00511A37">
        <w:rPr>
          <w:rFonts w:cs="Times New Roman"/>
          <w:iCs/>
          <w:sz w:val="28"/>
          <w:szCs w:val="28"/>
        </w:rPr>
        <w:t>Чому</w:t>
      </w:r>
      <w:proofErr w:type="spellEnd"/>
      <w:r w:rsidRPr="00511A37">
        <w:rPr>
          <w:rFonts w:cs="Times New Roman"/>
          <w:iCs/>
          <w:sz w:val="28"/>
          <w:szCs w:val="28"/>
        </w:rPr>
        <w:t>?</w:t>
      </w:r>
    </w:p>
    <w:p w14:paraId="2A2EB552" w14:textId="77777777" w:rsidR="00511A37" w:rsidRPr="00511A37" w:rsidRDefault="00511A37" w:rsidP="00511A37">
      <w:pPr>
        <w:spacing w:after="0" w:line="240" w:lineRule="auto"/>
        <w:jc w:val="both"/>
        <w:rPr>
          <w:rFonts w:cs="Times New Roman"/>
          <w:iCs/>
          <w:sz w:val="28"/>
          <w:szCs w:val="28"/>
        </w:rPr>
      </w:pPr>
      <w:r w:rsidRPr="00511A37">
        <w:rPr>
          <w:rFonts w:cs="Times New Roman"/>
          <w:iCs/>
          <w:sz w:val="28"/>
          <w:szCs w:val="28"/>
        </w:rPr>
        <w:t>_________________________________________________________________________</w:t>
      </w:r>
    </w:p>
    <w:p w14:paraId="5CEEE24E" w14:textId="77777777" w:rsidR="00511A37" w:rsidRPr="00511A37" w:rsidRDefault="00511A37" w:rsidP="00511A37">
      <w:pPr>
        <w:spacing w:after="0" w:line="240" w:lineRule="auto"/>
        <w:jc w:val="both"/>
        <w:rPr>
          <w:rFonts w:cs="Times New Roman"/>
          <w:iCs/>
          <w:sz w:val="28"/>
          <w:szCs w:val="28"/>
        </w:rPr>
      </w:pPr>
      <w:r w:rsidRPr="00511A37">
        <w:rPr>
          <w:rFonts w:cs="Times New Roman"/>
          <w:iCs/>
          <w:sz w:val="28"/>
          <w:szCs w:val="28"/>
        </w:rPr>
        <w:t>_________________________________________________________________________</w:t>
      </w:r>
    </w:p>
    <w:p w14:paraId="622BDF4D" w14:textId="536CAA2B" w:rsidR="00511A37" w:rsidRPr="00511A37" w:rsidRDefault="00511A37" w:rsidP="00511A37">
      <w:pPr>
        <w:spacing w:after="0" w:line="240" w:lineRule="auto"/>
        <w:jc w:val="both"/>
        <w:rPr>
          <w:rFonts w:cs="Times New Roman"/>
          <w:iCs/>
          <w:sz w:val="28"/>
          <w:szCs w:val="28"/>
        </w:rPr>
      </w:pPr>
      <w:r w:rsidRPr="00511A37">
        <w:rPr>
          <w:rFonts w:cs="Times New Roman"/>
          <w:iCs/>
          <w:sz w:val="28"/>
          <w:szCs w:val="28"/>
        </w:rPr>
        <w:t>_________________________________________________________________________</w:t>
      </w:r>
    </w:p>
    <w:p w14:paraId="48227A5E" w14:textId="77777777" w:rsidR="00511A37" w:rsidRPr="00511A37" w:rsidRDefault="00511A37" w:rsidP="00511A37">
      <w:pPr>
        <w:spacing w:after="0" w:line="240" w:lineRule="auto"/>
        <w:ind w:firstLine="709"/>
        <w:jc w:val="both"/>
        <w:rPr>
          <w:rFonts w:cs="Times New Roman"/>
          <w:iCs/>
          <w:sz w:val="28"/>
          <w:szCs w:val="28"/>
        </w:rPr>
      </w:pPr>
      <w:r w:rsidRPr="00511A37">
        <w:rPr>
          <w:rFonts w:cs="Times New Roman"/>
          <w:iCs/>
          <w:sz w:val="28"/>
          <w:szCs w:val="28"/>
        </w:rPr>
        <w:lastRenderedPageBreak/>
        <w:t xml:space="preserve">2. </w:t>
      </w:r>
      <w:proofErr w:type="spellStart"/>
      <w:r w:rsidRPr="00511A37">
        <w:rPr>
          <w:rFonts w:cs="Times New Roman"/>
          <w:iCs/>
          <w:sz w:val="28"/>
          <w:szCs w:val="28"/>
        </w:rPr>
        <w:t>Запропонуйте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три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першочергові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рішення</w:t>
      </w:r>
      <w:proofErr w:type="spellEnd"/>
      <w:r w:rsidRPr="00511A37">
        <w:rPr>
          <w:rFonts w:cs="Times New Roman"/>
          <w:iCs/>
          <w:sz w:val="28"/>
          <w:szCs w:val="28"/>
        </w:rPr>
        <w:t>.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534"/>
        <w:gridCol w:w="3543"/>
        <w:gridCol w:w="2618"/>
        <w:gridCol w:w="3478"/>
      </w:tblGrid>
      <w:tr w:rsidR="00511A37" w:rsidRPr="00511A37" w14:paraId="46E4EE14" w14:textId="77777777" w:rsidTr="00B04F97">
        <w:tc>
          <w:tcPr>
            <w:tcW w:w="534" w:type="dxa"/>
          </w:tcPr>
          <w:p w14:paraId="6DBD497A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</w:rPr>
            </w:pPr>
            <w:r w:rsidRPr="00511A37">
              <w:rPr>
                <w:rFonts w:cs="Times New Roman"/>
                <w:b/>
                <w:iCs/>
                <w:szCs w:val="24"/>
              </w:rPr>
              <w:t>№</w:t>
            </w:r>
          </w:p>
        </w:tc>
        <w:tc>
          <w:tcPr>
            <w:tcW w:w="3543" w:type="dxa"/>
          </w:tcPr>
          <w:p w14:paraId="11B8CBA7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</w:rPr>
            </w:pPr>
            <w:proofErr w:type="spellStart"/>
            <w:r w:rsidRPr="00511A37">
              <w:rPr>
                <w:rFonts w:cs="Times New Roman"/>
                <w:b/>
                <w:iCs/>
                <w:szCs w:val="24"/>
              </w:rPr>
              <w:t>Запропоноване</w:t>
            </w:r>
            <w:proofErr w:type="spellEnd"/>
            <w:r w:rsidRPr="00511A37">
              <w:rPr>
                <w:rFonts w:cs="Times New Roman"/>
                <w:b/>
                <w:iCs/>
                <w:szCs w:val="24"/>
              </w:rPr>
              <w:t xml:space="preserve"> </w:t>
            </w:r>
            <w:proofErr w:type="spellStart"/>
            <w:r w:rsidRPr="00511A37">
              <w:rPr>
                <w:rFonts w:cs="Times New Roman"/>
                <w:b/>
                <w:iCs/>
                <w:szCs w:val="24"/>
              </w:rPr>
              <w:t>рішення</w:t>
            </w:r>
            <w:proofErr w:type="spellEnd"/>
          </w:p>
        </w:tc>
        <w:tc>
          <w:tcPr>
            <w:tcW w:w="2618" w:type="dxa"/>
          </w:tcPr>
          <w:p w14:paraId="796982BB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</w:rPr>
            </w:pPr>
            <w:proofErr w:type="spellStart"/>
            <w:r w:rsidRPr="00511A37">
              <w:rPr>
                <w:rFonts w:cs="Times New Roman"/>
                <w:b/>
                <w:iCs/>
                <w:szCs w:val="24"/>
              </w:rPr>
              <w:t>Хто</w:t>
            </w:r>
            <w:proofErr w:type="spellEnd"/>
            <w:r w:rsidRPr="00511A37">
              <w:rPr>
                <w:rFonts w:cs="Times New Roman"/>
                <w:b/>
                <w:iCs/>
                <w:szCs w:val="24"/>
              </w:rPr>
              <w:t xml:space="preserve"> </w:t>
            </w:r>
            <w:proofErr w:type="spellStart"/>
            <w:r w:rsidRPr="00511A37">
              <w:rPr>
                <w:rFonts w:cs="Times New Roman"/>
                <w:b/>
                <w:iCs/>
                <w:szCs w:val="24"/>
              </w:rPr>
              <w:t>відповідальний</w:t>
            </w:r>
            <w:proofErr w:type="spellEnd"/>
            <w:r w:rsidRPr="00511A37">
              <w:rPr>
                <w:rFonts w:cs="Times New Roman"/>
                <w:b/>
                <w:iCs/>
                <w:szCs w:val="24"/>
              </w:rPr>
              <w:t>?</w:t>
            </w:r>
          </w:p>
        </w:tc>
        <w:tc>
          <w:tcPr>
            <w:tcW w:w="3478" w:type="dxa"/>
          </w:tcPr>
          <w:p w14:paraId="5FC9418F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</w:rPr>
            </w:pPr>
            <w:proofErr w:type="spellStart"/>
            <w:r w:rsidRPr="00511A37">
              <w:rPr>
                <w:rFonts w:cs="Times New Roman"/>
                <w:b/>
                <w:iCs/>
                <w:szCs w:val="24"/>
              </w:rPr>
              <w:t>Який</w:t>
            </w:r>
            <w:proofErr w:type="spellEnd"/>
            <w:r w:rsidRPr="00511A37">
              <w:rPr>
                <w:rFonts w:cs="Times New Roman"/>
                <w:b/>
                <w:iCs/>
                <w:szCs w:val="24"/>
              </w:rPr>
              <w:t xml:space="preserve"> </w:t>
            </w:r>
            <w:proofErr w:type="spellStart"/>
            <w:r w:rsidRPr="00511A37">
              <w:rPr>
                <w:rFonts w:cs="Times New Roman"/>
                <w:b/>
                <w:iCs/>
                <w:szCs w:val="24"/>
              </w:rPr>
              <w:t>ризик</w:t>
            </w:r>
            <w:proofErr w:type="spellEnd"/>
            <w:r w:rsidRPr="00511A37">
              <w:rPr>
                <w:rFonts w:cs="Times New Roman"/>
                <w:b/>
                <w:iCs/>
                <w:szCs w:val="24"/>
              </w:rPr>
              <w:t xml:space="preserve"> </w:t>
            </w:r>
            <w:proofErr w:type="spellStart"/>
            <w:r w:rsidRPr="00511A37">
              <w:rPr>
                <w:rFonts w:cs="Times New Roman"/>
                <w:b/>
                <w:iCs/>
                <w:szCs w:val="24"/>
              </w:rPr>
              <w:t>має</w:t>
            </w:r>
            <w:proofErr w:type="spellEnd"/>
            <w:r w:rsidRPr="00511A37">
              <w:rPr>
                <w:rFonts w:cs="Times New Roman"/>
                <w:b/>
                <w:iCs/>
                <w:szCs w:val="24"/>
              </w:rPr>
              <w:t xml:space="preserve"> </w:t>
            </w:r>
            <w:proofErr w:type="spellStart"/>
            <w:r w:rsidRPr="00511A37">
              <w:rPr>
                <w:rFonts w:cs="Times New Roman"/>
                <w:b/>
                <w:iCs/>
                <w:szCs w:val="24"/>
              </w:rPr>
              <w:t>зменшити</w:t>
            </w:r>
            <w:proofErr w:type="spellEnd"/>
            <w:r w:rsidRPr="00511A37">
              <w:rPr>
                <w:rFonts w:cs="Times New Roman"/>
                <w:b/>
                <w:iCs/>
                <w:szCs w:val="24"/>
              </w:rPr>
              <w:t>?</w:t>
            </w:r>
          </w:p>
        </w:tc>
      </w:tr>
      <w:tr w:rsidR="00511A37" w:rsidRPr="00511A37" w14:paraId="741C8469" w14:textId="77777777" w:rsidTr="00B04F97">
        <w:tc>
          <w:tcPr>
            <w:tcW w:w="534" w:type="dxa"/>
          </w:tcPr>
          <w:p w14:paraId="578E5B04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</w:rPr>
            </w:pPr>
            <w:r w:rsidRPr="00511A37">
              <w:rPr>
                <w:rFonts w:cs="Times New Roman"/>
                <w:iCs/>
                <w:szCs w:val="24"/>
              </w:rPr>
              <w:t>1</w:t>
            </w:r>
          </w:p>
        </w:tc>
        <w:tc>
          <w:tcPr>
            <w:tcW w:w="3543" w:type="dxa"/>
          </w:tcPr>
          <w:p w14:paraId="0B469BEC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</w:rPr>
            </w:pPr>
          </w:p>
        </w:tc>
        <w:tc>
          <w:tcPr>
            <w:tcW w:w="2618" w:type="dxa"/>
          </w:tcPr>
          <w:p w14:paraId="2ED85CB1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</w:rPr>
            </w:pPr>
          </w:p>
        </w:tc>
        <w:tc>
          <w:tcPr>
            <w:tcW w:w="3478" w:type="dxa"/>
          </w:tcPr>
          <w:p w14:paraId="3D68AF5E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</w:rPr>
            </w:pPr>
          </w:p>
        </w:tc>
      </w:tr>
      <w:tr w:rsidR="00511A37" w:rsidRPr="00511A37" w14:paraId="73CC4CB9" w14:textId="77777777" w:rsidTr="00B04F97">
        <w:tc>
          <w:tcPr>
            <w:tcW w:w="534" w:type="dxa"/>
          </w:tcPr>
          <w:p w14:paraId="05109321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  <w:lang w:val="uk-UA"/>
              </w:rPr>
            </w:pPr>
            <w:r w:rsidRPr="00511A37">
              <w:rPr>
                <w:rFonts w:cs="Times New Roman"/>
                <w:iCs/>
                <w:szCs w:val="24"/>
                <w:lang w:val="uk-UA"/>
              </w:rPr>
              <w:t>2</w:t>
            </w:r>
          </w:p>
        </w:tc>
        <w:tc>
          <w:tcPr>
            <w:tcW w:w="3543" w:type="dxa"/>
          </w:tcPr>
          <w:p w14:paraId="67E90A84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</w:rPr>
            </w:pPr>
          </w:p>
        </w:tc>
        <w:tc>
          <w:tcPr>
            <w:tcW w:w="2618" w:type="dxa"/>
          </w:tcPr>
          <w:p w14:paraId="72454643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</w:rPr>
            </w:pPr>
          </w:p>
        </w:tc>
        <w:tc>
          <w:tcPr>
            <w:tcW w:w="3478" w:type="dxa"/>
          </w:tcPr>
          <w:p w14:paraId="66A57026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</w:rPr>
            </w:pPr>
          </w:p>
        </w:tc>
      </w:tr>
      <w:tr w:rsidR="00511A37" w:rsidRPr="00511A37" w14:paraId="6C57D9AB" w14:textId="77777777" w:rsidTr="00B04F97">
        <w:tc>
          <w:tcPr>
            <w:tcW w:w="534" w:type="dxa"/>
          </w:tcPr>
          <w:p w14:paraId="7FA85D20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  <w:lang w:val="uk-UA"/>
              </w:rPr>
            </w:pPr>
            <w:r w:rsidRPr="00511A37">
              <w:rPr>
                <w:rFonts w:cs="Times New Roman"/>
                <w:iCs/>
                <w:szCs w:val="24"/>
                <w:lang w:val="uk-UA"/>
              </w:rPr>
              <w:t>3</w:t>
            </w:r>
          </w:p>
        </w:tc>
        <w:tc>
          <w:tcPr>
            <w:tcW w:w="3543" w:type="dxa"/>
          </w:tcPr>
          <w:p w14:paraId="790981A4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</w:rPr>
            </w:pPr>
          </w:p>
        </w:tc>
        <w:tc>
          <w:tcPr>
            <w:tcW w:w="2618" w:type="dxa"/>
          </w:tcPr>
          <w:p w14:paraId="7CBF7BDE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</w:rPr>
            </w:pPr>
          </w:p>
        </w:tc>
        <w:tc>
          <w:tcPr>
            <w:tcW w:w="3478" w:type="dxa"/>
          </w:tcPr>
          <w:p w14:paraId="58FFE743" w14:textId="77777777" w:rsidR="00511A37" w:rsidRPr="00511A37" w:rsidRDefault="00511A37" w:rsidP="00511A37">
            <w:pPr>
              <w:jc w:val="both"/>
              <w:rPr>
                <w:rFonts w:cs="Times New Roman"/>
                <w:iCs/>
                <w:szCs w:val="24"/>
              </w:rPr>
            </w:pPr>
          </w:p>
        </w:tc>
      </w:tr>
    </w:tbl>
    <w:p w14:paraId="01465748" w14:textId="77777777" w:rsidR="00511A37" w:rsidRPr="00511A37" w:rsidRDefault="00511A37" w:rsidP="00511A37">
      <w:pPr>
        <w:spacing w:after="0" w:line="240" w:lineRule="auto"/>
        <w:jc w:val="both"/>
        <w:rPr>
          <w:rFonts w:cs="Times New Roman"/>
          <w:iCs/>
          <w:sz w:val="28"/>
          <w:szCs w:val="28"/>
        </w:rPr>
      </w:pPr>
    </w:p>
    <w:p w14:paraId="028F16D6" w14:textId="77777777" w:rsidR="00511A37" w:rsidRPr="00511A37" w:rsidRDefault="00511A37" w:rsidP="00511A37">
      <w:pPr>
        <w:spacing w:after="0" w:line="240" w:lineRule="auto"/>
        <w:ind w:firstLine="709"/>
        <w:jc w:val="both"/>
        <w:rPr>
          <w:rFonts w:cs="Times New Roman"/>
          <w:iCs/>
          <w:sz w:val="28"/>
          <w:szCs w:val="28"/>
        </w:rPr>
      </w:pPr>
      <w:r w:rsidRPr="00511A37">
        <w:rPr>
          <w:rFonts w:cs="Times New Roman"/>
          <w:iCs/>
          <w:sz w:val="28"/>
          <w:szCs w:val="28"/>
        </w:rPr>
        <w:t xml:space="preserve">3. </w:t>
      </w:r>
      <w:proofErr w:type="spellStart"/>
      <w:r w:rsidRPr="00511A37">
        <w:rPr>
          <w:rFonts w:cs="Times New Roman"/>
          <w:iCs/>
          <w:sz w:val="28"/>
          <w:szCs w:val="28"/>
        </w:rPr>
        <w:t>Підсумкове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питання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: </w:t>
      </w:r>
      <w:proofErr w:type="spellStart"/>
      <w:r w:rsidRPr="00511A37">
        <w:rPr>
          <w:rFonts w:cs="Times New Roman"/>
          <w:iCs/>
          <w:sz w:val="28"/>
          <w:szCs w:val="28"/>
        </w:rPr>
        <w:t>чому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ситуація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, </w:t>
      </w:r>
      <w:proofErr w:type="spellStart"/>
      <w:r w:rsidRPr="00511A37">
        <w:rPr>
          <w:rFonts w:cs="Times New Roman"/>
          <w:iCs/>
          <w:sz w:val="28"/>
          <w:szCs w:val="28"/>
        </w:rPr>
        <w:t>описана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в </w:t>
      </w:r>
      <w:proofErr w:type="spellStart"/>
      <w:r w:rsidRPr="00511A37">
        <w:rPr>
          <w:rFonts w:cs="Times New Roman"/>
          <w:iCs/>
          <w:sz w:val="28"/>
          <w:szCs w:val="28"/>
        </w:rPr>
        <w:t>кейсі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, є </w:t>
      </w:r>
      <w:proofErr w:type="spellStart"/>
      <w:r w:rsidRPr="00511A37">
        <w:rPr>
          <w:rFonts w:cs="Times New Roman"/>
          <w:iCs/>
          <w:sz w:val="28"/>
          <w:szCs w:val="28"/>
        </w:rPr>
        <w:t>питанням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не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лише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розвитку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територіальної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громади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, а й </w:t>
      </w:r>
      <w:proofErr w:type="spellStart"/>
      <w:r w:rsidRPr="00511A37">
        <w:rPr>
          <w:rFonts w:cs="Times New Roman"/>
          <w:iCs/>
          <w:sz w:val="28"/>
          <w:szCs w:val="28"/>
        </w:rPr>
        <w:t>соціальної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та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гуманітарної</w:t>
      </w:r>
      <w:proofErr w:type="spellEnd"/>
      <w:r w:rsidRPr="00511A37">
        <w:rPr>
          <w:rFonts w:cs="Times New Roman"/>
          <w:iCs/>
          <w:sz w:val="28"/>
          <w:szCs w:val="28"/>
        </w:rPr>
        <w:t xml:space="preserve"> </w:t>
      </w:r>
      <w:proofErr w:type="spellStart"/>
      <w:r w:rsidRPr="00511A37">
        <w:rPr>
          <w:rFonts w:cs="Times New Roman"/>
          <w:iCs/>
          <w:sz w:val="28"/>
          <w:szCs w:val="28"/>
        </w:rPr>
        <w:t>безпеки</w:t>
      </w:r>
      <w:proofErr w:type="spellEnd"/>
      <w:r w:rsidRPr="00511A37">
        <w:rPr>
          <w:rFonts w:cs="Times New Roman"/>
          <w:iCs/>
          <w:sz w:val="28"/>
          <w:szCs w:val="28"/>
        </w:rPr>
        <w:t>?</w:t>
      </w:r>
    </w:p>
    <w:p w14:paraId="466BD3A1" w14:textId="6C64FC3C" w:rsidR="00511A37" w:rsidRPr="00511A37" w:rsidRDefault="00511A37" w:rsidP="00511A37">
      <w:pPr>
        <w:spacing w:after="0" w:line="240" w:lineRule="auto"/>
        <w:jc w:val="both"/>
        <w:rPr>
          <w:rFonts w:cs="Times New Roman"/>
          <w:iCs/>
          <w:sz w:val="28"/>
          <w:szCs w:val="28"/>
        </w:rPr>
      </w:pPr>
      <w:r w:rsidRPr="00511A37">
        <w:rPr>
          <w:rFonts w:cs="Times New Roman"/>
          <w:iCs/>
          <w:sz w:val="28"/>
          <w:szCs w:val="28"/>
        </w:rPr>
        <w:t>_________________________________________________________________________</w:t>
      </w:r>
    </w:p>
    <w:p w14:paraId="7858E434" w14:textId="6A5EF0C0" w:rsidR="00511A37" w:rsidRDefault="00511A37" w:rsidP="004464A8">
      <w:pPr>
        <w:spacing w:after="0" w:line="240" w:lineRule="auto"/>
        <w:jc w:val="both"/>
        <w:rPr>
          <w:rFonts w:cs="Times New Roman"/>
          <w:iCs/>
          <w:sz w:val="28"/>
          <w:szCs w:val="28"/>
        </w:rPr>
      </w:pPr>
      <w:r w:rsidRPr="00511A37">
        <w:rPr>
          <w:rFonts w:cs="Times New Roman"/>
          <w:iCs/>
          <w:sz w:val="28"/>
          <w:szCs w:val="28"/>
        </w:rPr>
        <w:t>_________________________________________________________________________</w:t>
      </w:r>
    </w:p>
    <w:p w14:paraId="05B2BB28" w14:textId="77777777" w:rsidR="00511A37" w:rsidRPr="00511A37" w:rsidRDefault="00511A37" w:rsidP="00511A37">
      <w:pPr>
        <w:spacing w:after="0" w:line="240" w:lineRule="auto"/>
        <w:jc w:val="both"/>
        <w:rPr>
          <w:rFonts w:cs="Times New Roman"/>
          <w:iCs/>
          <w:sz w:val="28"/>
          <w:szCs w:val="28"/>
        </w:rPr>
      </w:pPr>
      <w:r w:rsidRPr="00511A37">
        <w:rPr>
          <w:rFonts w:cs="Times New Roman"/>
          <w:iCs/>
          <w:sz w:val="28"/>
          <w:szCs w:val="28"/>
        </w:rPr>
        <w:t>_________________________________________________________________________</w:t>
      </w:r>
    </w:p>
    <w:p w14:paraId="34C2A488" w14:textId="77777777" w:rsidR="00511A37" w:rsidRPr="00511A37" w:rsidRDefault="00511A37" w:rsidP="00511A37">
      <w:pPr>
        <w:spacing w:after="0" w:line="240" w:lineRule="auto"/>
        <w:jc w:val="both"/>
        <w:rPr>
          <w:rFonts w:cs="Times New Roman"/>
          <w:iCs/>
          <w:sz w:val="28"/>
          <w:szCs w:val="28"/>
        </w:rPr>
      </w:pPr>
      <w:r w:rsidRPr="00511A37">
        <w:rPr>
          <w:rFonts w:cs="Times New Roman"/>
          <w:iCs/>
          <w:sz w:val="28"/>
          <w:szCs w:val="28"/>
        </w:rPr>
        <w:t>_________________________________________________________________________</w:t>
      </w:r>
    </w:p>
    <w:p w14:paraId="5746D61B" w14:textId="77777777" w:rsidR="00511A37" w:rsidRPr="00511A37" w:rsidRDefault="00511A37" w:rsidP="00511A37">
      <w:pPr>
        <w:spacing w:after="0" w:line="240" w:lineRule="auto"/>
        <w:ind w:firstLine="709"/>
        <w:jc w:val="both"/>
        <w:rPr>
          <w:rFonts w:cs="Times New Roman"/>
          <w:b/>
          <w:iCs/>
          <w:sz w:val="28"/>
          <w:szCs w:val="28"/>
          <w:lang w:val="uk-UA"/>
        </w:rPr>
      </w:pPr>
    </w:p>
    <w:p w14:paraId="433AFDBE" w14:textId="77777777" w:rsidR="00511A37" w:rsidRDefault="00511A37" w:rsidP="00511A37">
      <w:pPr>
        <w:spacing w:after="0" w:line="240" w:lineRule="auto"/>
        <w:ind w:firstLine="709"/>
        <w:jc w:val="both"/>
        <w:rPr>
          <w:rFonts w:cs="Times New Roman"/>
          <w:b/>
          <w:sz w:val="28"/>
          <w:szCs w:val="28"/>
          <w:lang w:val="uk-UA"/>
        </w:rPr>
      </w:pPr>
    </w:p>
    <w:p w14:paraId="7EF10588" w14:textId="0537A82A" w:rsidR="007C351A" w:rsidRPr="004464A8" w:rsidRDefault="006267E1" w:rsidP="00511A37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4464A8">
        <w:rPr>
          <w:rFonts w:cs="Times New Roman"/>
          <w:b/>
          <w:sz w:val="28"/>
          <w:szCs w:val="28"/>
          <w:lang w:val="uk-UA"/>
        </w:rPr>
        <w:t xml:space="preserve">Завдання </w:t>
      </w:r>
      <w:r w:rsidR="00511A37" w:rsidRPr="004464A8">
        <w:rPr>
          <w:rFonts w:cs="Times New Roman"/>
          <w:b/>
          <w:sz w:val="28"/>
          <w:szCs w:val="28"/>
        </w:rPr>
        <w:t xml:space="preserve">5. </w:t>
      </w:r>
      <w:proofErr w:type="spellStart"/>
      <w:r w:rsidR="00511A37" w:rsidRPr="004464A8">
        <w:rPr>
          <w:rFonts w:cs="Times New Roman"/>
          <w:b/>
          <w:sz w:val="28"/>
          <w:szCs w:val="28"/>
        </w:rPr>
        <w:t>Інтерактив</w:t>
      </w:r>
      <w:proofErr w:type="spellEnd"/>
      <w:r w:rsidR="00511A37" w:rsidRPr="004464A8">
        <w:rPr>
          <w:rFonts w:cs="Times New Roman"/>
          <w:b/>
          <w:sz w:val="28"/>
          <w:szCs w:val="28"/>
        </w:rPr>
        <w:t xml:space="preserve"> «</w:t>
      </w:r>
      <w:proofErr w:type="spellStart"/>
      <w:r w:rsidR="00511A37" w:rsidRPr="004464A8">
        <w:rPr>
          <w:rFonts w:cs="Times New Roman"/>
          <w:b/>
          <w:sz w:val="28"/>
          <w:szCs w:val="28"/>
        </w:rPr>
        <w:t>Ефект</w:t>
      </w:r>
      <w:proofErr w:type="spellEnd"/>
      <w:r w:rsidR="00511A37" w:rsidRPr="004464A8">
        <w:rPr>
          <w:rFonts w:cs="Times New Roman"/>
          <w:b/>
          <w:sz w:val="28"/>
          <w:szCs w:val="28"/>
        </w:rPr>
        <w:t xml:space="preserve"> </w:t>
      </w:r>
      <w:proofErr w:type="spellStart"/>
      <w:r w:rsidR="00511A37" w:rsidRPr="004464A8">
        <w:rPr>
          <w:rFonts w:cs="Times New Roman"/>
          <w:b/>
          <w:sz w:val="28"/>
          <w:szCs w:val="28"/>
        </w:rPr>
        <w:t>доміно</w:t>
      </w:r>
      <w:proofErr w:type="spellEnd"/>
      <w:r w:rsidR="00511A37" w:rsidRPr="004464A8">
        <w:rPr>
          <w:rFonts w:cs="Times New Roman"/>
          <w:b/>
          <w:sz w:val="28"/>
          <w:szCs w:val="28"/>
        </w:rPr>
        <w:t xml:space="preserve">» </w:t>
      </w:r>
    </w:p>
    <w:p w14:paraId="7F6E3CCC" w14:textId="77777777" w:rsidR="007C351A" w:rsidRPr="004464A8" w:rsidRDefault="00511A37" w:rsidP="00511A37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4464A8">
        <w:rPr>
          <w:rFonts w:cs="Times New Roman"/>
          <w:sz w:val="28"/>
          <w:szCs w:val="28"/>
        </w:rPr>
        <w:t>Стартовий фактор: ЗАКРИТТЯ ВЕЛИКОГО ПІДПРИЄМСТВА.</w:t>
      </w:r>
    </w:p>
    <w:p w14:paraId="431F4AD5" w14:textId="15EE03D8" w:rsidR="007C351A" w:rsidRDefault="00511A37" w:rsidP="00511A37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4464A8">
        <w:rPr>
          <w:rFonts w:cs="Times New Roman"/>
          <w:sz w:val="28"/>
          <w:szCs w:val="28"/>
        </w:rPr>
        <w:t xml:space="preserve">Продовжте причинно-наслідковий ланцюг щонайменше до шести елементів. Кожен наступний елемент має </w:t>
      </w:r>
      <w:proofErr w:type="spellStart"/>
      <w:r w:rsidRPr="004464A8">
        <w:rPr>
          <w:rFonts w:cs="Times New Roman"/>
          <w:sz w:val="28"/>
          <w:szCs w:val="28"/>
        </w:rPr>
        <w:t>логічно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випливати</w:t>
      </w:r>
      <w:proofErr w:type="spellEnd"/>
      <w:r w:rsidRPr="004464A8">
        <w:rPr>
          <w:rFonts w:cs="Times New Roman"/>
          <w:sz w:val="28"/>
          <w:szCs w:val="28"/>
        </w:rPr>
        <w:t xml:space="preserve"> з </w:t>
      </w:r>
      <w:proofErr w:type="spellStart"/>
      <w:r w:rsidRPr="004464A8">
        <w:rPr>
          <w:rFonts w:cs="Times New Roman"/>
          <w:sz w:val="28"/>
          <w:szCs w:val="28"/>
        </w:rPr>
        <w:t>попереднього</w:t>
      </w:r>
      <w:proofErr w:type="spellEnd"/>
      <w:r w:rsidRPr="004464A8">
        <w:rPr>
          <w:rFonts w:cs="Times New Roman"/>
          <w:sz w:val="28"/>
          <w:szCs w:val="28"/>
        </w:rPr>
        <w:t>.</w:t>
      </w:r>
    </w:p>
    <w:tbl>
      <w:tblPr>
        <w:tblStyle w:val="aff2"/>
        <w:tblW w:w="10661" w:type="dxa"/>
        <w:tblLook w:val="04A0" w:firstRow="1" w:lastRow="0" w:firstColumn="1" w:lastColumn="0" w:noHBand="0" w:noVBand="1"/>
      </w:tblPr>
      <w:tblGrid>
        <w:gridCol w:w="1828"/>
        <w:gridCol w:w="1473"/>
        <w:gridCol w:w="1472"/>
        <w:gridCol w:w="1472"/>
        <w:gridCol w:w="1472"/>
        <w:gridCol w:w="1472"/>
        <w:gridCol w:w="1472"/>
      </w:tblGrid>
      <w:tr w:rsidR="00FA783B" w:rsidRPr="00FA783B" w14:paraId="4EF048F9" w14:textId="77777777" w:rsidTr="00FA783B">
        <w:tc>
          <w:tcPr>
            <w:tcW w:w="1828" w:type="dxa"/>
          </w:tcPr>
          <w:p w14:paraId="5F64C08A" w14:textId="19BD4B8B" w:rsidR="00FA783B" w:rsidRPr="00FA783B" w:rsidRDefault="00FA783B" w:rsidP="00511A37">
            <w:pPr>
              <w:jc w:val="center"/>
              <w:rPr>
                <w:rFonts w:cs="Times New Roman"/>
                <w:szCs w:val="24"/>
              </w:rPr>
            </w:pPr>
            <w:r w:rsidRPr="00FA783B"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1473" w:type="dxa"/>
          </w:tcPr>
          <w:p w14:paraId="373B6891" w14:textId="0E07CE3E" w:rsidR="00FA783B" w:rsidRPr="00FA783B" w:rsidRDefault="00FA783B" w:rsidP="00511A37">
            <w:pPr>
              <w:jc w:val="center"/>
              <w:rPr>
                <w:rFonts w:cs="Times New Roman"/>
                <w:szCs w:val="24"/>
              </w:rPr>
            </w:pPr>
            <w:r w:rsidRPr="00FA783B">
              <w:rPr>
                <w:rFonts w:cs="Times New Roman"/>
                <w:b/>
                <w:szCs w:val="24"/>
              </w:rPr>
              <w:t>2</w:t>
            </w:r>
          </w:p>
        </w:tc>
        <w:tc>
          <w:tcPr>
            <w:tcW w:w="1472" w:type="dxa"/>
          </w:tcPr>
          <w:p w14:paraId="7D2754DE" w14:textId="5C7FE395" w:rsidR="00FA783B" w:rsidRPr="00FA783B" w:rsidRDefault="00FA783B" w:rsidP="00511A37">
            <w:pPr>
              <w:jc w:val="center"/>
              <w:rPr>
                <w:rFonts w:cs="Times New Roman"/>
                <w:szCs w:val="24"/>
              </w:rPr>
            </w:pPr>
            <w:r w:rsidRPr="00FA783B">
              <w:rPr>
                <w:rFonts w:cs="Times New Roman"/>
                <w:b/>
                <w:szCs w:val="24"/>
              </w:rPr>
              <w:t>3</w:t>
            </w:r>
          </w:p>
        </w:tc>
        <w:tc>
          <w:tcPr>
            <w:tcW w:w="1472" w:type="dxa"/>
          </w:tcPr>
          <w:p w14:paraId="68EFD2D0" w14:textId="314ABAC6" w:rsidR="00FA783B" w:rsidRPr="00FA783B" w:rsidRDefault="00FA783B" w:rsidP="00511A37">
            <w:pPr>
              <w:jc w:val="center"/>
              <w:rPr>
                <w:rFonts w:cs="Times New Roman"/>
                <w:szCs w:val="24"/>
              </w:rPr>
            </w:pPr>
            <w:r w:rsidRPr="00FA783B">
              <w:rPr>
                <w:rFonts w:cs="Times New Roman"/>
                <w:b/>
                <w:szCs w:val="24"/>
              </w:rPr>
              <w:t>4</w:t>
            </w:r>
          </w:p>
        </w:tc>
        <w:tc>
          <w:tcPr>
            <w:tcW w:w="1472" w:type="dxa"/>
          </w:tcPr>
          <w:p w14:paraId="537773AA" w14:textId="1AEC0A22" w:rsidR="00FA783B" w:rsidRPr="00FA783B" w:rsidRDefault="00FA783B" w:rsidP="00511A37">
            <w:pPr>
              <w:jc w:val="center"/>
              <w:rPr>
                <w:rFonts w:cs="Times New Roman"/>
                <w:szCs w:val="24"/>
              </w:rPr>
            </w:pPr>
            <w:r w:rsidRPr="00FA783B">
              <w:rPr>
                <w:rFonts w:cs="Times New Roman"/>
                <w:b/>
                <w:szCs w:val="24"/>
              </w:rPr>
              <w:t>5</w:t>
            </w:r>
          </w:p>
        </w:tc>
        <w:tc>
          <w:tcPr>
            <w:tcW w:w="1472" w:type="dxa"/>
          </w:tcPr>
          <w:p w14:paraId="289D357F" w14:textId="6C4D89C6" w:rsidR="00FA783B" w:rsidRPr="00FA783B" w:rsidRDefault="00FA783B" w:rsidP="00511A37">
            <w:pPr>
              <w:jc w:val="center"/>
              <w:rPr>
                <w:rFonts w:cs="Times New Roman"/>
                <w:szCs w:val="24"/>
              </w:rPr>
            </w:pPr>
            <w:r w:rsidRPr="00FA783B">
              <w:rPr>
                <w:rFonts w:cs="Times New Roman"/>
                <w:b/>
                <w:szCs w:val="24"/>
              </w:rPr>
              <w:t>6</w:t>
            </w:r>
          </w:p>
        </w:tc>
        <w:tc>
          <w:tcPr>
            <w:tcW w:w="1472" w:type="dxa"/>
          </w:tcPr>
          <w:p w14:paraId="321A22D4" w14:textId="75AB5F72" w:rsidR="00FA783B" w:rsidRPr="00FA783B" w:rsidRDefault="00FA783B" w:rsidP="00511A37">
            <w:pPr>
              <w:jc w:val="center"/>
              <w:rPr>
                <w:rFonts w:cs="Times New Roman"/>
                <w:szCs w:val="24"/>
              </w:rPr>
            </w:pPr>
            <w:r w:rsidRPr="00FA783B">
              <w:rPr>
                <w:rFonts w:cs="Times New Roman"/>
                <w:b/>
                <w:szCs w:val="24"/>
              </w:rPr>
              <w:t>7</w:t>
            </w:r>
          </w:p>
        </w:tc>
      </w:tr>
      <w:tr w:rsidR="00FA783B" w:rsidRPr="00FA783B" w14:paraId="6E4E5918" w14:textId="77777777" w:rsidTr="00FA783B">
        <w:tc>
          <w:tcPr>
            <w:tcW w:w="1828" w:type="dxa"/>
          </w:tcPr>
          <w:p w14:paraId="1625C162" w14:textId="4A79959E" w:rsidR="00FA783B" w:rsidRPr="00FA783B" w:rsidRDefault="00FA783B" w:rsidP="00FA783B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FA783B">
              <w:rPr>
                <w:rFonts w:cs="Times New Roman"/>
                <w:szCs w:val="24"/>
              </w:rPr>
              <w:t>Закриття</w:t>
            </w:r>
            <w:proofErr w:type="spellEnd"/>
            <w:r w:rsidRPr="00FA783B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A783B">
              <w:rPr>
                <w:rFonts w:cs="Times New Roman"/>
                <w:szCs w:val="24"/>
              </w:rPr>
              <w:t>підприємства</w:t>
            </w:r>
            <w:proofErr w:type="spellEnd"/>
          </w:p>
        </w:tc>
        <w:tc>
          <w:tcPr>
            <w:tcW w:w="1473" w:type="dxa"/>
          </w:tcPr>
          <w:p w14:paraId="41789A14" w14:textId="77777777" w:rsidR="00FA783B" w:rsidRPr="00FA783B" w:rsidRDefault="00FA783B" w:rsidP="00FA783B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72" w:type="dxa"/>
          </w:tcPr>
          <w:p w14:paraId="4ABBC410" w14:textId="77777777" w:rsidR="00FA783B" w:rsidRPr="00FA783B" w:rsidRDefault="00FA783B" w:rsidP="00FA783B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72" w:type="dxa"/>
          </w:tcPr>
          <w:p w14:paraId="205D68A4" w14:textId="77777777" w:rsidR="00FA783B" w:rsidRPr="00FA783B" w:rsidRDefault="00FA783B" w:rsidP="00FA783B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72" w:type="dxa"/>
          </w:tcPr>
          <w:p w14:paraId="3A84125A" w14:textId="77777777" w:rsidR="00FA783B" w:rsidRPr="00FA783B" w:rsidRDefault="00FA783B" w:rsidP="00FA783B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72" w:type="dxa"/>
          </w:tcPr>
          <w:p w14:paraId="77C0D810" w14:textId="77777777" w:rsidR="00FA783B" w:rsidRPr="00FA783B" w:rsidRDefault="00FA783B" w:rsidP="00FA783B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472" w:type="dxa"/>
          </w:tcPr>
          <w:p w14:paraId="3C2DE80E" w14:textId="77777777" w:rsidR="00FA783B" w:rsidRPr="00FA783B" w:rsidRDefault="00FA783B" w:rsidP="00FA783B">
            <w:pPr>
              <w:jc w:val="both"/>
              <w:rPr>
                <w:rFonts w:cs="Times New Roman"/>
                <w:szCs w:val="24"/>
              </w:rPr>
            </w:pPr>
          </w:p>
        </w:tc>
      </w:tr>
    </w:tbl>
    <w:p w14:paraId="67162AAA" w14:textId="586FBA9C" w:rsidR="00FA783B" w:rsidRDefault="00FA783B" w:rsidP="004464A8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6BF7E355" w14:textId="77777777" w:rsidR="007C351A" w:rsidRPr="004464A8" w:rsidRDefault="00511A37" w:rsidP="00FA783B">
      <w:pPr>
        <w:tabs>
          <w:tab w:val="left" w:pos="993"/>
        </w:tabs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proofErr w:type="spellStart"/>
      <w:r w:rsidRPr="004464A8">
        <w:rPr>
          <w:rFonts w:cs="Times New Roman"/>
          <w:sz w:val="28"/>
          <w:szCs w:val="28"/>
        </w:rPr>
        <w:t>Після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побудови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ланцюга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визначте</w:t>
      </w:r>
      <w:proofErr w:type="spellEnd"/>
      <w:r w:rsidRPr="004464A8">
        <w:rPr>
          <w:rFonts w:cs="Times New Roman"/>
          <w:sz w:val="28"/>
          <w:szCs w:val="28"/>
        </w:rPr>
        <w:t>:</w:t>
      </w:r>
    </w:p>
    <w:p w14:paraId="1FD92061" w14:textId="77777777" w:rsidR="007C351A" w:rsidRPr="004464A8" w:rsidRDefault="00511A37" w:rsidP="00FA783B">
      <w:pPr>
        <w:pStyle w:val="a0"/>
        <w:tabs>
          <w:tab w:val="left" w:pos="993"/>
        </w:tabs>
        <w:spacing w:after="0" w:line="240" w:lineRule="auto"/>
        <w:ind w:left="0" w:firstLine="709"/>
        <w:jc w:val="both"/>
        <w:rPr>
          <w:rFonts w:cs="Times New Roman"/>
          <w:sz w:val="28"/>
          <w:szCs w:val="28"/>
        </w:rPr>
      </w:pPr>
      <w:r w:rsidRPr="004464A8">
        <w:rPr>
          <w:rFonts w:cs="Times New Roman"/>
          <w:sz w:val="28"/>
          <w:szCs w:val="28"/>
        </w:rPr>
        <w:t>у якій точці його можна спробувати перервати управлінським рішенням;</w:t>
      </w:r>
    </w:p>
    <w:p w14:paraId="67BBDD50" w14:textId="77777777" w:rsidR="007C351A" w:rsidRPr="004464A8" w:rsidRDefault="00511A37" w:rsidP="00FA783B">
      <w:pPr>
        <w:pStyle w:val="a0"/>
        <w:tabs>
          <w:tab w:val="left" w:pos="993"/>
        </w:tabs>
        <w:spacing w:after="0" w:line="240" w:lineRule="auto"/>
        <w:ind w:left="0" w:firstLine="709"/>
        <w:jc w:val="both"/>
        <w:rPr>
          <w:rFonts w:cs="Times New Roman"/>
          <w:sz w:val="28"/>
          <w:szCs w:val="28"/>
        </w:rPr>
      </w:pPr>
      <w:r w:rsidRPr="004464A8">
        <w:rPr>
          <w:rFonts w:cs="Times New Roman"/>
          <w:sz w:val="28"/>
          <w:szCs w:val="28"/>
        </w:rPr>
        <w:t>який конкретний захід ви пропонуєте;</w:t>
      </w:r>
    </w:p>
    <w:p w14:paraId="2D26291F" w14:textId="77777777" w:rsidR="007C351A" w:rsidRPr="004464A8" w:rsidRDefault="00511A37" w:rsidP="00FA783B">
      <w:pPr>
        <w:pStyle w:val="a0"/>
        <w:tabs>
          <w:tab w:val="left" w:pos="993"/>
        </w:tabs>
        <w:spacing w:after="0" w:line="240" w:lineRule="auto"/>
        <w:ind w:left="0" w:firstLine="709"/>
        <w:jc w:val="both"/>
        <w:rPr>
          <w:rFonts w:cs="Times New Roman"/>
          <w:sz w:val="28"/>
          <w:szCs w:val="28"/>
        </w:rPr>
      </w:pPr>
      <w:r w:rsidRPr="004464A8">
        <w:rPr>
          <w:rFonts w:cs="Times New Roman"/>
          <w:sz w:val="28"/>
          <w:szCs w:val="28"/>
        </w:rPr>
        <w:t>який негативний наслідок цей захід має зменшити.</w:t>
      </w:r>
    </w:p>
    <w:p w14:paraId="2ECC4550" w14:textId="77777777" w:rsidR="00511A37" w:rsidRDefault="00511A37" w:rsidP="00FA783B">
      <w:pPr>
        <w:tabs>
          <w:tab w:val="left" w:pos="993"/>
        </w:tabs>
        <w:spacing w:after="0" w:line="240" w:lineRule="auto"/>
        <w:ind w:firstLine="709"/>
        <w:jc w:val="both"/>
        <w:rPr>
          <w:rFonts w:cs="Times New Roman"/>
          <w:b/>
          <w:sz w:val="28"/>
          <w:szCs w:val="28"/>
          <w:lang w:val="uk-UA"/>
        </w:rPr>
      </w:pPr>
    </w:p>
    <w:p w14:paraId="3A7F04CC" w14:textId="34835E7A" w:rsidR="007C351A" w:rsidRDefault="004464A8" w:rsidP="00FA783B">
      <w:pPr>
        <w:tabs>
          <w:tab w:val="left" w:pos="993"/>
        </w:tabs>
        <w:spacing w:after="0" w:line="240" w:lineRule="auto"/>
        <w:ind w:firstLine="709"/>
        <w:jc w:val="both"/>
        <w:rPr>
          <w:rFonts w:cs="Times New Roman"/>
          <w:sz w:val="28"/>
          <w:szCs w:val="28"/>
          <w:lang w:val="uk-UA"/>
        </w:rPr>
      </w:pPr>
      <w:r w:rsidRPr="004464A8">
        <w:rPr>
          <w:rFonts w:cs="Times New Roman"/>
          <w:b/>
          <w:sz w:val="28"/>
          <w:szCs w:val="28"/>
          <w:lang w:val="uk-UA"/>
        </w:rPr>
        <w:t xml:space="preserve">Завдання </w:t>
      </w:r>
      <w:r w:rsidR="00511A37" w:rsidRPr="004464A8">
        <w:rPr>
          <w:rFonts w:cs="Times New Roman"/>
          <w:b/>
          <w:sz w:val="28"/>
          <w:szCs w:val="28"/>
        </w:rPr>
        <w:t xml:space="preserve">6. </w:t>
      </w:r>
      <w:proofErr w:type="spellStart"/>
      <w:r w:rsidR="00511A37" w:rsidRPr="004464A8">
        <w:rPr>
          <w:rFonts w:cs="Times New Roman"/>
          <w:sz w:val="28"/>
          <w:szCs w:val="28"/>
        </w:rPr>
        <w:t>Назвіть</w:t>
      </w:r>
      <w:proofErr w:type="spellEnd"/>
      <w:r w:rsidR="00511A37" w:rsidRPr="004464A8">
        <w:rPr>
          <w:rFonts w:cs="Times New Roman"/>
          <w:sz w:val="28"/>
          <w:szCs w:val="28"/>
        </w:rPr>
        <w:t xml:space="preserve"> </w:t>
      </w:r>
      <w:proofErr w:type="spellStart"/>
      <w:r w:rsidR="00511A37" w:rsidRPr="004464A8">
        <w:rPr>
          <w:rFonts w:cs="Times New Roman"/>
          <w:sz w:val="28"/>
          <w:szCs w:val="28"/>
        </w:rPr>
        <w:t>одну</w:t>
      </w:r>
      <w:proofErr w:type="spellEnd"/>
      <w:r w:rsidR="00511A37" w:rsidRPr="004464A8">
        <w:rPr>
          <w:rFonts w:cs="Times New Roman"/>
          <w:sz w:val="28"/>
          <w:szCs w:val="28"/>
        </w:rPr>
        <w:t xml:space="preserve"> </w:t>
      </w:r>
      <w:proofErr w:type="spellStart"/>
      <w:r w:rsidR="00511A37" w:rsidRPr="004464A8">
        <w:rPr>
          <w:rFonts w:cs="Times New Roman"/>
          <w:sz w:val="28"/>
          <w:szCs w:val="28"/>
        </w:rPr>
        <w:t>сучасну</w:t>
      </w:r>
      <w:proofErr w:type="spellEnd"/>
      <w:r w:rsidR="00511A37" w:rsidRPr="004464A8">
        <w:rPr>
          <w:rFonts w:cs="Times New Roman"/>
          <w:sz w:val="28"/>
          <w:szCs w:val="28"/>
        </w:rPr>
        <w:t xml:space="preserve"> </w:t>
      </w:r>
      <w:proofErr w:type="spellStart"/>
      <w:r w:rsidR="00511A37" w:rsidRPr="004464A8">
        <w:rPr>
          <w:rFonts w:cs="Times New Roman"/>
          <w:sz w:val="28"/>
          <w:szCs w:val="28"/>
        </w:rPr>
        <w:t>соціальну</w:t>
      </w:r>
      <w:proofErr w:type="spellEnd"/>
      <w:r w:rsidR="00511A37" w:rsidRPr="004464A8">
        <w:rPr>
          <w:rFonts w:cs="Times New Roman"/>
          <w:sz w:val="28"/>
          <w:szCs w:val="28"/>
        </w:rPr>
        <w:t xml:space="preserve"> або гуманітарну проблему України чи своєї територіальної громади </w:t>
      </w:r>
      <w:proofErr w:type="spellStart"/>
      <w:r w:rsidR="00511A37" w:rsidRPr="004464A8">
        <w:rPr>
          <w:rFonts w:cs="Times New Roman"/>
          <w:sz w:val="28"/>
          <w:szCs w:val="28"/>
        </w:rPr>
        <w:t>та</w:t>
      </w:r>
      <w:proofErr w:type="spellEnd"/>
      <w:r w:rsidR="00511A37" w:rsidRPr="004464A8">
        <w:rPr>
          <w:rFonts w:cs="Times New Roman"/>
          <w:sz w:val="28"/>
          <w:szCs w:val="28"/>
        </w:rPr>
        <w:t xml:space="preserve"> </w:t>
      </w:r>
      <w:proofErr w:type="spellStart"/>
      <w:r w:rsidR="00511A37" w:rsidRPr="004464A8">
        <w:rPr>
          <w:rFonts w:cs="Times New Roman"/>
          <w:sz w:val="28"/>
          <w:szCs w:val="28"/>
        </w:rPr>
        <w:t>заповніть</w:t>
      </w:r>
      <w:proofErr w:type="spellEnd"/>
      <w:r w:rsidR="00511A37" w:rsidRPr="004464A8">
        <w:rPr>
          <w:rFonts w:cs="Times New Roman"/>
          <w:sz w:val="28"/>
          <w:szCs w:val="28"/>
        </w:rPr>
        <w:t xml:space="preserve"> </w:t>
      </w:r>
      <w:proofErr w:type="spellStart"/>
      <w:r w:rsidR="00511A37" w:rsidRPr="004464A8">
        <w:rPr>
          <w:rFonts w:cs="Times New Roman"/>
          <w:sz w:val="28"/>
          <w:szCs w:val="28"/>
        </w:rPr>
        <w:t>чотири</w:t>
      </w:r>
      <w:proofErr w:type="spellEnd"/>
      <w:r w:rsidR="00511A37" w:rsidRPr="004464A8">
        <w:rPr>
          <w:rFonts w:cs="Times New Roman"/>
          <w:sz w:val="28"/>
          <w:szCs w:val="28"/>
        </w:rPr>
        <w:t xml:space="preserve"> </w:t>
      </w:r>
      <w:proofErr w:type="spellStart"/>
      <w:r w:rsidR="00511A37" w:rsidRPr="004464A8">
        <w:rPr>
          <w:rFonts w:cs="Times New Roman"/>
          <w:sz w:val="28"/>
          <w:szCs w:val="28"/>
        </w:rPr>
        <w:t>позиції</w:t>
      </w:r>
      <w:proofErr w:type="spellEnd"/>
      <w:r w:rsidR="00511A37" w:rsidRPr="004464A8">
        <w:rPr>
          <w:rFonts w:cs="Times New Roman"/>
          <w:sz w:val="28"/>
          <w:szCs w:val="28"/>
        </w:rPr>
        <w:t>.</w:t>
      </w:r>
      <w:r w:rsidRPr="004464A8">
        <w:rPr>
          <w:rFonts w:cs="Times New Roman"/>
          <w:sz w:val="28"/>
          <w:szCs w:val="28"/>
        </w:rPr>
        <w:t xml:space="preserve"> </w:t>
      </w:r>
      <w:r w:rsidRPr="004464A8">
        <w:rPr>
          <w:rFonts w:cs="Times New Roman"/>
          <w:sz w:val="28"/>
          <w:szCs w:val="28"/>
          <w:lang w:val="uk-UA"/>
        </w:rPr>
        <w:t>В</w:t>
      </w:r>
      <w:proofErr w:type="spellStart"/>
      <w:r w:rsidRPr="004464A8">
        <w:rPr>
          <w:rFonts w:cs="Times New Roman"/>
          <w:sz w:val="28"/>
          <w:szCs w:val="28"/>
        </w:rPr>
        <w:t>ідповідь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має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містити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причинно-наслідкове</w:t>
      </w:r>
      <w:proofErr w:type="spellEnd"/>
      <w:r w:rsidRPr="004464A8">
        <w:rPr>
          <w:rFonts w:cs="Times New Roman"/>
          <w:sz w:val="28"/>
          <w:szCs w:val="28"/>
        </w:rPr>
        <w:t xml:space="preserve"> пояснення, а </w:t>
      </w:r>
      <w:proofErr w:type="spellStart"/>
      <w:r w:rsidRPr="004464A8">
        <w:rPr>
          <w:rFonts w:cs="Times New Roman"/>
          <w:sz w:val="28"/>
          <w:szCs w:val="28"/>
        </w:rPr>
        <w:t>не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лише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перелік</w:t>
      </w:r>
      <w:proofErr w:type="spellEnd"/>
      <w:r w:rsidRPr="004464A8">
        <w:rPr>
          <w:rFonts w:cs="Times New Roman"/>
          <w:sz w:val="28"/>
          <w:szCs w:val="28"/>
        </w:rPr>
        <w:t xml:space="preserve"> </w:t>
      </w:r>
      <w:proofErr w:type="spellStart"/>
      <w:r w:rsidRPr="004464A8">
        <w:rPr>
          <w:rFonts w:cs="Times New Roman"/>
          <w:sz w:val="28"/>
          <w:szCs w:val="28"/>
        </w:rPr>
        <w:t>установ</w:t>
      </w:r>
      <w:proofErr w:type="spellEnd"/>
      <w:r w:rsidRPr="004464A8">
        <w:rPr>
          <w:rFonts w:cs="Times New Roman"/>
          <w:sz w:val="28"/>
          <w:szCs w:val="28"/>
          <w:lang w:val="uk-UA"/>
        </w:rPr>
        <w:t>.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2560"/>
        <w:gridCol w:w="2552"/>
        <w:gridCol w:w="2573"/>
        <w:gridCol w:w="2561"/>
      </w:tblGrid>
      <w:tr w:rsidR="00FA783B" w:rsidRPr="00511A37" w14:paraId="3B73C967" w14:textId="77777777" w:rsidTr="00FA783B">
        <w:tc>
          <w:tcPr>
            <w:tcW w:w="2618" w:type="dxa"/>
          </w:tcPr>
          <w:p w14:paraId="2765BD0A" w14:textId="59C8FBB6" w:rsidR="00FA783B" w:rsidRPr="00511A37" w:rsidRDefault="00FA783B" w:rsidP="00511A37">
            <w:pPr>
              <w:tabs>
                <w:tab w:val="left" w:pos="993"/>
              </w:tabs>
              <w:jc w:val="center"/>
              <w:rPr>
                <w:rFonts w:cs="Times New Roman"/>
                <w:szCs w:val="24"/>
                <w:lang w:val="uk-UA"/>
              </w:rPr>
            </w:pPr>
            <w:r w:rsidRPr="00511A37">
              <w:rPr>
                <w:rFonts w:cs="Times New Roman"/>
                <w:b/>
                <w:szCs w:val="24"/>
              </w:rPr>
              <w:t xml:space="preserve">1. </w:t>
            </w:r>
            <w:proofErr w:type="spellStart"/>
            <w:r w:rsidRPr="00511A37">
              <w:rPr>
                <w:rFonts w:cs="Times New Roman"/>
                <w:b/>
                <w:szCs w:val="24"/>
              </w:rPr>
              <w:t>Проблема</w:t>
            </w:r>
            <w:proofErr w:type="spellEnd"/>
          </w:p>
        </w:tc>
        <w:tc>
          <w:tcPr>
            <w:tcW w:w="2618" w:type="dxa"/>
          </w:tcPr>
          <w:p w14:paraId="0511E867" w14:textId="0E6D6045" w:rsidR="00FA783B" w:rsidRPr="00511A37" w:rsidRDefault="00FA783B" w:rsidP="00511A37">
            <w:pPr>
              <w:tabs>
                <w:tab w:val="left" w:pos="993"/>
              </w:tabs>
              <w:jc w:val="center"/>
              <w:rPr>
                <w:rFonts w:cs="Times New Roman"/>
                <w:szCs w:val="24"/>
                <w:lang w:val="uk-UA"/>
              </w:rPr>
            </w:pPr>
            <w:r w:rsidRPr="00511A37">
              <w:rPr>
                <w:rFonts w:cs="Times New Roman"/>
                <w:b/>
                <w:szCs w:val="24"/>
              </w:rPr>
              <w:t xml:space="preserve">2. </w:t>
            </w:r>
            <w:proofErr w:type="spellStart"/>
            <w:r w:rsidRPr="00511A37">
              <w:rPr>
                <w:rFonts w:cs="Times New Roman"/>
                <w:b/>
                <w:szCs w:val="24"/>
              </w:rPr>
              <w:t>Кого</w:t>
            </w:r>
            <w:proofErr w:type="spellEnd"/>
            <w:r w:rsidRPr="00511A37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511A37">
              <w:rPr>
                <w:rFonts w:cs="Times New Roman"/>
                <w:b/>
                <w:szCs w:val="24"/>
              </w:rPr>
              <w:t>зачіпає</w:t>
            </w:r>
            <w:proofErr w:type="spellEnd"/>
            <w:r w:rsidRPr="00511A37">
              <w:rPr>
                <w:rFonts w:cs="Times New Roman"/>
                <w:b/>
                <w:szCs w:val="24"/>
              </w:rPr>
              <w:t>?</w:t>
            </w:r>
          </w:p>
        </w:tc>
        <w:tc>
          <w:tcPr>
            <w:tcW w:w="2618" w:type="dxa"/>
          </w:tcPr>
          <w:p w14:paraId="1B0D5AA3" w14:textId="1512E0CE" w:rsidR="00FA783B" w:rsidRPr="00511A37" w:rsidRDefault="00FA783B" w:rsidP="00511A37">
            <w:pPr>
              <w:tabs>
                <w:tab w:val="left" w:pos="993"/>
              </w:tabs>
              <w:jc w:val="center"/>
              <w:rPr>
                <w:rFonts w:cs="Times New Roman"/>
                <w:szCs w:val="24"/>
                <w:lang w:val="uk-UA"/>
              </w:rPr>
            </w:pPr>
            <w:r w:rsidRPr="00511A37">
              <w:rPr>
                <w:rFonts w:cs="Times New Roman"/>
                <w:b/>
                <w:szCs w:val="24"/>
              </w:rPr>
              <w:t xml:space="preserve">3. </w:t>
            </w:r>
            <w:proofErr w:type="spellStart"/>
            <w:r w:rsidRPr="00511A37">
              <w:rPr>
                <w:rFonts w:cs="Times New Roman"/>
                <w:b/>
                <w:szCs w:val="24"/>
              </w:rPr>
              <w:t>Чому</w:t>
            </w:r>
            <w:proofErr w:type="spellEnd"/>
            <w:r w:rsidRPr="00511A37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511A37">
              <w:rPr>
                <w:rFonts w:cs="Times New Roman"/>
                <w:b/>
                <w:szCs w:val="24"/>
              </w:rPr>
              <w:t>може</w:t>
            </w:r>
            <w:proofErr w:type="spellEnd"/>
            <w:r w:rsidRPr="00511A37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511A37">
              <w:rPr>
                <w:rFonts w:cs="Times New Roman"/>
                <w:b/>
                <w:szCs w:val="24"/>
              </w:rPr>
              <w:t>стати</w:t>
            </w:r>
            <w:proofErr w:type="spellEnd"/>
            <w:r w:rsidRPr="00511A37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511A37">
              <w:rPr>
                <w:rFonts w:cs="Times New Roman"/>
                <w:b/>
                <w:szCs w:val="24"/>
              </w:rPr>
              <w:t>безпековою</w:t>
            </w:r>
            <w:proofErr w:type="spellEnd"/>
            <w:r w:rsidRPr="00511A37">
              <w:rPr>
                <w:rFonts w:cs="Times New Roman"/>
                <w:b/>
                <w:szCs w:val="24"/>
              </w:rPr>
              <w:t>?</w:t>
            </w:r>
          </w:p>
        </w:tc>
        <w:tc>
          <w:tcPr>
            <w:tcW w:w="2618" w:type="dxa"/>
          </w:tcPr>
          <w:p w14:paraId="6A5AE0ED" w14:textId="1046F8FC" w:rsidR="00FA783B" w:rsidRPr="00511A37" w:rsidRDefault="00FA783B" w:rsidP="00511A37">
            <w:pPr>
              <w:tabs>
                <w:tab w:val="left" w:pos="993"/>
              </w:tabs>
              <w:jc w:val="center"/>
              <w:rPr>
                <w:rFonts w:cs="Times New Roman"/>
                <w:szCs w:val="24"/>
                <w:lang w:val="uk-UA"/>
              </w:rPr>
            </w:pPr>
            <w:r w:rsidRPr="00511A37">
              <w:rPr>
                <w:rFonts w:cs="Times New Roman"/>
                <w:b/>
                <w:szCs w:val="24"/>
              </w:rPr>
              <w:t xml:space="preserve">4. Хто </w:t>
            </w:r>
            <w:proofErr w:type="spellStart"/>
            <w:r w:rsidRPr="00511A37">
              <w:rPr>
                <w:rFonts w:cs="Times New Roman"/>
                <w:b/>
                <w:szCs w:val="24"/>
              </w:rPr>
              <w:t>має</w:t>
            </w:r>
            <w:proofErr w:type="spellEnd"/>
            <w:r w:rsidRPr="00511A37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511A37">
              <w:rPr>
                <w:rFonts w:cs="Times New Roman"/>
                <w:b/>
                <w:szCs w:val="24"/>
              </w:rPr>
              <w:t>реагувати</w:t>
            </w:r>
            <w:proofErr w:type="spellEnd"/>
            <w:r w:rsidRPr="00511A37">
              <w:rPr>
                <w:rFonts w:cs="Times New Roman"/>
                <w:b/>
                <w:szCs w:val="24"/>
              </w:rPr>
              <w:t xml:space="preserve"> і </w:t>
            </w:r>
            <w:proofErr w:type="spellStart"/>
            <w:r w:rsidRPr="00511A37">
              <w:rPr>
                <w:rFonts w:cs="Times New Roman"/>
                <w:b/>
                <w:szCs w:val="24"/>
              </w:rPr>
              <w:t>як</w:t>
            </w:r>
            <w:proofErr w:type="spellEnd"/>
            <w:r w:rsidRPr="00511A37">
              <w:rPr>
                <w:rFonts w:cs="Times New Roman"/>
                <w:b/>
                <w:szCs w:val="24"/>
              </w:rPr>
              <w:t>?</w:t>
            </w:r>
          </w:p>
        </w:tc>
      </w:tr>
      <w:tr w:rsidR="00FA783B" w:rsidRPr="00511A37" w14:paraId="353D08E1" w14:textId="77777777" w:rsidTr="00FA783B">
        <w:tc>
          <w:tcPr>
            <w:tcW w:w="2618" w:type="dxa"/>
          </w:tcPr>
          <w:p w14:paraId="64023E12" w14:textId="77777777" w:rsidR="00FA783B" w:rsidRPr="00511A37" w:rsidRDefault="00FA783B" w:rsidP="00FA783B">
            <w:pPr>
              <w:tabs>
                <w:tab w:val="left" w:pos="993"/>
              </w:tabs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618" w:type="dxa"/>
          </w:tcPr>
          <w:p w14:paraId="45142795" w14:textId="77777777" w:rsidR="00FA783B" w:rsidRPr="00511A37" w:rsidRDefault="00FA783B" w:rsidP="00FA783B">
            <w:pPr>
              <w:tabs>
                <w:tab w:val="left" w:pos="993"/>
              </w:tabs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618" w:type="dxa"/>
          </w:tcPr>
          <w:p w14:paraId="313F6050" w14:textId="77777777" w:rsidR="00FA783B" w:rsidRPr="00511A37" w:rsidRDefault="00FA783B" w:rsidP="00FA783B">
            <w:pPr>
              <w:tabs>
                <w:tab w:val="left" w:pos="993"/>
              </w:tabs>
              <w:jc w:val="both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618" w:type="dxa"/>
          </w:tcPr>
          <w:p w14:paraId="675EA717" w14:textId="77777777" w:rsidR="00FA783B" w:rsidRPr="00511A37" w:rsidRDefault="00FA783B" w:rsidP="00FA783B">
            <w:pPr>
              <w:tabs>
                <w:tab w:val="left" w:pos="993"/>
              </w:tabs>
              <w:jc w:val="both"/>
              <w:rPr>
                <w:rFonts w:cs="Times New Roman"/>
                <w:szCs w:val="24"/>
                <w:lang w:val="uk-UA"/>
              </w:rPr>
            </w:pPr>
          </w:p>
        </w:tc>
      </w:tr>
    </w:tbl>
    <w:p w14:paraId="02E046E4" w14:textId="710C52BF" w:rsidR="00FA783B" w:rsidRDefault="00FA783B" w:rsidP="00FA783B">
      <w:pPr>
        <w:tabs>
          <w:tab w:val="left" w:pos="993"/>
        </w:tabs>
        <w:spacing w:after="0" w:line="240" w:lineRule="auto"/>
        <w:jc w:val="both"/>
        <w:rPr>
          <w:rFonts w:cs="Times New Roman"/>
          <w:sz w:val="28"/>
          <w:szCs w:val="28"/>
          <w:lang w:val="uk-UA"/>
        </w:rPr>
      </w:pPr>
    </w:p>
    <w:sectPr w:rsidR="00FA783B" w:rsidSect="00034616">
      <w:pgSz w:w="12240" w:h="15840"/>
      <w:pgMar w:top="907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831A1F8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464A8"/>
    <w:rsid w:val="00511A37"/>
    <w:rsid w:val="006267E1"/>
    <w:rsid w:val="007C351A"/>
    <w:rsid w:val="007F4980"/>
    <w:rsid w:val="00AA1D8D"/>
    <w:rsid w:val="00B47730"/>
    <w:rsid w:val="00CB0664"/>
    <w:rsid w:val="00E95567"/>
    <w:rsid w:val="00FA78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E870E9"/>
  <w14:defaultImageDpi w14:val="300"/>
  <w15:docId w15:val="{0323AE30-0B03-46B8-BEEC-F74172CF8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3531</Words>
  <Characters>2014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5534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2026-09-19T07:25:00Z</dcterms:created>
  <dcterms:modified xsi:type="dcterms:W3CDTF">2026-09-19T07:25:00Z</dcterms:modified>
  <cp:category/>
</cp:coreProperties>
</file>