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CA530" w14:textId="77777777" w:rsidR="00F40AB2" w:rsidRPr="00F40AB2" w:rsidRDefault="00F40AB2" w:rsidP="00F40AB2">
      <w:pPr>
        <w:spacing w:after="0" w:line="360" w:lineRule="auto"/>
        <w:jc w:val="both"/>
        <w:rPr>
          <w:b/>
          <w:sz w:val="28"/>
          <w:szCs w:val="28"/>
        </w:rPr>
      </w:pPr>
      <w:r w:rsidRPr="00F40AB2">
        <w:rPr>
          <w:b/>
          <w:sz w:val="28"/>
          <w:szCs w:val="28"/>
        </w:rPr>
        <w:t xml:space="preserve">ПІБ </w:t>
      </w:r>
      <w:proofErr w:type="spellStart"/>
      <w:r w:rsidRPr="00F40AB2">
        <w:rPr>
          <w:b/>
          <w:sz w:val="28"/>
          <w:szCs w:val="28"/>
        </w:rPr>
        <w:t>студента</w:t>
      </w:r>
      <w:proofErr w:type="spellEnd"/>
      <w:r w:rsidRPr="00F40AB2">
        <w:rPr>
          <w:b/>
          <w:sz w:val="28"/>
          <w:szCs w:val="28"/>
        </w:rPr>
        <w:t>: ______________________________________________</w:t>
      </w:r>
    </w:p>
    <w:p w14:paraId="10DA2005" w14:textId="77777777" w:rsidR="00F40AB2" w:rsidRPr="00F40AB2" w:rsidRDefault="00F40AB2" w:rsidP="00F40AB2">
      <w:pPr>
        <w:spacing w:after="0" w:line="360" w:lineRule="auto"/>
        <w:jc w:val="both"/>
        <w:rPr>
          <w:b/>
          <w:sz w:val="28"/>
          <w:szCs w:val="28"/>
        </w:rPr>
      </w:pPr>
      <w:proofErr w:type="spellStart"/>
      <w:r w:rsidRPr="00F40AB2">
        <w:rPr>
          <w:b/>
          <w:sz w:val="28"/>
          <w:szCs w:val="28"/>
        </w:rPr>
        <w:t>Група</w:t>
      </w:r>
      <w:proofErr w:type="spellEnd"/>
      <w:r w:rsidRPr="00F40AB2">
        <w:rPr>
          <w:b/>
          <w:sz w:val="28"/>
          <w:szCs w:val="28"/>
        </w:rPr>
        <w:t xml:space="preserve">: __________________________    </w:t>
      </w:r>
      <w:proofErr w:type="spellStart"/>
      <w:r w:rsidRPr="00F40AB2">
        <w:rPr>
          <w:b/>
          <w:sz w:val="28"/>
          <w:szCs w:val="28"/>
        </w:rPr>
        <w:t>Дата</w:t>
      </w:r>
      <w:proofErr w:type="spellEnd"/>
      <w:r w:rsidRPr="00F40AB2">
        <w:rPr>
          <w:b/>
          <w:sz w:val="28"/>
          <w:szCs w:val="28"/>
        </w:rPr>
        <w:t>: __________________________</w:t>
      </w:r>
    </w:p>
    <w:p w14:paraId="30C3F437" w14:textId="77777777" w:rsidR="00F40AB2" w:rsidRDefault="00F40AB2" w:rsidP="00F40AB2">
      <w:pPr>
        <w:spacing w:after="0" w:line="360" w:lineRule="auto"/>
        <w:jc w:val="center"/>
        <w:rPr>
          <w:b/>
          <w:sz w:val="28"/>
          <w:szCs w:val="28"/>
        </w:rPr>
      </w:pPr>
    </w:p>
    <w:p w14:paraId="6016F625" w14:textId="25C279B6" w:rsidR="00084DDF" w:rsidRPr="00F40AB2" w:rsidRDefault="00643F3D" w:rsidP="00F40AB2">
      <w:pPr>
        <w:spacing w:after="0" w:line="360" w:lineRule="auto"/>
        <w:jc w:val="center"/>
        <w:rPr>
          <w:sz w:val="28"/>
          <w:szCs w:val="28"/>
        </w:rPr>
      </w:pPr>
      <w:r w:rsidRPr="00F40AB2">
        <w:rPr>
          <w:b/>
          <w:sz w:val="28"/>
          <w:szCs w:val="28"/>
        </w:rPr>
        <w:t>ПРАКТИЧНЕ ЗАНЯТТЯ № 1</w:t>
      </w:r>
    </w:p>
    <w:p w14:paraId="6BEDC6CD" w14:textId="1DC30FAA" w:rsidR="00084DDF" w:rsidRPr="00A01DC2" w:rsidRDefault="00A01DC2" w:rsidP="00F40AB2">
      <w:pPr>
        <w:spacing w:after="0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proofErr w:type="spellStart"/>
      <w:r w:rsidR="00643F3D" w:rsidRPr="00F40AB2">
        <w:rPr>
          <w:b/>
          <w:sz w:val="28"/>
          <w:szCs w:val="28"/>
        </w:rPr>
        <w:t>Інформація</w:t>
      </w:r>
      <w:proofErr w:type="spellEnd"/>
      <w:r w:rsidR="00643F3D" w:rsidRPr="00F40AB2">
        <w:rPr>
          <w:b/>
          <w:sz w:val="28"/>
          <w:szCs w:val="28"/>
        </w:rPr>
        <w:t xml:space="preserve"> </w:t>
      </w:r>
      <w:proofErr w:type="spellStart"/>
      <w:r w:rsidR="00643F3D" w:rsidRPr="00F40AB2">
        <w:rPr>
          <w:b/>
          <w:sz w:val="28"/>
          <w:szCs w:val="28"/>
        </w:rPr>
        <w:t>як</w:t>
      </w:r>
      <w:proofErr w:type="spellEnd"/>
      <w:r w:rsidR="00643F3D" w:rsidRPr="00F40AB2">
        <w:rPr>
          <w:b/>
          <w:sz w:val="28"/>
          <w:szCs w:val="28"/>
        </w:rPr>
        <w:t xml:space="preserve"> </w:t>
      </w:r>
      <w:proofErr w:type="spellStart"/>
      <w:r w:rsidR="00643F3D" w:rsidRPr="00F40AB2">
        <w:rPr>
          <w:b/>
          <w:sz w:val="28"/>
          <w:szCs w:val="28"/>
        </w:rPr>
        <w:t>об’єкт</w:t>
      </w:r>
      <w:proofErr w:type="spellEnd"/>
      <w:r w:rsidR="00643F3D" w:rsidRPr="00F40AB2">
        <w:rPr>
          <w:b/>
          <w:sz w:val="28"/>
          <w:szCs w:val="28"/>
        </w:rPr>
        <w:t xml:space="preserve"> </w:t>
      </w:r>
      <w:proofErr w:type="spellStart"/>
      <w:r w:rsidR="00643F3D" w:rsidRPr="00F40AB2">
        <w:rPr>
          <w:b/>
          <w:sz w:val="28"/>
          <w:szCs w:val="28"/>
        </w:rPr>
        <w:t>правового</w:t>
      </w:r>
      <w:proofErr w:type="spellEnd"/>
      <w:r w:rsidR="00643F3D" w:rsidRPr="00F40AB2">
        <w:rPr>
          <w:b/>
          <w:sz w:val="28"/>
          <w:szCs w:val="28"/>
        </w:rPr>
        <w:t xml:space="preserve"> </w:t>
      </w:r>
      <w:proofErr w:type="spellStart"/>
      <w:r w:rsidR="00643F3D" w:rsidRPr="00F40AB2">
        <w:rPr>
          <w:b/>
          <w:sz w:val="28"/>
          <w:szCs w:val="28"/>
        </w:rPr>
        <w:t>регулювання</w:t>
      </w:r>
      <w:proofErr w:type="spellEnd"/>
      <w:r w:rsidR="00643F3D" w:rsidRPr="00F40AB2">
        <w:rPr>
          <w:b/>
          <w:sz w:val="28"/>
          <w:szCs w:val="28"/>
        </w:rPr>
        <w:t xml:space="preserve">: </w:t>
      </w:r>
      <w:proofErr w:type="spellStart"/>
      <w:r w:rsidR="00643F3D" w:rsidRPr="00F40AB2">
        <w:rPr>
          <w:b/>
          <w:sz w:val="28"/>
          <w:szCs w:val="28"/>
        </w:rPr>
        <w:t>поняття</w:t>
      </w:r>
      <w:proofErr w:type="spellEnd"/>
      <w:r w:rsidR="00643F3D" w:rsidRPr="00F40AB2">
        <w:rPr>
          <w:b/>
          <w:sz w:val="28"/>
          <w:szCs w:val="28"/>
        </w:rPr>
        <w:t xml:space="preserve">, </w:t>
      </w:r>
      <w:proofErr w:type="spellStart"/>
      <w:r w:rsidR="00643F3D" w:rsidRPr="00F40AB2">
        <w:rPr>
          <w:b/>
          <w:sz w:val="28"/>
          <w:szCs w:val="28"/>
        </w:rPr>
        <w:t>види</w:t>
      </w:r>
      <w:proofErr w:type="spellEnd"/>
      <w:r w:rsidR="00643F3D" w:rsidRPr="00F40AB2">
        <w:rPr>
          <w:b/>
          <w:sz w:val="28"/>
          <w:szCs w:val="28"/>
        </w:rPr>
        <w:t xml:space="preserve"> </w:t>
      </w:r>
      <w:proofErr w:type="spellStart"/>
      <w:r w:rsidR="00643F3D" w:rsidRPr="00F40AB2">
        <w:rPr>
          <w:b/>
          <w:sz w:val="28"/>
          <w:szCs w:val="28"/>
        </w:rPr>
        <w:t>та</w:t>
      </w:r>
      <w:proofErr w:type="spellEnd"/>
      <w:r w:rsidR="00643F3D" w:rsidRPr="00F40AB2">
        <w:rPr>
          <w:b/>
          <w:sz w:val="28"/>
          <w:szCs w:val="28"/>
        </w:rPr>
        <w:t xml:space="preserve"> </w:t>
      </w:r>
      <w:proofErr w:type="spellStart"/>
      <w:r w:rsidR="00643F3D" w:rsidRPr="00F40AB2">
        <w:rPr>
          <w:b/>
          <w:sz w:val="28"/>
          <w:szCs w:val="28"/>
        </w:rPr>
        <w:t>правові</w:t>
      </w:r>
      <w:proofErr w:type="spellEnd"/>
      <w:r w:rsidR="00643F3D" w:rsidRPr="00F40AB2">
        <w:rPr>
          <w:b/>
          <w:sz w:val="28"/>
          <w:szCs w:val="28"/>
        </w:rPr>
        <w:t xml:space="preserve"> </w:t>
      </w:r>
      <w:proofErr w:type="spellStart"/>
      <w:r w:rsidR="00643F3D" w:rsidRPr="00F40AB2">
        <w:rPr>
          <w:b/>
          <w:sz w:val="28"/>
          <w:szCs w:val="28"/>
        </w:rPr>
        <w:t>режими</w:t>
      </w:r>
      <w:proofErr w:type="spellEnd"/>
      <w:r>
        <w:rPr>
          <w:b/>
          <w:sz w:val="28"/>
          <w:szCs w:val="28"/>
          <w:lang w:val="uk-UA"/>
        </w:rPr>
        <w:t>»</w:t>
      </w:r>
    </w:p>
    <w:p w14:paraId="21BFE569" w14:textId="77777777" w:rsidR="00084DDF" w:rsidRPr="00F40AB2" w:rsidRDefault="00643F3D" w:rsidP="00F40AB2">
      <w:pPr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F40AB2">
        <w:rPr>
          <w:b/>
          <w:bCs/>
          <w:sz w:val="28"/>
          <w:szCs w:val="28"/>
        </w:rPr>
        <w:t>Мета</w:t>
      </w:r>
      <w:proofErr w:type="spellEnd"/>
      <w:r w:rsidRPr="00F40AB2">
        <w:rPr>
          <w:b/>
          <w:bCs/>
          <w:sz w:val="28"/>
          <w:szCs w:val="28"/>
        </w:rPr>
        <w:t xml:space="preserve"> </w:t>
      </w:r>
      <w:proofErr w:type="spellStart"/>
      <w:r w:rsidRPr="00F40AB2">
        <w:rPr>
          <w:b/>
          <w:bCs/>
          <w:sz w:val="28"/>
          <w:szCs w:val="28"/>
        </w:rPr>
        <w:t>заняття</w:t>
      </w:r>
      <w:proofErr w:type="spellEnd"/>
    </w:p>
    <w:p w14:paraId="59D0A8B6" w14:textId="77777777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Закріпити вміння розрізняти інформацію і документ, визначати види інформації за змістом, аналізувати правовий режим інформації та аргументувати рішення щодо можливості доступу до неї.</w:t>
      </w:r>
    </w:p>
    <w:p w14:paraId="34E53778" w14:textId="77777777" w:rsidR="00084DDF" w:rsidRPr="00F40AB2" w:rsidRDefault="00643F3D" w:rsidP="00F40AB2">
      <w:pPr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 w:rsidRPr="00F40AB2">
        <w:rPr>
          <w:b/>
          <w:bCs/>
          <w:sz w:val="28"/>
          <w:szCs w:val="28"/>
        </w:rPr>
        <w:t>Як виконувати роботу</w:t>
      </w:r>
    </w:p>
    <w:p w14:paraId="588DB8E7" w14:textId="77777777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Студенти, які присутні на дистанційному занятті, виконують завдання під час онлайн-зустрічі. Студенти, які були відсутні, виконують цей документ самостійно: вписують відповіді безпосередньо в таблиці та поля нижче, зберігають файл із власним прізвищем у назві та надсилають викладачу.</w:t>
      </w:r>
    </w:p>
    <w:p w14:paraId="4FFB6C9B" w14:textId="77777777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Назва файлу: Практичне_1_Прізвище_Ім’я.docx</w:t>
      </w:r>
    </w:p>
    <w:p w14:paraId="74F03745" w14:textId="50315FDD" w:rsidR="00084DDF" w:rsidRPr="00F40AB2" w:rsidRDefault="00643F3D" w:rsidP="00F40AB2">
      <w:pPr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F40AB2">
        <w:rPr>
          <w:b/>
          <w:bCs/>
          <w:sz w:val="28"/>
          <w:szCs w:val="28"/>
        </w:rPr>
        <w:t>Завдання</w:t>
      </w:r>
      <w:proofErr w:type="spellEnd"/>
      <w:r w:rsidRPr="00F40AB2">
        <w:rPr>
          <w:b/>
          <w:bCs/>
          <w:sz w:val="28"/>
          <w:szCs w:val="28"/>
        </w:rPr>
        <w:t xml:space="preserve"> 1. </w:t>
      </w:r>
      <w:r w:rsidR="00F40AB2" w:rsidRPr="00F40AB2">
        <w:rPr>
          <w:b/>
          <w:bCs/>
          <w:sz w:val="28"/>
          <w:szCs w:val="28"/>
        </w:rPr>
        <w:t xml:space="preserve"> </w:t>
      </w:r>
      <w:r w:rsidR="00F40AB2" w:rsidRPr="00F40AB2">
        <w:rPr>
          <w:b/>
          <w:bCs/>
          <w:sz w:val="28"/>
          <w:szCs w:val="28"/>
          <w:lang w:val="uk-UA"/>
        </w:rPr>
        <w:t>Визначити чи і</w:t>
      </w:r>
      <w:proofErr w:type="spellStart"/>
      <w:r w:rsidRPr="00F40AB2">
        <w:rPr>
          <w:b/>
          <w:bCs/>
          <w:sz w:val="28"/>
          <w:szCs w:val="28"/>
        </w:rPr>
        <w:t>нформація</w:t>
      </w:r>
      <w:proofErr w:type="spellEnd"/>
      <w:r w:rsidRPr="00F40AB2">
        <w:rPr>
          <w:b/>
          <w:bCs/>
          <w:sz w:val="28"/>
          <w:szCs w:val="28"/>
        </w:rPr>
        <w:t xml:space="preserve"> </w:t>
      </w:r>
      <w:proofErr w:type="spellStart"/>
      <w:r w:rsidRPr="00F40AB2">
        <w:rPr>
          <w:b/>
          <w:bCs/>
          <w:sz w:val="28"/>
          <w:szCs w:val="28"/>
        </w:rPr>
        <w:t>чи</w:t>
      </w:r>
      <w:proofErr w:type="spellEnd"/>
      <w:r w:rsidRPr="00F40AB2">
        <w:rPr>
          <w:b/>
          <w:bCs/>
          <w:sz w:val="28"/>
          <w:szCs w:val="28"/>
        </w:rPr>
        <w:t xml:space="preserve"> </w:t>
      </w:r>
      <w:proofErr w:type="spellStart"/>
      <w:r w:rsidRPr="00F40AB2">
        <w:rPr>
          <w:b/>
          <w:bCs/>
          <w:sz w:val="28"/>
          <w:szCs w:val="28"/>
        </w:rPr>
        <w:t>документ</w:t>
      </w:r>
      <w:proofErr w:type="spellEnd"/>
      <w:r w:rsidRPr="00F40AB2">
        <w:rPr>
          <w:b/>
          <w:bCs/>
          <w:sz w:val="28"/>
          <w:szCs w:val="28"/>
        </w:rPr>
        <w:t>?</w:t>
      </w:r>
    </w:p>
    <w:p w14:paraId="1B202938" w14:textId="77777777" w:rsidR="00F40AB2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F40AB2">
        <w:rPr>
          <w:sz w:val="28"/>
          <w:szCs w:val="28"/>
        </w:rPr>
        <w:t>Для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кожного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прикладу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оберіть</w:t>
      </w:r>
      <w:proofErr w:type="spellEnd"/>
      <w:r w:rsidRPr="00F40AB2">
        <w:rPr>
          <w:sz w:val="28"/>
          <w:szCs w:val="28"/>
        </w:rPr>
        <w:t xml:space="preserve"> один варіант: </w:t>
      </w:r>
    </w:p>
    <w:p w14:paraId="3437FC4D" w14:textId="1C96F1C3" w:rsidR="00F40AB2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1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інформація</w:t>
      </w:r>
      <w:proofErr w:type="spellEnd"/>
      <w:r w:rsidRPr="00F40AB2">
        <w:rPr>
          <w:sz w:val="28"/>
          <w:szCs w:val="28"/>
        </w:rPr>
        <w:t xml:space="preserve">; </w:t>
      </w:r>
    </w:p>
    <w:p w14:paraId="666DE1C4" w14:textId="22B1D548" w:rsidR="00F40AB2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2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документ</w:t>
      </w:r>
      <w:proofErr w:type="spellEnd"/>
      <w:r w:rsidRPr="00F40AB2">
        <w:rPr>
          <w:sz w:val="28"/>
          <w:szCs w:val="28"/>
        </w:rPr>
        <w:t xml:space="preserve">; </w:t>
      </w:r>
    </w:p>
    <w:p w14:paraId="28FE6D01" w14:textId="64FC9D6A" w:rsidR="00F40AB2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3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документ</w:t>
      </w:r>
      <w:proofErr w:type="spellEnd"/>
      <w:r w:rsidRPr="00F40AB2">
        <w:rPr>
          <w:sz w:val="28"/>
          <w:szCs w:val="28"/>
        </w:rPr>
        <w:t xml:space="preserve">, </w:t>
      </w:r>
      <w:proofErr w:type="spellStart"/>
      <w:r w:rsidRPr="00F40AB2">
        <w:rPr>
          <w:sz w:val="28"/>
          <w:szCs w:val="28"/>
        </w:rPr>
        <w:t>що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містить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інформацію</w:t>
      </w:r>
      <w:proofErr w:type="spellEnd"/>
      <w:r w:rsidRPr="00F40AB2">
        <w:rPr>
          <w:sz w:val="28"/>
          <w:szCs w:val="28"/>
        </w:rPr>
        <w:t xml:space="preserve">; </w:t>
      </w:r>
    </w:p>
    <w:p w14:paraId="34D69F67" w14:textId="288158AD" w:rsidR="00F40AB2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4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незафіксована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інформація</w:t>
      </w:r>
      <w:proofErr w:type="spellEnd"/>
      <w:r w:rsidRPr="00F40AB2">
        <w:rPr>
          <w:sz w:val="28"/>
          <w:szCs w:val="28"/>
        </w:rPr>
        <w:t xml:space="preserve">. </w:t>
      </w:r>
    </w:p>
    <w:p w14:paraId="3E854216" w14:textId="73CFCAD6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F40AB2">
        <w:rPr>
          <w:sz w:val="28"/>
          <w:szCs w:val="28"/>
        </w:rPr>
        <w:t>Для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двох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прикладів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на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вибір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коротко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поясніть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свою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відповідь</w:t>
      </w:r>
      <w:proofErr w:type="spellEnd"/>
      <w:r w:rsidRPr="00F40AB2">
        <w:rPr>
          <w:sz w:val="28"/>
          <w:szCs w:val="28"/>
        </w:rPr>
        <w:t>.</w:t>
      </w:r>
    </w:p>
    <w:tbl>
      <w:tblPr>
        <w:tblStyle w:val="aff2"/>
        <w:tblW w:w="10306" w:type="dxa"/>
        <w:tblLook w:val="04A0" w:firstRow="1" w:lastRow="0" w:firstColumn="1" w:lastColumn="0" w:noHBand="0" w:noVBand="1"/>
      </w:tblPr>
      <w:tblGrid>
        <w:gridCol w:w="534"/>
        <w:gridCol w:w="4536"/>
        <w:gridCol w:w="2618"/>
        <w:gridCol w:w="2618"/>
      </w:tblGrid>
      <w:tr w:rsidR="00F40AB2" w:rsidRPr="00F40AB2" w14:paraId="5D286243" w14:textId="77777777" w:rsidTr="00F40AB2">
        <w:tc>
          <w:tcPr>
            <w:tcW w:w="534" w:type="dxa"/>
            <w:vAlign w:val="center"/>
          </w:tcPr>
          <w:p w14:paraId="0BE09E32" w14:textId="729C1440" w:rsidR="00F40AB2" w:rsidRPr="00F40AB2" w:rsidRDefault="00F40AB2" w:rsidP="00F40AB2">
            <w:pPr>
              <w:spacing w:after="0"/>
              <w:jc w:val="center"/>
              <w:rPr>
                <w:szCs w:val="24"/>
              </w:rPr>
            </w:pPr>
            <w:r w:rsidRPr="00F40AB2">
              <w:rPr>
                <w:szCs w:val="24"/>
              </w:rPr>
              <w:t>№</w:t>
            </w:r>
          </w:p>
        </w:tc>
        <w:tc>
          <w:tcPr>
            <w:tcW w:w="4536" w:type="dxa"/>
            <w:vAlign w:val="center"/>
          </w:tcPr>
          <w:p w14:paraId="4321A43A" w14:textId="68C1D575" w:rsidR="00F40AB2" w:rsidRPr="00F40AB2" w:rsidRDefault="00F40AB2" w:rsidP="00F40A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Приклад</w:t>
            </w:r>
            <w:proofErr w:type="spellEnd"/>
          </w:p>
        </w:tc>
        <w:tc>
          <w:tcPr>
            <w:tcW w:w="2618" w:type="dxa"/>
            <w:vAlign w:val="center"/>
          </w:tcPr>
          <w:p w14:paraId="7CA62A85" w14:textId="6F26CD3B" w:rsidR="00F40AB2" w:rsidRPr="00F40AB2" w:rsidRDefault="00F40AB2" w:rsidP="00F40A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Ваша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відповідь</w:t>
            </w:r>
            <w:proofErr w:type="spellEnd"/>
          </w:p>
        </w:tc>
        <w:tc>
          <w:tcPr>
            <w:tcW w:w="2618" w:type="dxa"/>
            <w:vAlign w:val="center"/>
          </w:tcPr>
          <w:p w14:paraId="0DBA2E46" w14:textId="3E9C4792" w:rsidR="00F40AB2" w:rsidRPr="00F40AB2" w:rsidRDefault="00F40AB2" w:rsidP="00F40A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Коротке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пояснення</w:t>
            </w:r>
            <w:proofErr w:type="spellEnd"/>
            <w:r w:rsidRPr="00F40AB2">
              <w:rPr>
                <w:szCs w:val="24"/>
              </w:rPr>
              <w:t xml:space="preserve"> (</w:t>
            </w:r>
            <w:proofErr w:type="spellStart"/>
            <w:r w:rsidRPr="00F40AB2">
              <w:rPr>
                <w:szCs w:val="24"/>
              </w:rPr>
              <w:t>для</w:t>
            </w:r>
            <w:proofErr w:type="spellEnd"/>
            <w:r w:rsidRPr="00F40AB2">
              <w:rPr>
                <w:szCs w:val="24"/>
              </w:rPr>
              <w:t xml:space="preserve"> 2 </w:t>
            </w:r>
            <w:proofErr w:type="spellStart"/>
            <w:r w:rsidRPr="00F40AB2">
              <w:rPr>
                <w:szCs w:val="24"/>
              </w:rPr>
              <w:t>прикладів</w:t>
            </w:r>
            <w:proofErr w:type="spellEnd"/>
            <w:r w:rsidRPr="00F40AB2">
              <w:rPr>
                <w:szCs w:val="24"/>
              </w:rPr>
              <w:t>)</w:t>
            </w:r>
          </w:p>
        </w:tc>
      </w:tr>
      <w:tr w:rsidR="00F40AB2" w:rsidRPr="00F40AB2" w14:paraId="163D3833" w14:textId="77777777" w:rsidTr="00F40AB2">
        <w:tc>
          <w:tcPr>
            <w:tcW w:w="534" w:type="dxa"/>
            <w:vAlign w:val="center"/>
          </w:tcPr>
          <w:p w14:paraId="72D44D73" w14:textId="0C727EB0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55AC1A01" w14:textId="1F72E6D4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Наказ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ректора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466E817D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186A6C2F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F40AB2" w:rsidRPr="00F40AB2" w14:paraId="0355FA13" w14:textId="77777777" w:rsidTr="00F40AB2">
        <w:tc>
          <w:tcPr>
            <w:tcW w:w="534" w:type="dxa"/>
            <w:vAlign w:val="center"/>
          </w:tcPr>
          <w:p w14:paraId="3139FFFB" w14:textId="160E1209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191E166E" w14:textId="34D68D88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Усна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думка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викладача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про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новий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закон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324F300F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22F38ED6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F40AB2" w:rsidRPr="00F40AB2" w14:paraId="5A8BA732" w14:textId="77777777" w:rsidTr="00F40AB2">
        <w:tc>
          <w:tcPr>
            <w:tcW w:w="534" w:type="dxa"/>
            <w:vAlign w:val="center"/>
          </w:tcPr>
          <w:p w14:paraId="53F795E2" w14:textId="26005EF8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t>3</w:t>
            </w:r>
          </w:p>
        </w:tc>
        <w:tc>
          <w:tcPr>
            <w:tcW w:w="4536" w:type="dxa"/>
            <w:vAlign w:val="center"/>
          </w:tcPr>
          <w:p w14:paraId="5C3DE920" w14:textId="77480B49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Відеозапис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засідання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міської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ради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4E254B4A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07C6277C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F40AB2" w:rsidRPr="00F40AB2" w14:paraId="5C67A862" w14:textId="77777777" w:rsidTr="00F40AB2">
        <w:tc>
          <w:tcPr>
            <w:tcW w:w="534" w:type="dxa"/>
            <w:vAlign w:val="center"/>
          </w:tcPr>
          <w:p w14:paraId="17711A28" w14:textId="21E5DC64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t>4</w:t>
            </w:r>
          </w:p>
        </w:tc>
        <w:tc>
          <w:tcPr>
            <w:tcW w:w="4536" w:type="dxa"/>
            <w:vAlign w:val="center"/>
          </w:tcPr>
          <w:p w14:paraId="69053BE8" w14:textId="0A44BF53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Електронна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таблиця</w:t>
            </w:r>
            <w:proofErr w:type="spellEnd"/>
            <w:r w:rsidRPr="00F40AB2">
              <w:rPr>
                <w:szCs w:val="24"/>
              </w:rPr>
              <w:t xml:space="preserve"> з </w:t>
            </w:r>
            <w:proofErr w:type="spellStart"/>
            <w:r w:rsidRPr="00F40AB2">
              <w:rPr>
                <w:szCs w:val="24"/>
              </w:rPr>
              <w:t>результатами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навчання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08D82926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67AF3F90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F40AB2" w:rsidRPr="00F40AB2" w14:paraId="0F64D941" w14:textId="77777777" w:rsidTr="00F40AB2">
        <w:tc>
          <w:tcPr>
            <w:tcW w:w="534" w:type="dxa"/>
            <w:vAlign w:val="center"/>
          </w:tcPr>
          <w:p w14:paraId="62AFE10A" w14:textId="0A6C8236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t>5</w:t>
            </w:r>
          </w:p>
        </w:tc>
        <w:tc>
          <w:tcPr>
            <w:tcW w:w="4536" w:type="dxa"/>
            <w:vAlign w:val="center"/>
          </w:tcPr>
          <w:p w14:paraId="10592204" w14:textId="7FCC07C9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Фотографія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пошкодженої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дороги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467A9DB6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69013A0A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F40AB2" w:rsidRPr="00F40AB2" w14:paraId="576D4682" w14:textId="77777777" w:rsidTr="00F40AB2">
        <w:tc>
          <w:tcPr>
            <w:tcW w:w="534" w:type="dxa"/>
            <w:vAlign w:val="center"/>
          </w:tcPr>
          <w:p w14:paraId="317BE54F" w14:textId="5153B6BC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lastRenderedPageBreak/>
              <w:t>6</w:t>
            </w:r>
          </w:p>
        </w:tc>
        <w:tc>
          <w:tcPr>
            <w:tcW w:w="4536" w:type="dxa"/>
            <w:vAlign w:val="center"/>
          </w:tcPr>
          <w:p w14:paraId="7918DEB0" w14:textId="139628EF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Повідомлення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на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офіційному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сайті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університету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4A2401B8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6262CC61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F40AB2" w:rsidRPr="00F40AB2" w14:paraId="65B72942" w14:textId="77777777" w:rsidTr="00F40AB2">
        <w:tc>
          <w:tcPr>
            <w:tcW w:w="534" w:type="dxa"/>
            <w:vAlign w:val="center"/>
          </w:tcPr>
          <w:p w14:paraId="6AC2FE56" w14:textId="02AD1C1D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t>7</w:t>
            </w:r>
          </w:p>
        </w:tc>
        <w:tc>
          <w:tcPr>
            <w:tcW w:w="4536" w:type="dxa"/>
            <w:vAlign w:val="center"/>
          </w:tcPr>
          <w:p w14:paraId="55A42B52" w14:textId="461C3C5B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Запис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телефонної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розмови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161EBFDC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34B310F2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F40AB2" w:rsidRPr="00F40AB2" w14:paraId="494BA8E0" w14:textId="77777777" w:rsidTr="00F40AB2">
        <w:tc>
          <w:tcPr>
            <w:tcW w:w="534" w:type="dxa"/>
            <w:vAlign w:val="center"/>
          </w:tcPr>
          <w:p w14:paraId="6421291B" w14:textId="769A73BC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r w:rsidRPr="00F40AB2">
              <w:rPr>
                <w:szCs w:val="24"/>
              </w:rPr>
              <w:t>8</w:t>
            </w:r>
          </w:p>
        </w:tc>
        <w:tc>
          <w:tcPr>
            <w:tcW w:w="4536" w:type="dxa"/>
            <w:vAlign w:val="center"/>
          </w:tcPr>
          <w:p w14:paraId="6732DB5B" w14:textId="1E56F5C0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F40AB2">
              <w:rPr>
                <w:szCs w:val="24"/>
              </w:rPr>
              <w:t>Думка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посадовця</w:t>
            </w:r>
            <w:proofErr w:type="spellEnd"/>
            <w:r w:rsidRPr="00F40AB2">
              <w:rPr>
                <w:szCs w:val="24"/>
              </w:rPr>
              <w:t xml:space="preserve">, </w:t>
            </w:r>
            <w:proofErr w:type="spellStart"/>
            <w:r w:rsidRPr="00F40AB2">
              <w:rPr>
                <w:szCs w:val="24"/>
              </w:rPr>
              <w:t>яку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він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не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висловлював</w:t>
            </w:r>
            <w:proofErr w:type="spellEnd"/>
            <w:r w:rsidRPr="00F40AB2">
              <w:rPr>
                <w:szCs w:val="24"/>
              </w:rPr>
              <w:t xml:space="preserve"> і </w:t>
            </w:r>
            <w:proofErr w:type="spellStart"/>
            <w:r w:rsidRPr="00F40AB2">
              <w:rPr>
                <w:szCs w:val="24"/>
              </w:rPr>
              <w:t>не</w:t>
            </w:r>
            <w:proofErr w:type="spellEnd"/>
            <w:r w:rsidRPr="00F40AB2">
              <w:rPr>
                <w:szCs w:val="24"/>
              </w:rPr>
              <w:t xml:space="preserve"> </w:t>
            </w:r>
            <w:proofErr w:type="spellStart"/>
            <w:r w:rsidRPr="00F40AB2">
              <w:rPr>
                <w:szCs w:val="24"/>
              </w:rPr>
              <w:t>фіксував</w:t>
            </w:r>
            <w:proofErr w:type="spellEnd"/>
            <w:r w:rsidRPr="00F40AB2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25161724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5B8274D4" w14:textId="77777777" w:rsidR="00F40AB2" w:rsidRPr="00F40AB2" w:rsidRDefault="00F40AB2" w:rsidP="00F40AB2">
            <w:pPr>
              <w:spacing w:after="0"/>
              <w:jc w:val="both"/>
              <w:rPr>
                <w:szCs w:val="24"/>
              </w:rPr>
            </w:pPr>
          </w:p>
        </w:tc>
      </w:tr>
    </w:tbl>
    <w:p w14:paraId="05A559CC" w14:textId="77777777" w:rsidR="00F40AB2" w:rsidRPr="00F40AB2" w:rsidRDefault="00F40AB2" w:rsidP="00F40AB2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02D2DD50" w14:textId="28AF1CDB" w:rsidR="00084DDF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b/>
          <w:bCs/>
          <w:sz w:val="28"/>
          <w:szCs w:val="28"/>
        </w:rPr>
        <w:t xml:space="preserve">Завдання 2. </w:t>
      </w:r>
      <w:r w:rsidR="00F40AB2">
        <w:rPr>
          <w:sz w:val="28"/>
          <w:szCs w:val="28"/>
          <w:lang w:val="uk-UA"/>
        </w:rPr>
        <w:t>У наведених ситуаціях потрібно визначити</w:t>
      </w:r>
      <w:r w:rsidRPr="00F40AB2">
        <w:rPr>
          <w:sz w:val="28"/>
          <w:szCs w:val="28"/>
        </w:rPr>
        <w:t xml:space="preserve">: 1) </w:t>
      </w:r>
      <w:proofErr w:type="spellStart"/>
      <w:r w:rsidRPr="00F40AB2">
        <w:rPr>
          <w:sz w:val="28"/>
          <w:szCs w:val="28"/>
        </w:rPr>
        <w:t>суб’єкта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або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суб’єктів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інформаційних</w:t>
      </w:r>
      <w:proofErr w:type="spellEnd"/>
      <w:r w:rsidRPr="00F40AB2">
        <w:rPr>
          <w:sz w:val="28"/>
          <w:szCs w:val="28"/>
        </w:rPr>
        <w:t xml:space="preserve"> відносин; 2) </w:t>
      </w:r>
      <w:proofErr w:type="spellStart"/>
      <w:r w:rsidRPr="00F40AB2">
        <w:rPr>
          <w:sz w:val="28"/>
          <w:szCs w:val="28"/>
        </w:rPr>
        <w:t>об’єкт</w:t>
      </w:r>
      <w:proofErr w:type="spellEnd"/>
      <w:r w:rsidRPr="00F40AB2">
        <w:rPr>
          <w:sz w:val="28"/>
          <w:szCs w:val="28"/>
        </w:rPr>
        <w:t xml:space="preserve">; 3) </w:t>
      </w:r>
      <w:proofErr w:type="spellStart"/>
      <w:r w:rsidRPr="00F40AB2">
        <w:rPr>
          <w:sz w:val="28"/>
          <w:szCs w:val="28"/>
        </w:rPr>
        <w:t>що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відбувається</w:t>
      </w:r>
      <w:proofErr w:type="spellEnd"/>
      <w:r w:rsidRPr="00F40AB2">
        <w:rPr>
          <w:sz w:val="28"/>
          <w:szCs w:val="28"/>
        </w:rPr>
        <w:t xml:space="preserve"> з </w:t>
      </w:r>
      <w:proofErr w:type="spellStart"/>
      <w:r w:rsidRPr="00F40AB2">
        <w:rPr>
          <w:sz w:val="28"/>
          <w:szCs w:val="28"/>
        </w:rPr>
        <w:t>інформацією</w:t>
      </w:r>
      <w:proofErr w:type="spellEnd"/>
      <w:r w:rsidRPr="00F40AB2">
        <w:rPr>
          <w:sz w:val="28"/>
          <w:szCs w:val="28"/>
        </w:rPr>
        <w:t xml:space="preserve">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створення</w:t>
      </w:r>
      <w:proofErr w:type="spellEnd"/>
      <w:r w:rsidRPr="00F40AB2">
        <w:rPr>
          <w:sz w:val="28"/>
          <w:szCs w:val="28"/>
        </w:rPr>
        <w:t xml:space="preserve">, </w:t>
      </w:r>
      <w:proofErr w:type="spellStart"/>
      <w:r w:rsidRPr="00F40AB2">
        <w:rPr>
          <w:sz w:val="28"/>
          <w:szCs w:val="28"/>
        </w:rPr>
        <w:t>одержання</w:t>
      </w:r>
      <w:proofErr w:type="spellEnd"/>
      <w:r w:rsidRPr="00F40AB2">
        <w:rPr>
          <w:sz w:val="28"/>
          <w:szCs w:val="28"/>
        </w:rPr>
        <w:t xml:space="preserve">, </w:t>
      </w:r>
      <w:proofErr w:type="spellStart"/>
      <w:r w:rsidRPr="00F40AB2">
        <w:rPr>
          <w:sz w:val="28"/>
          <w:szCs w:val="28"/>
        </w:rPr>
        <w:t>зберігання</w:t>
      </w:r>
      <w:proofErr w:type="spellEnd"/>
      <w:r w:rsidRPr="00F40AB2">
        <w:rPr>
          <w:sz w:val="28"/>
          <w:szCs w:val="28"/>
        </w:rPr>
        <w:t xml:space="preserve">, </w:t>
      </w:r>
      <w:proofErr w:type="spellStart"/>
      <w:r w:rsidRPr="00F40AB2">
        <w:rPr>
          <w:sz w:val="28"/>
          <w:szCs w:val="28"/>
        </w:rPr>
        <w:t>використання</w:t>
      </w:r>
      <w:proofErr w:type="spellEnd"/>
      <w:r w:rsidRPr="00F40AB2">
        <w:rPr>
          <w:sz w:val="28"/>
          <w:szCs w:val="28"/>
        </w:rPr>
        <w:t xml:space="preserve">, </w:t>
      </w:r>
      <w:proofErr w:type="spellStart"/>
      <w:r w:rsidRPr="00F40AB2">
        <w:rPr>
          <w:sz w:val="28"/>
          <w:szCs w:val="28"/>
        </w:rPr>
        <w:t>поширення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або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захист</w:t>
      </w:r>
      <w:proofErr w:type="spellEnd"/>
      <w:r w:rsidRPr="00F40AB2">
        <w:rPr>
          <w:sz w:val="28"/>
          <w:szCs w:val="28"/>
        </w:rPr>
        <w:t>.</w:t>
      </w:r>
    </w:p>
    <w:tbl>
      <w:tblPr>
        <w:tblStyle w:val="aff2"/>
        <w:tblW w:w="10315" w:type="dxa"/>
        <w:tblLook w:val="04A0" w:firstRow="1" w:lastRow="0" w:firstColumn="1" w:lastColumn="0" w:noHBand="0" w:noVBand="1"/>
      </w:tblPr>
      <w:tblGrid>
        <w:gridCol w:w="675"/>
        <w:gridCol w:w="4678"/>
        <w:gridCol w:w="1559"/>
        <w:gridCol w:w="1310"/>
        <w:gridCol w:w="2093"/>
      </w:tblGrid>
      <w:tr w:rsidR="000C1FB2" w:rsidRPr="000C1FB2" w14:paraId="5C858C83" w14:textId="77777777" w:rsidTr="000C1FB2">
        <w:tc>
          <w:tcPr>
            <w:tcW w:w="675" w:type="dxa"/>
            <w:vAlign w:val="center"/>
          </w:tcPr>
          <w:p w14:paraId="7E14EF4A" w14:textId="4BCC912E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r w:rsidRPr="000C1FB2">
              <w:rPr>
                <w:szCs w:val="24"/>
              </w:rPr>
              <w:t>№</w:t>
            </w:r>
          </w:p>
        </w:tc>
        <w:tc>
          <w:tcPr>
            <w:tcW w:w="4678" w:type="dxa"/>
            <w:vAlign w:val="center"/>
          </w:tcPr>
          <w:p w14:paraId="042CD70F" w14:textId="01EA76A5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Ситуація</w:t>
            </w:r>
            <w:proofErr w:type="spellEnd"/>
          </w:p>
        </w:tc>
        <w:tc>
          <w:tcPr>
            <w:tcW w:w="1559" w:type="dxa"/>
            <w:vAlign w:val="center"/>
          </w:tcPr>
          <w:p w14:paraId="47430096" w14:textId="1AD63EC2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Суб’єкт</w:t>
            </w:r>
            <w:proofErr w:type="spellEnd"/>
            <w:r w:rsidRPr="000C1FB2">
              <w:rPr>
                <w:szCs w:val="24"/>
              </w:rPr>
              <w:t>(и)</w:t>
            </w:r>
          </w:p>
        </w:tc>
        <w:tc>
          <w:tcPr>
            <w:tcW w:w="1310" w:type="dxa"/>
            <w:vAlign w:val="center"/>
          </w:tcPr>
          <w:p w14:paraId="707A65C9" w14:textId="28324F67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Об’єкт</w:t>
            </w:r>
            <w:proofErr w:type="spellEnd"/>
          </w:p>
        </w:tc>
        <w:tc>
          <w:tcPr>
            <w:tcW w:w="2093" w:type="dxa"/>
            <w:vAlign w:val="center"/>
          </w:tcPr>
          <w:p w14:paraId="229FD46C" w14:textId="2D1CF25E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Дії</w:t>
            </w:r>
            <w:proofErr w:type="spellEnd"/>
            <w:r w:rsidRPr="000C1FB2">
              <w:rPr>
                <w:szCs w:val="24"/>
              </w:rPr>
              <w:t xml:space="preserve"> з </w:t>
            </w:r>
            <w:proofErr w:type="spellStart"/>
            <w:r w:rsidRPr="000C1FB2">
              <w:rPr>
                <w:szCs w:val="24"/>
              </w:rPr>
              <w:t>інформацією</w:t>
            </w:r>
            <w:proofErr w:type="spellEnd"/>
          </w:p>
        </w:tc>
      </w:tr>
      <w:tr w:rsidR="000C1FB2" w:rsidRPr="000C1FB2" w14:paraId="77DCE23F" w14:textId="77777777" w:rsidTr="000C1FB2">
        <w:tc>
          <w:tcPr>
            <w:tcW w:w="675" w:type="dxa"/>
            <w:vAlign w:val="center"/>
          </w:tcPr>
          <w:p w14:paraId="18FA2861" w14:textId="4A8AD2B8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4FEBC9F5" w14:textId="4AC2BD20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Університет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оприлюднив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наказ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про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організацію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освітнього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процесу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23AFA91A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24F70FE8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093" w:type="dxa"/>
            <w:vAlign w:val="center"/>
          </w:tcPr>
          <w:p w14:paraId="3529F95E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4F522B87" w14:textId="77777777" w:rsidTr="000C1FB2">
        <w:tc>
          <w:tcPr>
            <w:tcW w:w="675" w:type="dxa"/>
            <w:vAlign w:val="center"/>
          </w:tcPr>
          <w:p w14:paraId="766FC1DF" w14:textId="2BDE5E20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14:paraId="386D78EE" w14:textId="0CCDC1E0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Студент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знайшов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на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сайті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міської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ради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рішення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про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використання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бюджетних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коштів</w:t>
            </w:r>
            <w:proofErr w:type="spellEnd"/>
            <w:r w:rsidRPr="000C1FB2">
              <w:rPr>
                <w:szCs w:val="24"/>
              </w:rPr>
              <w:t xml:space="preserve">, </w:t>
            </w:r>
            <w:proofErr w:type="spellStart"/>
            <w:r w:rsidRPr="000C1FB2">
              <w:rPr>
                <w:szCs w:val="24"/>
              </w:rPr>
              <w:t>завантажив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його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та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переслав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одногрупникам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5AC5121C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5554993B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093" w:type="dxa"/>
            <w:vAlign w:val="center"/>
          </w:tcPr>
          <w:p w14:paraId="29875D34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2F9C2F03" w14:textId="77777777" w:rsidTr="000C1FB2">
        <w:tc>
          <w:tcPr>
            <w:tcW w:w="675" w:type="dxa"/>
            <w:vAlign w:val="center"/>
          </w:tcPr>
          <w:p w14:paraId="6C50FA60" w14:textId="4C937675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14:paraId="79A22903" w14:textId="5034364D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Працівник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установи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помилково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надіслав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сторонній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особі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файл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із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персональними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даними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працівників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5D0C46E8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1310" w:type="dxa"/>
            <w:vAlign w:val="center"/>
          </w:tcPr>
          <w:p w14:paraId="3B0924FF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093" w:type="dxa"/>
            <w:vAlign w:val="center"/>
          </w:tcPr>
          <w:p w14:paraId="68DD27FF" w14:textId="77777777" w:rsidR="000C1FB2" w:rsidRPr="000C1FB2" w:rsidRDefault="000C1FB2" w:rsidP="00F40AB2">
            <w:pPr>
              <w:spacing w:after="0"/>
              <w:jc w:val="both"/>
              <w:rPr>
                <w:szCs w:val="24"/>
              </w:rPr>
            </w:pPr>
          </w:p>
        </w:tc>
      </w:tr>
    </w:tbl>
    <w:p w14:paraId="2FCBA509" w14:textId="77777777" w:rsidR="00F40AB2" w:rsidRPr="00F40AB2" w:rsidRDefault="00F40AB2" w:rsidP="00F40AB2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40C9B1AC" w14:textId="6F2164D4" w:rsidR="00084DDF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0C1FB2">
        <w:rPr>
          <w:b/>
          <w:bCs/>
          <w:sz w:val="28"/>
          <w:szCs w:val="28"/>
        </w:rPr>
        <w:t>Завдання 3.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Визначте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вид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інформації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за</w:t>
      </w:r>
      <w:proofErr w:type="spellEnd"/>
      <w:r w:rsidRPr="00F40AB2">
        <w:rPr>
          <w:sz w:val="28"/>
          <w:szCs w:val="28"/>
        </w:rPr>
        <w:t xml:space="preserve"> змістом. </w:t>
      </w:r>
      <w:proofErr w:type="spellStart"/>
      <w:r w:rsidRPr="00F40AB2">
        <w:rPr>
          <w:sz w:val="28"/>
          <w:szCs w:val="28"/>
        </w:rPr>
        <w:t>Використовуйте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позначення</w:t>
      </w:r>
      <w:proofErr w:type="spellEnd"/>
      <w:r w:rsidRPr="00F40AB2">
        <w:rPr>
          <w:sz w:val="28"/>
          <w:szCs w:val="28"/>
        </w:rPr>
        <w:t xml:space="preserve">: А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фізичну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особу</w:t>
      </w:r>
      <w:proofErr w:type="spellEnd"/>
      <w:r w:rsidRPr="00F40AB2">
        <w:rPr>
          <w:sz w:val="28"/>
          <w:szCs w:val="28"/>
        </w:rPr>
        <w:t xml:space="preserve">; Б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екологічна</w:t>
      </w:r>
      <w:proofErr w:type="spellEnd"/>
      <w:r w:rsidRPr="00F40AB2">
        <w:rPr>
          <w:sz w:val="28"/>
          <w:szCs w:val="28"/>
        </w:rPr>
        <w:t xml:space="preserve">; В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правова</w:t>
      </w:r>
      <w:proofErr w:type="spellEnd"/>
      <w:r w:rsidRPr="00F40AB2">
        <w:rPr>
          <w:sz w:val="28"/>
          <w:szCs w:val="28"/>
        </w:rPr>
        <w:t xml:space="preserve">; Г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статистична</w:t>
      </w:r>
      <w:proofErr w:type="spellEnd"/>
      <w:r w:rsidRPr="00F40AB2">
        <w:rPr>
          <w:sz w:val="28"/>
          <w:szCs w:val="28"/>
        </w:rPr>
        <w:t xml:space="preserve">; Д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соціологічна</w:t>
      </w:r>
      <w:proofErr w:type="spellEnd"/>
      <w:r w:rsidRPr="00F40AB2">
        <w:rPr>
          <w:sz w:val="28"/>
          <w:szCs w:val="28"/>
        </w:rPr>
        <w:t xml:space="preserve">; Е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науково-технічна</w:t>
      </w:r>
      <w:proofErr w:type="spellEnd"/>
      <w:r w:rsidRPr="00F40AB2">
        <w:rPr>
          <w:sz w:val="28"/>
          <w:szCs w:val="28"/>
        </w:rPr>
        <w:t xml:space="preserve">; Є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товар</w:t>
      </w:r>
      <w:proofErr w:type="spellEnd"/>
      <w:r w:rsidRPr="00F40AB2">
        <w:rPr>
          <w:sz w:val="28"/>
          <w:szCs w:val="28"/>
        </w:rPr>
        <w:t>/</w:t>
      </w:r>
      <w:proofErr w:type="spellStart"/>
      <w:r w:rsidRPr="00F40AB2">
        <w:rPr>
          <w:sz w:val="28"/>
          <w:szCs w:val="28"/>
        </w:rPr>
        <w:t>послугу</w:t>
      </w:r>
      <w:proofErr w:type="spellEnd"/>
      <w:r w:rsidRPr="00F40AB2">
        <w:rPr>
          <w:sz w:val="28"/>
          <w:szCs w:val="28"/>
        </w:rPr>
        <w:t xml:space="preserve">; Ж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довідково-енциклопедична</w:t>
      </w:r>
      <w:proofErr w:type="spellEnd"/>
      <w:r w:rsidRPr="00F40AB2">
        <w:rPr>
          <w:sz w:val="28"/>
          <w:szCs w:val="28"/>
        </w:rPr>
        <w:t xml:space="preserve">; З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податкова</w:t>
      </w:r>
      <w:proofErr w:type="spellEnd"/>
      <w:r w:rsidRPr="00F40AB2">
        <w:rPr>
          <w:sz w:val="28"/>
          <w:szCs w:val="28"/>
        </w:rPr>
        <w:t>.</w:t>
      </w:r>
    </w:p>
    <w:tbl>
      <w:tblPr>
        <w:tblStyle w:val="aff2"/>
        <w:tblW w:w="10510" w:type="dxa"/>
        <w:tblLook w:val="04A0" w:firstRow="1" w:lastRow="0" w:firstColumn="1" w:lastColumn="0" w:noHBand="0" w:noVBand="1"/>
      </w:tblPr>
      <w:tblGrid>
        <w:gridCol w:w="534"/>
        <w:gridCol w:w="7229"/>
        <w:gridCol w:w="2747"/>
      </w:tblGrid>
      <w:tr w:rsidR="000C1FB2" w:rsidRPr="000C1FB2" w14:paraId="53BB2A80" w14:textId="77777777" w:rsidTr="000C1FB2">
        <w:tc>
          <w:tcPr>
            <w:tcW w:w="534" w:type="dxa"/>
            <w:vAlign w:val="center"/>
          </w:tcPr>
          <w:p w14:paraId="47A8C4E5" w14:textId="03B1C2CD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r w:rsidRPr="000C1FB2">
              <w:rPr>
                <w:szCs w:val="24"/>
              </w:rPr>
              <w:t>№</w:t>
            </w:r>
          </w:p>
        </w:tc>
        <w:tc>
          <w:tcPr>
            <w:tcW w:w="7229" w:type="dxa"/>
            <w:vAlign w:val="center"/>
          </w:tcPr>
          <w:p w14:paraId="30966507" w14:textId="558AD59D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Приклад</w:t>
            </w:r>
            <w:proofErr w:type="spellEnd"/>
          </w:p>
        </w:tc>
        <w:tc>
          <w:tcPr>
            <w:tcW w:w="2747" w:type="dxa"/>
            <w:vAlign w:val="center"/>
          </w:tcPr>
          <w:p w14:paraId="14AE7D3C" w14:textId="4A31C924" w:rsidR="000C1FB2" w:rsidRPr="000C1FB2" w:rsidRDefault="000C1FB2" w:rsidP="000C1FB2">
            <w:pPr>
              <w:spacing w:after="0"/>
              <w:jc w:val="center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Ваш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варіант</w:t>
            </w:r>
            <w:proofErr w:type="spellEnd"/>
            <w:r w:rsidRPr="000C1FB2">
              <w:rPr>
                <w:szCs w:val="24"/>
              </w:rPr>
              <w:t xml:space="preserve"> (</w:t>
            </w:r>
            <w:proofErr w:type="spellStart"/>
            <w:r w:rsidRPr="000C1FB2">
              <w:rPr>
                <w:szCs w:val="24"/>
              </w:rPr>
              <w:t>літера</w:t>
            </w:r>
            <w:proofErr w:type="spellEnd"/>
            <w:r w:rsidRPr="000C1FB2">
              <w:rPr>
                <w:szCs w:val="24"/>
              </w:rPr>
              <w:t>)</w:t>
            </w:r>
          </w:p>
        </w:tc>
      </w:tr>
      <w:tr w:rsidR="000C1FB2" w:rsidRPr="000C1FB2" w14:paraId="642071E1" w14:textId="77777777" w:rsidTr="000C1FB2">
        <w:tc>
          <w:tcPr>
            <w:tcW w:w="534" w:type="dxa"/>
            <w:vAlign w:val="center"/>
          </w:tcPr>
          <w:p w14:paraId="7ECC66F9" w14:textId="72FE5380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1</w:t>
            </w:r>
          </w:p>
        </w:tc>
        <w:tc>
          <w:tcPr>
            <w:tcW w:w="7229" w:type="dxa"/>
            <w:vAlign w:val="center"/>
          </w:tcPr>
          <w:p w14:paraId="029769C1" w14:textId="21D64525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Рівень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забруднення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річки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05C0B801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30EC5D10" w14:textId="77777777" w:rsidTr="000C1FB2">
        <w:tc>
          <w:tcPr>
            <w:tcW w:w="534" w:type="dxa"/>
            <w:vAlign w:val="center"/>
          </w:tcPr>
          <w:p w14:paraId="6CC5FBCB" w14:textId="342768CB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2</w:t>
            </w:r>
          </w:p>
        </w:tc>
        <w:tc>
          <w:tcPr>
            <w:tcW w:w="7229" w:type="dxa"/>
            <w:vAlign w:val="center"/>
          </w:tcPr>
          <w:p w14:paraId="025984C6" w14:textId="66EC111B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Текст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закону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3F47544E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608630F6" w14:textId="77777777" w:rsidTr="000C1FB2">
        <w:tc>
          <w:tcPr>
            <w:tcW w:w="534" w:type="dxa"/>
            <w:vAlign w:val="center"/>
          </w:tcPr>
          <w:p w14:paraId="1B4DDF39" w14:textId="09591F1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3</w:t>
            </w:r>
          </w:p>
        </w:tc>
        <w:tc>
          <w:tcPr>
            <w:tcW w:w="7229" w:type="dxa"/>
            <w:vAlign w:val="center"/>
          </w:tcPr>
          <w:p w14:paraId="1579575D" w14:textId="3B0A6682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Результати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опитування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студентів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щодо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якості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навчання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6B195377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5780CA85" w14:textId="77777777" w:rsidTr="000C1FB2">
        <w:tc>
          <w:tcPr>
            <w:tcW w:w="534" w:type="dxa"/>
            <w:vAlign w:val="center"/>
          </w:tcPr>
          <w:p w14:paraId="3A71F59D" w14:textId="190B6910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4</w:t>
            </w:r>
          </w:p>
        </w:tc>
        <w:tc>
          <w:tcPr>
            <w:tcW w:w="7229" w:type="dxa"/>
            <w:vAlign w:val="center"/>
          </w:tcPr>
          <w:p w14:paraId="40E8542A" w14:textId="65CA4A80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Кількість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безробітних</w:t>
            </w:r>
            <w:proofErr w:type="spellEnd"/>
            <w:r w:rsidRPr="000C1FB2">
              <w:rPr>
                <w:szCs w:val="24"/>
              </w:rPr>
              <w:t xml:space="preserve"> у </w:t>
            </w:r>
            <w:proofErr w:type="spellStart"/>
            <w:r w:rsidRPr="000C1FB2">
              <w:rPr>
                <w:szCs w:val="24"/>
              </w:rPr>
              <w:t>регіоні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2BF197B7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00DF2081" w14:textId="77777777" w:rsidTr="000C1FB2">
        <w:tc>
          <w:tcPr>
            <w:tcW w:w="534" w:type="dxa"/>
            <w:vAlign w:val="center"/>
          </w:tcPr>
          <w:p w14:paraId="7740CFDE" w14:textId="1C98F97A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5</w:t>
            </w:r>
          </w:p>
        </w:tc>
        <w:tc>
          <w:tcPr>
            <w:tcW w:w="7229" w:type="dxa"/>
            <w:vAlign w:val="center"/>
          </w:tcPr>
          <w:p w14:paraId="0C736220" w14:textId="33A78328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Склад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харчового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продукту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41881D72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5B20EA26" w14:textId="77777777" w:rsidTr="000C1FB2">
        <w:tc>
          <w:tcPr>
            <w:tcW w:w="534" w:type="dxa"/>
            <w:vAlign w:val="center"/>
          </w:tcPr>
          <w:p w14:paraId="7C9271F1" w14:textId="3C5F5419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6</w:t>
            </w:r>
          </w:p>
        </w:tc>
        <w:tc>
          <w:tcPr>
            <w:tcW w:w="7229" w:type="dxa"/>
            <w:vAlign w:val="center"/>
          </w:tcPr>
          <w:p w14:paraId="192A34DF" w14:textId="302A1042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Результати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наукового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дослідження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033B0E7B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2A91E095" w14:textId="77777777" w:rsidTr="000C1FB2">
        <w:tc>
          <w:tcPr>
            <w:tcW w:w="534" w:type="dxa"/>
            <w:vAlign w:val="center"/>
          </w:tcPr>
          <w:p w14:paraId="2844F887" w14:textId="58BE9143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7</w:t>
            </w:r>
          </w:p>
        </w:tc>
        <w:tc>
          <w:tcPr>
            <w:tcW w:w="7229" w:type="dxa"/>
            <w:vAlign w:val="center"/>
          </w:tcPr>
          <w:p w14:paraId="78FF277A" w14:textId="21D796A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Дата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народження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конкретної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особи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6F9A591C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008A62CD" w14:textId="77777777" w:rsidTr="000C1FB2">
        <w:tc>
          <w:tcPr>
            <w:tcW w:w="534" w:type="dxa"/>
            <w:vAlign w:val="center"/>
          </w:tcPr>
          <w:p w14:paraId="02E77771" w14:textId="57FD0A85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8</w:t>
            </w:r>
          </w:p>
        </w:tc>
        <w:tc>
          <w:tcPr>
            <w:tcW w:w="7229" w:type="dxa"/>
            <w:vAlign w:val="center"/>
          </w:tcPr>
          <w:p w14:paraId="04DDDEF4" w14:textId="21896510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proofErr w:type="spellStart"/>
            <w:r w:rsidRPr="000C1FB2">
              <w:rPr>
                <w:szCs w:val="24"/>
              </w:rPr>
              <w:t>Карта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адміністративно-територіального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устрою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області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4EBEF342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  <w:tr w:rsidR="000C1FB2" w:rsidRPr="000C1FB2" w14:paraId="1017A328" w14:textId="77777777" w:rsidTr="000C1FB2">
        <w:tc>
          <w:tcPr>
            <w:tcW w:w="534" w:type="dxa"/>
            <w:vAlign w:val="center"/>
          </w:tcPr>
          <w:p w14:paraId="1D35238D" w14:textId="75DAF31F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>9</w:t>
            </w:r>
          </w:p>
        </w:tc>
        <w:tc>
          <w:tcPr>
            <w:tcW w:w="7229" w:type="dxa"/>
            <w:vAlign w:val="center"/>
          </w:tcPr>
          <w:p w14:paraId="1AA19691" w14:textId="6BADD1F0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  <w:r w:rsidRPr="000C1FB2">
              <w:rPr>
                <w:szCs w:val="24"/>
              </w:rPr>
              <w:t xml:space="preserve">Відомості про </w:t>
            </w:r>
            <w:proofErr w:type="spellStart"/>
            <w:r w:rsidRPr="000C1FB2">
              <w:rPr>
                <w:szCs w:val="24"/>
              </w:rPr>
              <w:t>сплату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податків</w:t>
            </w:r>
            <w:proofErr w:type="spellEnd"/>
            <w:r w:rsidRPr="000C1FB2">
              <w:rPr>
                <w:szCs w:val="24"/>
              </w:rPr>
              <w:t xml:space="preserve"> у </w:t>
            </w:r>
            <w:proofErr w:type="spellStart"/>
            <w:r w:rsidRPr="000C1FB2">
              <w:rPr>
                <w:szCs w:val="24"/>
              </w:rPr>
              <w:t>передбачених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законом</w:t>
            </w:r>
            <w:proofErr w:type="spellEnd"/>
            <w:r w:rsidRPr="000C1FB2">
              <w:rPr>
                <w:szCs w:val="24"/>
              </w:rPr>
              <w:t xml:space="preserve"> </w:t>
            </w:r>
            <w:proofErr w:type="spellStart"/>
            <w:r w:rsidRPr="000C1FB2">
              <w:rPr>
                <w:szCs w:val="24"/>
              </w:rPr>
              <w:t>випадках</w:t>
            </w:r>
            <w:proofErr w:type="spellEnd"/>
            <w:r w:rsidRPr="000C1FB2">
              <w:rPr>
                <w:szCs w:val="24"/>
              </w:rPr>
              <w:t>.</w:t>
            </w:r>
          </w:p>
        </w:tc>
        <w:tc>
          <w:tcPr>
            <w:tcW w:w="2747" w:type="dxa"/>
            <w:vAlign w:val="center"/>
          </w:tcPr>
          <w:p w14:paraId="4419F0F2" w14:textId="77777777" w:rsidR="000C1FB2" w:rsidRPr="000C1FB2" w:rsidRDefault="000C1FB2" w:rsidP="000C1FB2">
            <w:pPr>
              <w:spacing w:after="0"/>
              <w:jc w:val="both"/>
              <w:rPr>
                <w:szCs w:val="24"/>
              </w:rPr>
            </w:pPr>
          </w:p>
        </w:tc>
      </w:tr>
    </w:tbl>
    <w:p w14:paraId="418ADBBC" w14:textId="1EABD91E" w:rsidR="00084DDF" w:rsidRPr="000C1FB2" w:rsidRDefault="00FE6538" w:rsidP="00F40AB2">
      <w:pPr>
        <w:spacing w:after="0" w:line="360" w:lineRule="auto"/>
        <w:ind w:firstLine="709"/>
        <w:jc w:val="both"/>
        <w:rPr>
          <w:i/>
          <w:iCs/>
          <w:sz w:val="28"/>
          <w:szCs w:val="28"/>
          <w:u w:val="single"/>
        </w:rPr>
      </w:pPr>
      <w:proofErr w:type="spellStart"/>
      <w:r w:rsidRPr="000C1FB2">
        <w:rPr>
          <w:i/>
          <w:iCs/>
          <w:sz w:val="28"/>
          <w:szCs w:val="28"/>
          <w:u w:val="single"/>
        </w:rPr>
        <w:t>Додаткове</w:t>
      </w:r>
      <w:proofErr w:type="spellEnd"/>
      <w:r w:rsidRPr="000C1FB2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0C1FB2">
        <w:rPr>
          <w:i/>
          <w:iCs/>
          <w:sz w:val="28"/>
          <w:szCs w:val="28"/>
          <w:u w:val="single"/>
        </w:rPr>
        <w:t>питання</w:t>
      </w:r>
      <w:proofErr w:type="spellEnd"/>
      <w:r w:rsidR="00643F3D" w:rsidRPr="000C1FB2">
        <w:rPr>
          <w:i/>
          <w:iCs/>
          <w:sz w:val="28"/>
          <w:szCs w:val="28"/>
          <w:u w:val="single"/>
        </w:rPr>
        <w:t>. Якщо інформація належить до інформації про фізичну особу, чи означає це автоматично, що вона повністю закрита? Обґрунтуйте.</w:t>
      </w:r>
    </w:p>
    <w:p w14:paraId="071C8122" w14:textId="590CA2D3" w:rsidR="00084DDF" w:rsidRPr="00F40AB2" w:rsidRDefault="00643F3D" w:rsidP="000C1FB2">
      <w:pPr>
        <w:spacing w:after="0" w:line="360" w:lineRule="auto"/>
        <w:jc w:val="both"/>
        <w:rPr>
          <w:sz w:val="28"/>
          <w:szCs w:val="28"/>
        </w:rPr>
      </w:pPr>
      <w:proofErr w:type="spellStart"/>
      <w:r w:rsidRPr="00F40AB2">
        <w:rPr>
          <w:sz w:val="28"/>
          <w:szCs w:val="28"/>
        </w:rPr>
        <w:t>Відповідь</w:t>
      </w:r>
      <w:proofErr w:type="spellEnd"/>
      <w:r w:rsidRPr="00F40AB2">
        <w:rPr>
          <w:sz w:val="28"/>
          <w:szCs w:val="28"/>
        </w:rPr>
        <w:t>: _______________________________________________________________</w:t>
      </w:r>
      <w:r w:rsidR="000C1FB2">
        <w:rPr>
          <w:sz w:val="28"/>
          <w:szCs w:val="28"/>
          <w:lang w:val="uk-UA"/>
        </w:rPr>
        <w:t xml:space="preserve"> </w:t>
      </w:r>
      <w:r w:rsidRPr="00F40AB2">
        <w:rPr>
          <w:sz w:val="28"/>
          <w:szCs w:val="28"/>
        </w:rPr>
        <w:t>_________________________________________________________________________</w:t>
      </w:r>
      <w:r w:rsidRPr="00F40AB2">
        <w:rPr>
          <w:sz w:val="28"/>
          <w:szCs w:val="28"/>
        </w:rPr>
        <w:lastRenderedPageBreak/>
        <w:t>_____________</w:t>
      </w:r>
      <w:r w:rsidR="000C1FB2" w:rsidRPr="00F40AB2">
        <w:rPr>
          <w:sz w:val="28"/>
          <w:szCs w:val="28"/>
        </w:rPr>
        <w:t>_____________________________________________________________________________________________________________________________________</w:t>
      </w:r>
    </w:p>
    <w:p w14:paraId="1BC391BD" w14:textId="77777777" w:rsidR="00BB35CA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0C1FB2">
        <w:rPr>
          <w:b/>
          <w:bCs/>
          <w:sz w:val="28"/>
          <w:szCs w:val="28"/>
        </w:rPr>
        <w:t>Завдання 4.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Уявіть</w:t>
      </w:r>
      <w:proofErr w:type="spellEnd"/>
      <w:r w:rsidRPr="00F40AB2">
        <w:rPr>
          <w:sz w:val="28"/>
          <w:szCs w:val="28"/>
        </w:rPr>
        <w:t xml:space="preserve">, </w:t>
      </w:r>
      <w:proofErr w:type="spellStart"/>
      <w:r w:rsidRPr="00F40AB2">
        <w:rPr>
          <w:sz w:val="28"/>
          <w:szCs w:val="28"/>
        </w:rPr>
        <w:t>що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ви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аналізуєте</w:t>
      </w:r>
      <w:proofErr w:type="spellEnd"/>
      <w:r w:rsidRPr="00F40AB2">
        <w:rPr>
          <w:sz w:val="28"/>
          <w:szCs w:val="28"/>
        </w:rPr>
        <w:t xml:space="preserve"> документ «Звіт університету про проведення заходу». </w:t>
      </w:r>
      <w:proofErr w:type="spellStart"/>
      <w:r w:rsidRPr="00F40AB2">
        <w:rPr>
          <w:sz w:val="28"/>
          <w:szCs w:val="28"/>
        </w:rPr>
        <w:t>Для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кожного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виду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відомостей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оберіть</w:t>
      </w:r>
      <w:proofErr w:type="spellEnd"/>
      <w:r w:rsidRPr="00F40AB2">
        <w:rPr>
          <w:sz w:val="28"/>
          <w:szCs w:val="28"/>
        </w:rPr>
        <w:t xml:space="preserve">: </w:t>
      </w:r>
    </w:p>
    <w:p w14:paraId="712E8C94" w14:textId="77777777" w:rsidR="00BB35CA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В </w:t>
      </w:r>
      <w:r w:rsidR="00FE6538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відкрити</w:t>
      </w:r>
      <w:proofErr w:type="spellEnd"/>
      <w:r w:rsidRPr="00F40AB2">
        <w:rPr>
          <w:sz w:val="28"/>
          <w:szCs w:val="28"/>
        </w:rPr>
        <w:t xml:space="preserve">; </w:t>
      </w:r>
    </w:p>
    <w:p w14:paraId="5B4AC666" w14:textId="77777777" w:rsidR="00BB35CA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О </w:t>
      </w:r>
      <w:r w:rsidR="00FE6538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можуть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існувати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підстави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для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обмеження</w:t>
      </w:r>
      <w:proofErr w:type="spellEnd"/>
      <w:r w:rsidRPr="00F40AB2">
        <w:rPr>
          <w:sz w:val="28"/>
          <w:szCs w:val="28"/>
        </w:rPr>
        <w:t xml:space="preserve">; </w:t>
      </w:r>
    </w:p>
    <w:p w14:paraId="3EC40270" w14:textId="77777777" w:rsidR="00BB35CA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А </w:t>
      </w:r>
      <w:r w:rsidR="00FE6538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потрібен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додатковий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аналіз</w:t>
      </w:r>
      <w:proofErr w:type="spellEnd"/>
      <w:r w:rsidRPr="00F40AB2">
        <w:rPr>
          <w:sz w:val="28"/>
          <w:szCs w:val="28"/>
        </w:rPr>
        <w:t xml:space="preserve">. </w:t>
      </w:r>
    </w:p>
    <w:p w14:paraId="760D0B8B" w14:textId="009E69CB" w:rsidR="00084DDF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F40AB2">
        <w:rPr>
          <w:sz w:val="28"/>
          <w:szCs w:val="28"/>
        </w:rPr>
        <w:t>Коротко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аргументуйте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щонайменше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чотири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рішення</w:t>
      </w:r>
      <w:proofErr w:type="spellEnd"/>
      <w:r w:rsidRPr="00F40AB2">
        <w:rPr>
          <w:sz w:val="28"/>
          <w:szCs w:val="28"/>
        </w:rPr>
        <w:t>.</w:t>
      </w:r>
    </w:p>
    <w:tbl>
      <w:tblPr>
        <w:tblStyle w:val="aff2"/>
        <w:tblW w:w="10447" w:type="dxa"/>
        <w:tblLook w:val="04A0" w:firstRow="1" w:lastRow="0" w:firstColumn="1" w:lastColumn="0" w:noHBand="0" w:noVBand="1"/>
      </w:tblPr>
      <w:tblGrid>
        <w:gridCol w:w="534"/>
        <w:gridCol w:w="4677"/>
        <w:gridCol w:w="2618"/>
        <w:gridCol w:w="2618"/>
      </w:tblGrid>
      <w:tr w:rsidR="00BB35CA" w:rsidRPr="00BB35CA" w14:paraId="5F506342" w14:textId="77777777" w:rsidTr="00BB35CA">
        <w:tc>
          <w:tcPr>
            <w:tcW w:w="534" w:type="dxa"/>
            <w:vAlign w:val="center"/>
          </w:tcPr>
          <w:p w14:paraId="58444AEC" w14:textId="6B2DB46F" w:rsidR="00BB35CA" w:rsidRPr="00BB35CA" w:rsidRDefault="00BB35CA" w:rsidP="00BB35CA">
            <w:pPr>
              <w:spacing w:after="0"/>
              <w:jc w:val="center"/>
              <w:rPr>
                <w:szCs w:val="24"/>
              </w:rPr>
            </w:pPr>
            <w:r w:rsidRPr="00BB35CA">
              <w:rPr>
                <w:szCs w:val="24"/>
              </w:rPr>
              <w:t>№</w:t>
            </w:r>
          </w:p>
        </w:tc>
        <w:tc>
          <w:tcPr>
            <w:tcW w:w="4677" w:type="dxa"/>
            <w:vAlign w:val="center"/>
          </w:tcPr>
          <w:p w14:paraId="4EFB15AD" w14:textId="536FEA21" w:rsidR="00BB35CA" w:rsidRPr="00BB35CA" w:rsidRDefault="00BB35CA" w:rsidP="00BB35CA">
            <w:pPr>
              <w:spacing w:after="0"/>
              <w:jc w:val="center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Відомості</w:t>
            </w:r>
            <w:proofErr w:type="spellEnd"/>
          </w:p>
        </w:tc>
        <w:tc>
          <w:tcPr>
            <w:tcW w:w="2618" w:type="dxa"/>
            <w:vAlign w:val="center"/>
          </w:tcPr>
          <w:p w14:paraId="117B74CD" w14:textId="0775CBBC" w:rsidR="00BB35CA" w:rsidRPr="00BB35CA" w:rsidRDefault="00BB35CA" w:rsidP="00BB35CA">
            <w:pPr>
              <w:spacing w:after="0"/>
              <w:jc w:val="center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Рішення</w:t>
            </w:r>
            <w:proofErr w:type="spellEnd"/>
            <w:r w:rsidRPr="00BB35CA">
              <w:rPr>
                <w:szCs w:val="24"/>
              </w:rPr>
              <w:t>: В / О / А</w:t>
            </w:r>
          </w:p>
        </w:tc>
        <w:tc>
          <w:tcPr>
            <w:tcW w:w="2618" w:type="dxa"/>
            <w:vAlign w:val="center"/>
          </w:tcPr>
          <w:p w14:paraId="483CA5FA" w14:textId="4D15934F" w:rsidR="00BB35CA" w:rsidRPr="00BB35CA" w:rsidRDefault="00BB35CA" w:rsidP="00BB35CA">
            <w:pPr>
              <w:spacing w:after="0"/>
              <w:jc w:val="center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Аргументація</w:t>
            </w:r>
            <w:proofErr w:type="spellEnd"/>
          </w:p>
        </w:tc>
      </w:tr>
      <w:tr w:rsidR="00BB35CA" w:rsidRPr="00BB35CA" w14:paraId="1B9249A0" w14:textId="77777777" w:rsidTr="00BB35CA">
        <w:tc>
          <w:tcPr>
            <w:tcW w:w="534" w:type="dxa"/>
            <w:vAlign w:val="center"/>
          </w:tcPr>
          <w:p w14:paraId="0DD29586" w14:textId="4FC11763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14:paraId="62BEFEF5" w14:textId="3DAB1B10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Назва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заходу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5447EF91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66BE8376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58D2A4DF" w14:textId="77777777" w:rsidTr="00BB35CA">
        <w:tc>
          <w:tcPr>
            <w:tcW w:w="534" w:type="dxa"/>
            <w:vAlign w:val="center"/>
          </w:tcPr>
          <w:p w14:paraId="0FD490BC" w14:textId="683A1671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14:paraId="68C13CCF" w14:textId="177BE0E5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Дата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проведення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5846BA19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2C5E3650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331520E2" w14:textId="77777777" w:rsidTr="00BB35CA">
        <w:tc>
          <w:tcPr>
            <w:tcW w:w="534" w:type="dxa"/>
            <w:vAlign w:val="center"/>
          </w:tcPr>
          <w:p w14:paraId="4D575B8D" w14:textId="066F5DA1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14:paraId="2B601108" w14:textId="796791F2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Загальна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сума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витрат</w:t>
            </w:r>
            <w:proofErr w:type="spellEnd"/>
            <w:r w:rsidRPr="00BB35CA">
              <w:rPr>
                <w:szCs w:val="24"/>
              </w:rPr>
              <w:t xml:space="preserve"> – 48 500 </w:t>
            </w:r>
            <w:proofErr w:type="spellStart"/>
            <w:r w:rsidRPr="00BB35CA">
              <w:rPr>
                <w:szCs w:val="24"/>
              </w:rPr>
              <w:t>грн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1F7A2D76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2D2EBB45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27070D00" w14:textId="77777777" w:rsidTr="00BB35CA">
        <w:tc>
          <w:tcPr>
            <w:tcW w:w="534" w:type="dxa"/>
            <w:vAlign w:val="center"/>
          </w:tcPr>
          <w:p w14:paraId="60373313" w14:textId="1556F46B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14:paraId="40AF541E" w14:textId="43EB57F4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Назва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постачальника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послуг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213AD22D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689DC291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3E169053" w14:textId="77777777" w:rsidTr="00BB35CA">
        <w:tc>
          <w:tcPr>
            <w:tcW w:w="534" w:type="dxa"/>
            <w:vAlign w:val="center"/>
          </w:tcPr>
          <w:p w14:paraId="738606B3" w14:textId="369A167D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14:paraId="77BBF0F8" w14:textId="505D93FF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Вартість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послуг</w:t>
            </w:r>
            <w:proofErr w:type="spellEnd"/>
            <w:r w:rsidRPr="00BB35CA">
              <w:rPr>
                <w:szCs w:val="24"/>
              </w:rPr>
              <w:t xml:space="preserve"> – 31 000 </w:t>
            </w:r>
            <w:proofErr w:type="spellStart"/>
            <w:r w:rsidRPr="00BB35CA">
              <w:rPr>
                <w:szCs w:val="24"/>
              </w:rPr>
              <w:t>грн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00184253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3DB510BE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0E0B486A" w14:textId="77777777" w:rsidTr="00BB35CA">
        <w:tc>
          <w:tcPr>
            <w:tcW w:w="534" w:type="dxa"/>
            <w:vAlign w:val="center"/>
          </w:tcPr>
          <w:p w14:paraId="28B895BB" w14:textId="31038EA1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14:paraId="4C54DD55" w14:textId="70838D0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 xml:space="preserve">ПІБ </w:t>
            </w:r>
            <w:proofErr w:type="spellStart"/>
            <w:r w:rsidRPr="00BB35CA">
              <w:rPr>
                <w:szCs w:val="24"/>
              </w:rPr>
              <w:t>відповідального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працівника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6EBBDAC5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37C4B00D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3653BE38" w14:textId="77777777" w:rsidTr="00BB35CA">
        <w:tc>
          <w:tcPr>
            <w:tcW w:w="534" w:type="dxa"/>
            <w:vAlign w:val="center"/>
          </w:tcPr>
          <w:p w14:paraId="719BACCF" w14:textId="01C63DE2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14:paraId="7C41758F" w14:textId="2D40AFCA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Особистий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номер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телефону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працівника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7647F298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4132B6F7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33FE55A1" w14:textId="77777777" w:rsidTr="00BB35CA">
        <w:tc>
          <w:tcPr>
            <w:tcW w:w="534" w:type="dxa"/>
            <w:vAlign w:val="center"/>
          </w:tcPr>
          <w:p w14:paraId="7506A9DF" w14:textId="3F27DA94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14:paraId="1BAFD097" w14:textId="76F9387A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Список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студентів-учасників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42E1FF01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7300B482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00DF4F15" w14:textId="77777777" w:rsidTr="00BB35CA">
        <w:tc>
          <w:tcPr>
            <w:tcW w:w="534" w:type="dxa"/>
            <w:vAlign w:val="center"/>
          </w:tcPr>
          <w:p w14:paraId="28BC06AC" w14:textId="11E99732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9</w:t>
            </w:r>
          </w:p>
        </w:tc>
        <w:tc>
          <w:tcPr>
            <w:tcW w:w="4677" w:type="dxa"/>
            <w:vAlign w:val="center"/>
          </w:tcPr>
          <w:p w14:paraId="5058BDC3" w14:textId="495A265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Особисті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електронні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адреси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студентів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7774D467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58056934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  <w:tr w:rsidR="00BB35CA" w:rsidRPr="00BB35CA" w14:paraId="118D57C0" w14:textId="77777777" w:rsidTr="00BB35CA">
        <w:tc>
          <w:tcPr>
            <w:tcW w:w="534" w:type="dxa"/>
            <w:vAlign w:val="center"/>
          </w:tcPr>
          <w:p w14:paraId="0D5E7840" w14:textId="766C1DD0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r w:rsidRPr="00BB35CA">
              <w:rPr>
                <w:szCs w:val="24"/>
              </w:rPr>
              <w:t>10</w:t>
            </w:r>
          </w:p>
        </w:tc>
        <w:tc>
          <w:tcPr>
            <w:tcW w:w="4677" w:type="dxa"/>
            <w:vAlign w:val="center"/>
          </w:tcPr>
          <w:p w14:paraId="7C37F528" w14:textId="2CC0B631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  <w:proofErr w:type="spellStart"/>
            <w:r w:rsidRPr="00BB35CA">
              <w:rPr>
                <w:szCs w:val="24"/>
              </w:rPr>
              <w:t>Фотографії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із</w:t>
            </w:r>
            <w:proofErr w:type="spellEnd"/>
            <w:r w:rsidRPr="00BB35CA">
              <w:rPr>
                <w:szCs w:val="24"/>
              </w:rPr>
              <w:t xml:space="preserve"> </w:t>
            </w:r>
            <w:proofErr w:type="spellStart"/>
            <w:r w:rsidRPr="00BB35CA">
              <w:rPr>
                <w:szCs w:val="24"/>
              </w:rPr>
              <w:t>заходу</w:t>
            </w:r>
            <w:proofErr w:type="spellEnd"/>
            <w:r w:rsidRPr="00BB35CA">
              <w:rPr>
                <w:szCs w:val="24"/>
              </w:rPr>
              <w:t>.</w:t>
            </w:r>
          </w:p>
        </w:tc>
        <w:tc>
          <w:tcPr>
            <w:tcW w:w="2618" w:type="dxa"/>
            <w:vAlign w:val="center"/>
          </w:tcPr>
          <w:p w14:paraId="09C4EB6E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18" w:type="dxa"/>
            <w:vAlign w:val="center"/>
          </w:tcPr>
          <w:p w14:paraId="6288A404" w14:textId="77777777" w:rsidR="00BB35CA" w:rsidRPr="00BB35CA" w:rsidRDefault="00BB35CA" w:rsidP="00BB35CA">
            <w:pPr>
              <w:spacing w:after="0"/>
              <w:jc w:val="both"/>
              <w:rPr>
                <w:szCs w:val="24"/>
              </w:rPr>
            </w:pPr>
          </w:p>
        </w:tc>
      </w:tr>
    </w:tbl>
    <w:p w14:paraId="19BA82E3" w14:textId="7A4C1A19" w:rsidR="00084DDF" w:rsidRPr="00BB35CA" w:rsidRDefault="00BB35CA" w:rsidP="00F40AB2">
      <w:pPr>
        <w:spacing w:after="0" w:line="360" w:lineRule="auto"/>
        <w:ind w:firstLine="709"/>
        <w:jc w:val="both"/>
        <w:rPr>
          <w:i/>
          <w:iCs/>
          <w:sz w:val="28"/>
          <w:szCs w:val="28"/>
          <w:u w:val="single"/>
        </w:rPr>
      </w:pPr>
      <w:proofErr w:type="spellStart"/>
      <w:r w:rsidRPr="000C1FB2">
        <w:rPr>
          <w:i/>
          <w:iCs/>
          <w:sz w:val="28"/>
          <w:szCs w:val="28"/>
          <w:u w:val="single"/>
        </w:rPr>
        <w:t>Додаткове</w:t>
      </w:r>
      <w:proofErr w:type="spellEnd"/>
      <w:r w:rsidRPr="000C1FB2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0C1FB2">
        <w:rPr>
          <w:i/>
          <w:iCs/>
          <w:sz w:val="28"/>
          <w:szCs w:val="28"/>
          <w:u w:val="single"/>
        </w:rPr>
        <w:t>питання</w:t>
      </w:r>
      <w:proofErr w:type="spellEnd"/>
      <w:r w:rsidRPr="000C1FB2">
        <w:rPr>
          <w:i/>
          <w:iCs/>
          <w:sz w:val="28"/>
          <w:szCs w:val="28"/>
          <w:u w:val="single"/>
        </w:rPr>
        <w:t xml:space="preserve">. </w:t>
      </w:r>
      <w:proofErr w:type="spellStart"/>
      <w:r w:rsidR="00643F3D" w:rsidRPr="00BB35CA">
        <w:rPr>
          <w:i/>
          <w:iCs/>
          <w:sz w:val="28"/>
          <w:szCs w:val="28"/>
          <w:u w:val="single"/>
        </w:rPr>
        <w:t>Якщо</w:t>
      </w:r>
      <w:proofErr w:type="spellEnd"/>
      <w:r w:rsidR="00643F3D" w:rsidRPr="00BB35CA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643F3D" w:rsidRPr="00BB35CA">
        <w:rPr>
          <w:i/>
          <w:iCs/>
          <w:sz w:val="28"/>
          <w:szCs w:val="28"/>
          <w:u w:val="single"/>
        </w:rPr>
        <w:t>частина</w:t>
      </w:r>
      <w:proofErr w:type="spellEnd"/>
      <w:r w:rsidR="00643F3D" w:rsidRPr="00BB35CA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643F3D" w:rsidRPr="00BB35CA">
        <w:rPr>
          <w:i/>
          <w:iCs/>
          <w:sz w:val="28"/>
          <w:szCs w:val="28"/>
          <w:u w:val="single"/>
        </w:rPr>
        <w:t>відомостей</w:t>
      </w:r>
      <w:proofErr w:type="spellEnd"/>
      <w:r w:rsidR="00643F3D" w:rsidRPr="00BB35CA">
        <w:rPr>
          <w:i/>
          <w:iCs/>
          <w:sz w:val="28"/>
          <w:szCs w:val="28"/>
          <w:u w:val="single"/>
        </w:rPr>
        <w:t xml:space="preserve"> у </w:t>
      </w:r>
      <w:proofErr w:type="spellStart"/>
      <w:r w:rsidR="00643F3D" w:rsidRPr="00BB35CA">
        <w:rPr>
          <w:i/>
          <w:iCs/>
          <w:sz w:val="28"/>
          <w:szCs w:val="28"/>
          <w:u w:val="single"/>
        </w:rPr>
        <w:t>документі</w:t>
      </w:r>
      <w:proofErr w:type="spellEnd"/>
      <w:r w:rsidR="00643F3D" w:rsidRPr="00BB35CA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643F3D" w:rsidRPr="00BB35CA">
        <w:rPr>
          <w:i/>
          <w:iCs/>
          <w:sz w:val="28"/>
          <w:szCs w:val="28"/>
          <w:u w:val="single"/>
        </w:rPr>
        <w:t>має</w:t>
      </w:r>
      <w:proofErr w:type="spellEnd"/>
      <w:r w:rsidR="00643F3D" w:rsidRPr="00BB35CA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643F3D" w:rsidRPr="00BB35CA">
        <w:rPr>
          <w:i/>
          <w:iCs/>
          <w:sz w:val="28"/>
          <w:szCs w:val="28"/>
          <w:u w:val="single"/>
        </w:rPr>
        <w:t>обмежений</w:t>
      </w:r>
      <w:proofErr w:type="spellEnd"/>
      <w:r w:rsidR="00643F3D" w:rsidRPr="00BB35CA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643F3D" w:rsidRPr="00BB35CA">
        <w:rPr>
          <w:i/>
          <w:iCs/>
          <w:sz w:val="28"/>
          <w:szCs w:val="28"/>
          <w:u w:val="single"/>
        </w:rPr>
        <w:t>доступ</w:t>
      </w:r>
      <w:proofErr w:type="spellEnd"/>
      <w:r w:rsidR="00643F3D" w:rsidRPr="00BB35CA">
        <w:rPr>
          <w:i/>
          <w:iCs/>
          <w:sz w:val="28"/>
          <w:szCs w:val="28"/>
          <w:u w:val="single"/>
        </w:rPr>
        <w:t>, чи є це підставою не надавати весь документ? Поясніть.</w:t>
      </w:r>
    </w:p>
    <w:p w14:paraId="233C0F8A" w14:textId="49A7EFD6" w:rsidR="00084DDF" w:rsidRPr="00F40AB2" w:rsidRDefault="00643F3D" w:rsidP="00BB35CA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Відповідь: _____________________________________________________________</w:t>
      </w:r>
      <w:r w:rsidR="00BB35CA">
        <w:rPr>
          <w:sz w:val="28"/>
          <w:szCs w:val="28"/>
          <w:lang w:val="uk-UA"/>
        </w:rPr>
        <w:t>__</w:t>
      </w:r>
      <w:r w:rsidRPr="00F40AB2">
        <w:rPr>
          <w:sz w:val="28"/>
          <w:szCs w:val="28"/>
        </w:rPr>
        <w:br/>
        <w:t>_________________________________________________________________________</w:t>
      </w:r>
      <w:r w:rsidRPr="00F40AB2">
        <w:rPr>
          <w:sz w:val="28"/>
          <w:szCs w:val="28"/>
        </w:rPr>
        <w:br/>
        <w:t>________________________________________________________________________________</w:t>
      </w:r>
      <w:r w:rsidR="00BB35CA" w:rsidRPr="00F40AB2">
        <w:rPr>
          <w:sz w:val="28"/>
          <w:szCs w:val="28"/>
        </w:rPr>
        <w:t>__________________________________________________________________</w:t>
      </w:r>
    </w:p>
    <w:p w14:paraId="1FF8D2E9" w14:textId="66302CF7" w:rsidR="00084DDF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BB35CA">
        <w:rPr>
          <w:b/>
          <w:bCs/>
          <w:sz w:val="28"/>
          <w:szCs w:val="28"/>
        </w:rPr>
        <w:t>Завдання 5.</w:t>
      </w:r>
      <w:r w:rsidRPr="00F40AB2">
        <w:rPr>
          <w:sz w:val="28"/>
          <w:szCs w:val="28"/>
        </w:rPr>
        <w:t xml:space="preserve"> </w:t>
      </w:r>
      <w:r w:rsidR="00BB35CA">
        <w:rPr>
          <w:sz w:val="28"/>
          <w:szCs w:val="28"/>
          <w:lang w:val="uk-UA"/>
        </w:rPr>
        <w:t>Із наведених тверджень потрібно вибрати де п</w:t>
      </w:r>
      <w:proofErr w:type="spellStart"/>
      <w:r w:rsidRPr="00F40AB2">
        <w:rPr>
          <w:sz w:val="28"/>
          <w:szCs w:val="28"/>
        </w:rPr>
        <w:t>равда</w:t>
      </w:r>
      <w:proofErr w:type="spellEnd"/>
      <w:r w:rsidRPr="00F40AB2">
        <w:rPr>
          <w:sz w:val="28"/>
          <w:szCs w:val="28"/>
        </w:rPr>
        <w:t xml:space="preserve">, </w:t>
      </w:r>
      <w:proofErr w:type="spellStart"/>
      <w:r w:rsidRPr="00F40AB2">
        <w:rPr>
          <w:sz w:val="28"/>
          <w:szCs w:val="28"/>
        </w:rPr>
        <w:t>неправда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чи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залежить</w:t>
      </w:r>
      <w:proofErr w:type="spellEnd"/>
      <w:r w:rsidR="00E66D2E">
        <w:rPr>
          <w:sz w:val="28"/>
          <w:szCs w:val="28"/>
          <w:lang w:val="uk-UA"/>
        </w:rPr>
        <w:t xml:space="preserve"> </w:t>
      </w:r>
      <w:proofErr w:type="spellStart"/>
      <w:r w:rsidR="00E66D2E" w:rsidRPr="00F40AB2">
        <w:rPr>
          <w:sz w:val="28"/>
          <w:szCs w:val="28"/>
        </w:rPr>
        <w:t>від</w:t>
      </w:r>
      <w:proofErr w:type="spellEnd"/>
      <w:r w:rsidR="00E66D2E" w:rsidRPr="00F40AB2">
        <w:rPr>
          <w:sz w:val="28"/>
          <w:szCs w:val="28"/>
        </w:rPr>
        <w:t xml:space="preserve"> </w:t>
      </w:r>
      <w:proofErr w:type="spellStart"/>
      <w:r w:rsidR="00E66D2E" w:rsidRPr="00F40AB2">
        <w:rPr>
          <w:sz w:val="28"/>
          <w:szCs w:val="28"/>
        </w:rPr>
        <w:t>обставин</w:t>
      </w:r>
      <w:proofErr w:type="spellEnd"/>
      <w:r w:rsidR="00E66D2E">
        <w:rPr>
          <w:sz w:val="28"/>
          <w:szCs w:val="28"/>
          <w:lang w:val="uk-UA"/>
        </w:rPr>
        <w:t xml:space="preserve"> і п</w:t>
      </w:r>
      <w:proofErr w:type="spellStart"/>
      <w:r w:rsidRPr="00F40AB2">
        <w:rPr>
          <w:sz w:val="28"/>
          <w:szCs w:val="28"/>
        </w:rPr>
        <w:t>означ</w:t>
      </w:r>
      <w:r w:rsidR="00E66D2E">
        <w:rPr>
          <w:sz w:val="28"/>
          <w:szCs w:val="28"/>
          <w:lang w:val="uk-UA"/>
        </w:rPr>
        <w:t>ити</w:t>
      </w:r>
      <w:proofErr w:type="spellEnd"/>
      <w:r w:rsidRPr="00F40AB2">
        <w:rPr>
          <w:sz w:val="28"/>
          <w:szCs w:val="28"/>
        </w:rPr>
        <w:t xml:space="preserve">: П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правда</w:t>
      </w:r>
      <w:proofErr w:type="spellEnd"/>
      <w:r w:rsidRPr="00F40AB2">
        <w:rPr>
          <w:sz w:val="28"/>
          <w:szCs w:val="28"/>
        </w:rPr>
        <w:t xml:space="preserve">; Н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неправда</w:t>
      </w:r>
      <w:proofErr w:type="spellEnd"/>
      <w:r w:rsidRPr="00F40AB2">
        <w:rPr>
          <w:sz w:val="28"/>
          <w:szCs w:val="28"/>
        </w:rPr>
        <w:t xml:space="preserve">; З </w:t>
      </w:r>
      <w:r w:rsidR="00F40AB2" w:rsidRPr="00F40AB2">
        <w:rPr>
          <w:sz w:val="28"/>
          <w:szCs w:val="28"/>
        </w:rPr>
        <w:t>–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залежить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від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обставин</w:t>
      </w:r>
      <w:proofErr w:type="spellEnd"/>
      <w:r w:rsidRPr="00F40AB2">
        <w:rPr>
          <w:sz w:val="28"/>
          <w:szCs w:val="28"/>
        </w:rPr>
        <w:t xml:space="preserve">. </w:t>
      </w:r>
      <w:proofErr w:type="spellStart"/>
      <w:r w:rsidRPr="00F40AB2">
        <w:rPr>
          <w:sz w:val="28"/>
          <w:szCs w:val="28"/>
        </w:rPr>
        <w:t>Для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двох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тверджень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коротко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поясніть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відповідь</w:t>
      </w:r>
      <w:proofErr w:type="spellEnd"/>
      <w:r w:rsidRPr="00F40AB2">
        <w:rPr>
          <w:sz w:val="28"/>
          <w:szCs w:val="28"/>
        </w:rPr>
        <w:t>.</w:t>
      </w:r>
    </w:p>
    <w:tbl>
      <w:tblPr>
        <w:tblStyle w:val="aff2"/>
        <w:tblW w:w="10314" w:type="dxa"/>
        <w:tblLook w:val="04A0" w:firstRow="1" w:lastRow="0" w:firstColumn="1" w:lastColumn="0" w:noHBand="0" w:noVBand="1"/>
      </w:tblPr>
      <w:tblGrid>
        <w:gridCol w:w="518"/>
        <w:gridCol w:w="5402"/>
        <w:gridCol w:w="1701"/>
        <w:gridCol w:w="2693"/>
      </w:tblGrid>
      <w:tr w:rsidR="00E66D2E" w:rsidRPr="00BB35CA" w14:paraId="6477BF9F" w14:textId="77777777" w:rsidTr="00E66D2E">
        <w:tc>
          <w:tcPr>
            <w:tcW w:w="518" w:type="dxa"/>
            <w:vAlign w:val="center"/>
          </w:tcPr>
          <w:p w14:paraId="3A942498" w14:textId="1706FC50" w:rsidR="00E66D2E" w:rsidRPr="00BB35CA" w:rsidRDefault="00E66D2E" w:rsidP="00E66D2E">
            <w:pPr>
              <w:spacing w:after="0"/>
              <w:jc w:val="center"/>
              <w:rPr>
                <w:szCs w:val="24"/>
              </w:rPr>
            </w:pPr>
            <w:r w:rsidRPr="00E66D2E">
              <w:rPr>
                <w:szCs w:val="24"/>
              </w:rPr>
              <w:t>№</w:t>
            </w:r>
          </w:p>
        </w:tc>
        <w:tc>
          <w:tcPr>
            <w:tcW w:w="5402" w:type="dxa"/>
            <w:vAlign w:val="center"/>
          </w:tcPr>
          <w:p w14:paraId="604CAB04" w14:textId="020A44DC" w:rsidR="00E66D2E" w:rsidRPr="00BB35CA" w:rsidRDefault="00E66D2E" w:rsidP="00E66D2E">
            <w:pPr>
              <w:spacing w:after="0"/>
              <w:jc w:val="center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Твердження</w:t>
            </w:r>
            <w:proofErr w:type="spellEnd"/>
          </w:p>
        </w:tc>
        <w:tc>
          <w:tcPr>
            <w:tcW w:w="1701" w:type="dxa"/>
            <w:vAlign w:val="center"/>
          </w:tcPr>
          <w:p w14:paraId="7849A373" w14:textId="5F0068F3" w:rsidR="00E66D2E" w:rsidRPr="00BB35CA" w:rsidRDefault="00E66D2E" w:rsidP="00E66D2E">
            <w:pPr>
              <w:spacing w:after="0"/>
              <w:jc w:val="center"/>
              <w:rPr>
                <w:szCs w:val="24"/>
              </w:rPr>
            </w:pPr>
            <w:r w:rsidRPr="00E66D2E">
              <w:rPr>
                <w:szCs w:val="24"/>
              </w:rPr>
              <w:t>П / Н / З</w:t>
            </w:r>
          </w:p>
        </w:tc>
        <w:tc>
          <w:tcPr>
            <w:tcW w:w="2693" w:type="dxa"/>
            <w:vAlign w:val="center"/>
          </w:tcPr>
          <w:p w14:paraId="3C105B4E" w14:textId="2DC71D3E" w:rsidR="00E66D2E" w:rsidRPr="00BB35CA" w:rsidRDefault="00E66D2E" w:rsidP="00E66D2E">
            <w:pPr>
              <w:spacing w:after="0"/>
              <w:jc w:val="center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Пояснення</w:t>
            </w:r>
            <w:proofErr w:type="spellEnd"/>
            <w:r w:rsidRPr="00E66D2E">
              <w:rPr>
                <w:szCs w:val="24"/>
              </w:rPr>
              <w:t xml:space="preserve"> (</w:t>
            </w:r>
            <w:proofErr w:type="spellStart"/>
            <w:r w:rsidRPr="00E66D2E">
              <w:rPr>
                <w:szCs w:val="24"/>
              </w:rPr>
              <w:t>для</w:t>
            </w:r>
            <w:proofErr w:type="spellEnd"/>
            <w:r w:rsidRPr="00E66D2E">
              <w:rPr>
                <w:szCs w:val="24"/>
              </w:rPr>
              <w:t xml:space="preserve"> 2 </w:t>
            </w:r>
            <w:proofErr w:type="spellStart"/>
            <w:r w:rsidRPr="00E66D2E">
              <w:rPr>
                <w:szCs w:val="24"/>
              </w:rPr>
              <w:t>тверджень</w:t>
            </w:r>
            <w:proofErr w:type="spellEnd"/>
            <w:r w:rsidRPr="00E66D2E">
              <w:rPr>
                <w:szCs w:val="24"/>
              </w:rPr>
              <w:t>)</w:t>
            </w:r>
          </w:p>
        </w:tc>
      </w:tr>
      <w:tr w:rsidR="00E66D2E" w:rsidRPr="00BB35CA" w14:paraId="00DF5D18" w14:textId="77777777" w:rsidTr="00E66D2E">
        <w:tc>
          <w:tcPr>
            <w:tcW w:w="518" w:type="dxa"/>
            <w:vAlign w:val="center"/>
          </w:tcPr>
          <w:p w14:paraId="6E3432FD" w14:textId="14031246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t>1</w:t>
            </w:r>
          </w:p>
        </w:tc>
        <w:tc>
          <w:tcPr>
            <w:tcW w:w="5402" w:type="dxa"/>
            <w:vAlign w:val="center"/>
          </w:tcPr>
          <w:p w14:paraId="63950A38" w14:textId="54E0D5E1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Будь-яка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інформація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існує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тільки</w:t>
            </w:r>
            <w:proofErr w:type="spellEnd"/>
            <w:r w:rsidRPr="00E66D2E">
              <w:rPr>
                <w:szCs w:val="24"/>
              </w:rPr>
              <w:t xml:space="preserve"> у </w:t>
            </w:r>
            <w:proofErr w:type="spellStart"/>
            <w:r w:rsidRPr="00E66D2E">
              <w:rPr>
                <w:szCs w:val="24"/>
              </w:rPr>
              <w:t>формі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документа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67B5FF5A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C1206F2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  <w:tr w:rsidR="00E66D2E" w:rsidRPr="00BB35CA" w14:paraId="2CD78DEF" w14:textId="77777777" w:rsidTr="00E66D2E">
        <w:tc>
          <w:tcPr>
            <w:tcW w:w="518" w:type="dxa"/>
            <w:vAlign w:val="center"/>
          </w:tcPr>
          <w:p w14:paraId="46BE6347" w14:textId="646CD4FA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t>2</w:t>
            </w:r>
          </w:p>
        </w:tc>
        <w:tc>
          <w:tcPr>
            <w:tcW w:w="5402" w:type="dxa"/>
            <w:vAlign w:val="center"/>
          </w:tcPr>
          <w:p w14:paraId="10F386EB" w14:textId="3E335BC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Електронний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файл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може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бути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носієм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інформації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698B9CF7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C11A764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  <w:tr w:rsidR="00E66D2E" w:rsidRPr="00BB35CA" w14:paraId="136FF86F" w14:textId="77777777" w:rsidTr="00E66D2E">
        <w:tc>
          <w:tcPr>
            <w:tcW w:w="518" w:type="dxa"/>
            <w:vAlign w:val="center"/>
          </w:tcPr>
          <w:p w14:paraId="4FB39128" w14:textId="499A7285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t>3</w:t>
            </w:r>
          </w:p>
        </w:tc>
        <w:tc>
          <w:tcPr>
            <w:tcW w:w="5402" w:type="dxa"/>
            <w:vAlign w:val="center"/>
          </w:tcPr>
          <w:p w14:paraId="36D48718" w14:textId="45283AFF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Вид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інформації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за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змістом</w:t>
            </w:r>
            <w:proofErr w:type="spellEnd"/>
            <w:r w:rsidRPr="00E66D2E">
              <w:rPr>
                <w:szCs w:val="24"/>
              </w:rPr>
              <w:t xml:space="preserve"> і </w:t>
            </w:r>
            <w:proofErr w:type="spellStart"/>
            <w:r w:rsidRPr="00E66D2E">
              <w:rPr>
                <w:szCs w:val="24"/>
              </w:rPr>
              <w:t>режим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доступу</w:t>
            </w:r>
            <w:proofErr w:type="spellEnd"/>
            <w:r w:rsidRPr="00E66D2E">
              <w:rPr>
                <w:szCs w:val="24"/>
              </w:rPr>
              <w:t xml:space="preserve"> – </w:t>
            </w:r>
            <w:proofErr w:type="spellStart"/>
            <w:r w:rsidRPr="00E66D2E">
              <w:rPr>
                <w:szCs w:val="24"/>
              </w:rPr>
              <w:t>це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одне</w:t>
            </w:r>
            <w:proofErr w:type="spellEnd"/>
            <w:r w:rsidRPr="00E66D2E">
              <w:rPr>
                <w:szCs w:val="24"/>
              </w:rPr>
              <w:t xml:space="preserve"> й </w:t>
            </w:r>
            <w:proofErr w:type="spellStart"/>
            <w:r w:rsidRPr="00E66D2E">
              <w:rPr>
                <w:szCs w:val="24"/>
              </w:rPr>
              <w:t>те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саме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124F7C36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E5CEAF4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  <w:tr w:rsidR="00E66D2E" w:rsidRPr="00BB35CA" w14:paraId="7544177D" w14:textId="77777777" w:rsidTr="00E66D2E">
        <w:tc>
          <w:tcPr>
            <w:tcW w:w="518" w:type="dxa"/>
            <w:vAlign w:val="center"/>
          </w:tcPr>
          <w:p w14:paraId="058ED250" w14:textId="50461BA2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t>4</w:t>
            </w:r>
          </w:p>
        </w:tc>
        <w:tc>
          <w:tcPr>
            <w:tcW w:w="5402" w:type="dxa"/>
            <w:vAlign w:val="center"/>
          </w:tcPr>
          <w:p w14:paraId="5326F2F8" w14:textId="2C9EEE32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Будь-яка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інформація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про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фізичну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особу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автоматично</w:t>
            </w:r>
            <w:proofErr w:type="spellEnd"/>
            <w:r w:rsidRPr="00E66D2E">
              <w:rPr>
                <w:szCs w:val="24"/>
              </w:rPr>
              <w:t xml:space="preserve"> є </w:t>
            </w:r>
            <w:proofErr w:type="spellStart"/>
            <w:r w:rsidRPr="00E66D2E">
              <w:rPr>
                <w:szCs w:val="24"/>
              </w:rPr>
              <w:t>закритою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1843FEDF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3955E46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  <w:tr w:rsidR="00E66D2E" w:rsidRPr="00BB35CA" w14:paraId="66E6C04B" w14:textId="77777777" w:rsidTr="00E66D2E">
        <w:tc>
          <w:tcPr>
            <w:tcW w:w="518" w:type="dxa"/>
            <w:vAlign w:val="center"/>
          </w:tcPr>
          <w:p w14:paraId="09DA53F7" w14:textId="3D6BFDC0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lastRenderedPageBreak/>
              <w:t>5</w:t>
            </w:r>
          </w:p>
        </w:tc>
        <w:tc>
          <w:tcPr>
            <w:tcW w:w="5402" w:type="dxa"/>
            <w:vAlign w:val="center"/>
          </w:tcPr>
          <w:p w14:paraId="17D3EC4C" w14:textId="72F275EE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Право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на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інформацію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може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мати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законні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обмеження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381CD09D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47BE8EF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  <w:tr w:rsidR="00E66D2E" w:rsidRPr="00BB35CA" w14:paraId="47ED5E75" w14:textId="77777777" w:rsidTr="00E66D2E">
        <w:tc>
          <w:tcPr>
            <w:tcW w:w="518" w:type="dxa"/>
            <w:vAlign w:val="center"/>
          </w:tcPr>
          <w:p w14:paraId="1D2BA734" w14:textId="784D8531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t>6</w:t>
            </w:r>
          </w:p>
        </w:tc>
        <w:tc>
          <w:tcPr>
            <w:tcW w:w="5402" w:type="dxa"/>
            <w:vAlign w:val="center"/>
          </w:tcPr>
          <w:p w14:paraId="2EBA3F52" w14:textId="50FBAF12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Якщо</w:t>
            </w:r>
            <w:proofErr w:type="spellEnd"/>
            <w:r w:rsidRPr="00E66D2E">
              <w:rPr>
                <w:szCs w:val="24"/>
              </w:rPr>
              <w:t xml:space="preserve"> в </w:t>
            </w:r>
            <w:proofErr w:type="spellStart"/>
            <w:r w:rsidRPr="00E66D2E">
              <w:rPr>
                <w:szCs w:val="24"/>
              </w:rPr>
              <w:t>документі</w:t>
            </w:r>
            <w:proofErr w:type="spellEnd"/>
            <w:r w:rsidRPr="00E66D2E">
              <w:rPr>
                <w:szCs w:val="24"/>
              </w:rPr>
              <w:t xml:space="preserve"> є </w:t>
            </w:r>
            <w:proofErr w:type="spellStart"/>
            <w:r w:rsidRPr="00E66D2E">
              <w:rPr>
                <w:szCs w:val="24"/>
              </w:rPr>
              <w:t>інформація</w:t>
            </w:r>
            <w:proofErr w:type="spellEnd"/>
            <w:r w:rsidRPr="00E66D2E">
              <w:rPr>
                <w:szCs w:val="24"/>
              </w:rPr>
              <w:t xml:space="preserve"> з </w:t>
            </w:r>
            <w:proofErr w:type="spellStart"/>
            <w:r w:rsidRPr="00E66D2E">
              <w:rPr>
                <w:szCs w:val="24"/>
              </w:rPr>
              <w:t>обмеженим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доступом</w:t>
            </w:r>
            <w:proofErr w:type="spellEnd"/>
            <w:r w:rsidRPr="00E66D2E">
              <w:rPr>
                <w:szCs w:val="24"/>
              </w:rPr>
              <w:t xml:space="preserve">, </w:t>
            </w:r>
            <w:proofErr w:type="spellStart"/>
            <w:r w:rsidRPr="00E66D2E">
              <w:rPr>
                <w:szCs w:val="24"/>
              </w:rPr>
              <w:t>автоматично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закривається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весь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документ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3A1C06EE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0429FA4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  <w:tr w:rsidR="00E66D2E" w:rsidRPr="00BB35CA" w14:paraId="458ADA28" w14:textId="77777777" w:rsidTr="00E66D2E">
        <w:tc>
          <w:tcPr>
            <w:tcW w:w="518" w:type="dxa"/>
            <w:vAlign w:val="center"/>
          </w:tcPr>
          <w:p w14:paraId="3AAF24AC" w14:textId="7AE0051F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t>7</w:t>
            </w:r>
          </w:p>
        </w:tc>
        <w:tc>
          <w:tcPr>
            <w:tcW w:w="5402" w:type="dxa"/>
            <w:vAlign w:val="center"/>
          </w:tcPr>
          <w:p w14:paraId="6C1EB8BE" w14:textId="7F31793C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Екологічна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інформація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може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мати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важливе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суспільне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значення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71A23E31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838D0AA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  <w:tr w:rsidR="00E66D2E" w:rsidRPr="00BB35CA" w14:paraId="2F5B903F" w14:textId="77777777" w:rsidTr="00E66D2E">
        <w:tc>
          <w:tcPr>
            <w:tcW w:w="518" w:type="dxa"/>
            <w:vAlign w:val="center"/>
          </w:tcPr>
          <w:p w14:paraId="10D2CF1D" w14:textId="66B99CF9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r w:rsidRPr="00E66D2E">
              <w:rPr>
                <w:szCs w:val="24"/>
              </w:rPr>
              <w:t>8</w:t>
            </w:r>
          </w:p>
        </w:tc>
        <w:tc>
          <w:tcPr>
            <w:tcW w:w="5402" w:type="dxa"/>
            <w:vAlign w:val="center"/>
          </w:tcPr>
          <w:p w14:paraId="02604D54" w14:textId="79C7DF5C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  <w:proofErr w:type="spellStart"/>
            <w:r w:rsidRPr="00E66D2E">
              <w:rPr>
                <w:szCs w:val="24"/>
              </w:rPr>
              <w:t>Інформація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може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зберігатися</w:t>
            </w:r>
            <w:proofErr w:type="spellEnd"/>
            <w:r w:rsidRPr="00E66D2E">
              <w:rPr>
                <w:szCs w:val="24"/>
              </w:rPr>
              <w:t xml:space="preserve"> в </w:t>
            </w:r>
            <w:proofErr w:type="spellStart"/>
            <w:r w:rsidRPr="00E66D2E">
              <w:rPr>
                <w:szCs w:val="24"/>
              </w:rPr>
              <w:t>електронній</w:t>
            </w:r>
            <w:proofErr w:type="spellEnd"/>
            <w:r w:rsidRPr="00E66D2E">
              <w:rPr>
                <w:szCs w:val="24"/>
              </w:rPr>
              <w:t xml:space="preserve"> </w:t>
            </w:r>
            <w:proofErr w:type="spellStart"/>
            <w:r w:rsidRPr="00E66D2E">
              <w:rPr>
                <w:szCs w:val="24"/>
              </w:rPr>
              <w:t>формі</w:t>
            </w:r>
            <w:proofErr w:type="spellEnd"/>
            <w:r w:rsidRPr="00E66D2E">
              <w:rPr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43832F10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AB13E5A" w14:textId="77777777" w:rsidR="00E66D2E" w:rsidRPr="00E66D2E" w:rsidRDefault="00E66D2E" w:rsidP="00E66D2E">
            <w:pPr>
              <w:spacing w:after="0"/>
              <w:jc w:val="both"/>
              <w:rPr>
                <w:szCs w:val="24"/>
              </w:rPr>
            </w:pPr>
          </w:p>
        </w:tc>
      </w:tr>
    </w:tbl>
    <w:p w14:paraId="6139FB6F" w14:textId="247F82B3" w:rsidR="00E66D2E" w:rsidRDefault="00E66D2E" w:rsidP="00F40AB2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2F16B302" w14:textId="4B8EAFCE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E66D2E">
        <w:rPr>
          <w:b/>
          <w:bCs/>
          <w:sz w:val="28"/>
          <w:szCs w:val="28"/>
        </w:rPr>
        <w:t>Завдання</w:t>
      </w:r>
      <w:proofErr w:type="spellEnd"/>
      <w:r w:rsidRPr="00E66D2E">
        <w:rPr>
          <w:b/>
          <w:bCs/>
          <w:sz w:val="28"/>
          <w:szCs w:val="28"/>
        </w:rPr>
        <w:t xml:space="preserve"> 6.</w:t>
      </w:r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Оберіть</w:t>
      </w:r>
      <w:proofErr w:type="spellEnd"/>
      <w:r w:rsidRPr="00F40AB2">
        <w:rPr>
          <w:sz w:val="28"/>
          <w:szCs w:val="28"/>
        </w:rPr>
        <w:t xml:space="preserve"> ТРИ </w:t>
      </w:r>
      <w:proofErr w:type="spellStart"/>
      <w:r w:rsidRPr="00F40AB2">
        <w:rPr>
          <w:sz w:val="28"/>
          <w:szCs w:val="28"/>
        </w:rPr>
        <w:t>поняття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зі</w:t>
      </w:r>
      <w:proofErr w:type="spellEnd"/>
      <w:r w:rsidRPr="00F40AB2">
        <w:rPr>
          <w:sz w:val="28"/>
          <w:szCs w:val="28"/>
        </w:rPr>
        <w:t xml:space="preserve"> списку та поясніть кожне своїми словами у 2–3 реченнях, додавши власний приклад: інформація; документ; право на інформацію; відкрита інформація; інформація з обмеженим доступом; конфіденційна інформація; таємна інформація; службова інформація; інформація про фізичну особу; інформаційні відносини.</w:t>
      </w:r>
    </w:p>
    <w:p w14:paraId="14DE1FC8" w14:textId="0038B0A3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 xml:space="preserve">1. </w:t>
      </w:r>
      <w:proofErr w:type="spellStart"/>
      <w:r w:rsidRPr="00F40AB2">
        <w:rPr>
          <w:sz w:val="28"/>
          <w:szCs w:val="28"/>
        </w:rPr>
        <w:t>Поняття</w:t>
      </w:r>
      <w:proofErr w:type="spellEnd"/>
      <w:r w:rsidRPr="00F40AB2">
        <w:rPr>
          <w:sz w:val="28"/>
          <w:szCs w:val="28"/>
        </w:rPr>
        <w:t>: __________</w:t>
      </w:r>
      <w:r w:rsidR="00E66D2E" w:rsidRPr="00F40AB2">
        <w:rPr>
          <w:sz w:val="28"/>
          <w:szCs w:val="28"/>
        </w:rPr>
        <w:t>____________________</w:t>
      </w:r>
    </w:p>
    <w:p w14:paraId="2875FD25" w14:textId="6B4EDF24" w:rsidR="00084DDF" w:rsidRDefault="00643F3D" w:rsidP="00E66D2E">
      <w:pPr>
        <w:spacing w:after="0" w:line="360" w:lineRule="auto"/>
        <w:jc w:val="both"/>
        <w:rPr>
          <w:sz w:val="28"/>
          <w:szCs w:val="28"/>
        </w:rPr>
      </w:pPr>
      <w:proofErr w:type="spellStart"/>
      <w:r w:rsidRPr="00F40AB2">
        <w:rPr>
          <w:sz w:val="28"/>
          <w:szCs w:val="28"/>
        </w:rPr>
        <w:t>Пояснення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та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приклад</w:t>
      </w:r>
      <w:proofErr w:type="spellEnd"/>
      <w:r w:rsidRPr="00F40AB2">
        <w:rPr>
          <w:sz w:val="28"/>
          <w:szCs w:val="28"/>
        </w:rPr>
        <w:t xml:space="preserve">: </w:t>
      </w:r>
      <w:r w:rsidR="00E66D2E" w:rsidRPr="00F40AB2">
        <w:rPr>
          <w:sz w:val="28"/>
          <w:szCs w:val="28"/>
        </w:rPr>
        <w:t>__________________________</w:t>
      </w:r>
      <w:r w:rsidRPr="00F40AB2">
        <w:rPr>
          <w:sz w:val="28"/>
          <w:szCs w:val="28"/>
        </w:rPr>
        <w:t>___________________________</w:t>
      </w:r>
      <w:r w:rsidRPr="00F40AB2">
        <w:rPr>
          <w:sz w:val="28"/>
          <w:szCs w:val="28"/>
        </w:rPr>
        <w:br/>
        <w:t>_________________________________________________________________________</w:t>
      </w:r>
      <w:r w:rsidRPr="00F40AB2">
        <w:rPr>
          <w:sz w:val="28"/>
          <w:szCs w:val="28"/>
        </w:rPr>
        <w:br/>
        <w:t>_________________________________________________________________________</w:t>
      </w:r>
    </w:p>
    <w:p w14:paraId="070F9298" w14:textId="77777777" w:rsidR="00E66D2E" w:rsidRPr="00F40AB2" w:rsidRDefault="00E66D2E" w:rsidP="00E66D2E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_________________________________________________________________________</w:t>
      </w:r>
    </w:p>
    <w:p w14:paraId="7B779780" w14:textId="77777777" w:rsidR="00E66D2E" w:rsidRPr="00F40AB2" w:rsidRDefault="00E66D2E" w:rsidP="00E66D2E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_________________________________________________________________________</w:t>
      </w:r>
    </w:p>
    <w:p w14:paraId="517D44D7" w14:textId="77777777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2. Поняття: ______________________________</w:t>
      </w:r>
    </w:p>
    <w:p w14:paraId="4DC6C21F" w14:textId="53006F83" w:rsidR="00084DDF" w:rsidRDefault="00643F3D" w:rsidP="00E66D2E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Пояснення та приклад: ___________________________________________________</w:t>
      </w:r>
      <w:r w:rsidRPr="00F40AB2">
        <w:rPr>
          <w:sz w:val="28"/>
          <w:szCs w:val="28"/>
        </w:rPr>
        <w:br/>
        <w:t>_________________________________________________________________________</w:t>
      </w:r>
      <w:r w:rsidRPr="00F40AB2">
        <w:rPr>
          <w:sz w:val="28"/>
          <w:szCs w:val="28"/>
        </w:rPr>
        <w:br/>
        <w:t>_________________________________________________________________________</w:t>
      </w:r>
    </w:p>
    <w:p w14:paraId="1875CC9E" w14:textId="77777777" w:rsidR="00E66D2E" w:rsidRPr="00F40AB2" w:rsidRDefault="00E66D2E" w:rsidP="00E66D2E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_________________________________________________________________________</w:t>
      </w:r>
    </w:p>
    <w:p w14:paraId="7A3777C7" w14:textId="77777777" w:rsidR="00E66D2E" w:rsidRPr="00F40AB2" w:rsidRDefault="00E66D2E" w:rsidP="00E66D2E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_________________________________________________________________________</w:t>
      </w:r>
    </w:p>
    <w:p w14:paraId="5D120D2E" w14:textId="77777777" w:rsidR="00084DDF" w:rsidRPr="00F40AB2" w:rsidRDefault="00643F3D" w:rsidP="00F40AB2">
      <w:pPr>
        <w:spacing w:after="0" w:line="360" w:lineRule="auto"/>
        <w:ind w:firstLine="709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3. Поняття: ______________________________</w:t>
      </w:r>
    </w:p>
    <w:p w14:paraId="0302D856" w14:textId="4765B942" w:rsidR="00E66D2E" w:rsidRPr="00F40AB2" w:rsidRDefault="00643F3D" w:rsidP="00E66D2E">
      <w:pPr>
        <w:spacing w:after="0" w:line="360" w:lineRule="auto"/>
        <w:jc w:val="both"/>
        <w:rPr>
          <w:sz w:val="28"/>
          <w:szCs w:val="28"/>
        </w:rPr>
      </w:pPr>
      <w:proofErr w:type="spellStart"/>
      <w:r w:rsidRPr="00F40AB2">
        <w:rPr>
          <w:sz w:val="28"/>
          <w:szCs w:val="28"/>
        </w:rPr>
        <w:t>Пояснення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та</w:t>
      </w:r>
      <w:proofErr w:type="spellEnd"/>
      <w:r w:rsidRPr="00F40AB2">
        <w:rPr>
          <w:sz w:val="28"/>
          <w:szCs w:val="28"/>
        </w:rPr>
        <w:t xml:space="preserve"> </w:t>
      </w:r>
      <w:proofErr w:type="spellStart"/>
      <w:r w:rsidRPr="00F40AB2">
        <w:rPr>
          <w:sz w:val="28"/>
          <w:szCs w:val="28"/>
        </w:rPr>
        <w:t>приклад</w:t>
      </w:r>
      <w:proofErr w:type="spellEnd"/>
      <w:r w:rsidRPr="00F40AB2">
        <w:rPr>
          <w:sz w:val="28"/>
          <w:szCs w:val="28"/>
        </w:rPr>
        <w:t>: __</w:t>
      </w:r>
      <w:r w:rsidR="00E66D2E" w:rsidRPr="00F40AB2">
        <w:rPr>
          <w:sz w:val="28"/>
          <w:szCs w:val="28"/>
        </w:rPr>
        <w:t>_____________________________</w:t>
      </w:r>
      <w:r w:rsidR="00E66D2E">
        <w:rPr>
          <w:sz w:val="28"/>
          <w:szCs w:val="28"/>
          <w:lang w:val="uk-UA"/>
        </w:rPr>
        <w:t>_</w:t>
      </w:r>
      <w:r w:rsidR="00E66D2E" w:rsidRPr="00F40AB2">
        <w:rPr>
          <w:sz w:val="28"/>
          <w:szCs w:val="28"/>
        </w:rPr>
        <w:t>_____________________</w:t>
      </w:r>
    </w:p>
    <w:p w14:paraId="18908976" w14:textId="21907184" w:rsidR="00084DDF" w:rsidRDefault="00643F3D" w:rsidP="00E66D2E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__________________________________</w:t>
      </w:r>
      <w:r w:rsidR="00E66D2E" w:rsidRPr="00F40AB2">
        <w:rPr>
          <w:sz w:val="28"/>
          <w:szCs w:val="28"/>
        </w:rPr>
        <w:t>_______________________________________</w:t>
      </w:r>
      <w:r w:rsidRPr="00F40AB2">
        <w:rPr>
          <w:sz w:val="28"/>
          <w:szCs w:val="28"/>
        </w:rPr>
        <w:br/>
        <w:t>_________________________________________________________________________</w:t>
      </w:r>
      <w:r w:rsidRPr="00F40AB2">
        <w:rPr>
          <w:sz w:val="28"/>
          <w:szCs w:val="28"/>
        </w:rPr>
        <w:br/>
        <w:t>_________________________________________________________________________</w:t>
      </w:r>
    </w:p>
    <w:p w14:paraId="3D5FA49A" w14:textId="1D7B28A9" w:rsidR="00E66D2E" w:rsidRPr="00F40AB2" w:rsidRDefault="00E66D2E" w:rsidP="00E66D2E">
      <w:pPr>
        <w:spacing w:after="0" w:line="360" w:lineRule="auto"/>
        <w:jc w:val="both"/>
        <w:rPr>
          <w:sz w:val="28"/>
          <w:szCs w:val="28"/>
        </w:rPr>
      </w:pPr>
      <w:r w:rsidRPr="00F40AB2">
        <w:rPr>
          <w:sz w:val="28"/>
          <w:szCs w:val="28"/>
        </w:rPr>
        <w:t>_________________________________________________________________________</w:t>
      </w:r>
    </w:p>
    <w:p w14:paraId="7B40FE44" w14:textId="77777777" w:rsidR="00084DDF" w:rsidRPr="00F40AB2" w:rsidRDefault="00084DDF" w:rsidP="00F40AB2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084DDF" w:rsidRPr="00F40AB2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DDF"/>
    <w:rsid w:val="000C1FB2"/>
    <w:rsid w:val="0015074B"/>
    <w:rsid w:val="0029639D"/>
    <w:rsid w:val="00326F90"/>
    <w:rsid w:val="00643F3D"/>
    <w:rsid w:val="006A44A5"/>
    <w:rsid w:val="00A01DC2"/>
    <w:rsid w:val="00AA1D8D"/>
    <w:rsid w:val="00B47730"/>
    <w:rsid w:val="00BB35CA"/>
    <w:rsid w:val="00CB0664"/>
    <w:rsid w:val="00E66D2E"/>
    <w:rsid w:val="00F40AB2"/>
    <w:rsid w:val="00FC693F"/>
    <w:rsid w:val="00FE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9FA75"/>
  <w14:defaultImageDpi w14:val="300"/>
  <w15:docId w15:val="{28B94467-7D83-4F2E-8F5F-AA6899E2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4154</Words>
  <Characters>2369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2026-09-17T20:27:00Z</dcterms:created>
  <dcterms:modified xsi:type="dcterms:W3CDTF">2026-09-18T08:28:00Z</dcterms:modified>
  <cp:category/>
</cp:coreProperties>
</file>