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746B2" w:rsidRPr="000B02D5" w:rsidRDefault="00000000" w:rsidP="000B02D5">
      <w:pPr>
        <w:jc w:val="center"/>
        <w:rPr>
          <w:lang w:val="uk-UA"/>
        </w:rPr>
      </w:pPr>
      <w:r w:rsidRPr="000B02D5">
        <w:rPr>
          <w:b/>
          <w:bCs/>
          <w:lang w:val="uk-UA"/>
        </w:rPr>
        <w:t>Практичне заняття</w:t>
      </w: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b/>
          <w:bCs/>
          <w:lang w:val="uk-UA"/>
        </w:rPr>
        <w:t>Тема заняття: Розвиток силових здібностей</w:t>
      </w: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lang w:val="uk-UA"/>
        </w:rPr>
        <w:t>Мета: ознайомитися з основними видами силових здібностей і навчитися добирати прості силові вправи для самостійних занять.</w:t>
      </w:r>
    </w:p>
    <w:p w:rsidR="004746B2" w:rsidRPr="000B02D5" w:rsidRDefault="006C08BD" w:rsidP="000B02D5">
      <w:pPr>
        <w:jc w:val="both"/>
        <w:rPr>
          <w:lang w:val="uk-UA"/>
        </w:rPr>
      </w:pPr>
      <w:r>
        <w:rPr>
          <w:b/>
          <w:bCs/>
          <w:lang w:val="uk-UA"/>
        </w:rPr>
        <w:t>1</w:t>
      </w:r>
      <w:r w:rsidR="00000000" w:rsidRPr="000B02D5">
        <w:rPr>
          <w:b/>
          <w:bCs/>
          <w:lang w:val="uk-UA"/>
        </w:rPr>
        <w:t>. Розминка</w:t>
      </w:r>
    </w:p>
    <w:p w:rsidR="004746B2" w:rsidRDefault="00000000" w:rsidP="000B02D5">
      <w:pPr>
        <w:jc w:val="both"/>
        <w:rPr>
          <w:lang w:val="uk-UA"/>
        </w:rPr>
      </w:pPr>
      <w:r w:rsidRPr="000B02D5">
        <w:rPr>
          <w:lang w:val="uk-UA"/>
        </w:rPr>
        <w:t>Розминку виконують разом із викладачем за бажанням; вмикати камеру не обов’язково. Забезпечте вільний простір навколо себе. Якщо під час вправи з’явився біль або запаморочення, припиніть її виконання.</w:t>
      </w:r>
    </w:p>
    <w:p w:rsidR="000B02D5" w:rsidRPr="000B02D5" w:rsidRDefault="000B02D5" w:rsidP="000B02D5">
      <w:pPr>
        <w:jc w:val="both"/>
        <w:rPr>
          <w:lang w:val="uk-UA"/>
        </w:rPr>
      </w:pPr>
      <w:hyperlink r:id="rId6" w:history="1">
        <w:r w:rsidRPr="00E72549">
          <w:rPr>
            <w:rStyle w:val="aff8"/>
            <w:lang w:val="uk-UA"/>
          </w:rPr>
          <w:t>https://youtu.be/TegU4h0E_uc?si=pxVFiRyGl4WBchS9</w:t>
        </w:r>
      </w:hyperlink>
      <w:r>
        <w:rPr>
          <w:lang w:val="uk-UA"/>
        </w:rPr>
        <w:t xml:space="preserve"> </w:t>
      </w:r>
      <w:r>
        <w:rPr>
          <w:lang w:val="uk-UA"/>
        </w:rPr>
        <w:br/>
        <w:t>або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720"/>
        <w:gridCol w:w="6120"/>
        <w:gridCol w:w="1800"/>
      </w:tblGrid>
      <w:tr w:rsidR="004746B2" w:rsidRPr="000B02D5">
        <w:trPr>
          <w:jc w:val="center"/>
        </w:trPr>
        <w:tc>
          <w:tcPr>
            <w:tcW w:w="72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№</w:t>
            </w:r>
          </w:p>
        </w:tc>
        <w:tc>
          <w:tcPr>
            <w:tcW w:w="612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Вправа (підготовка до силових вправ)</w:t>
            </w:r>
          </w:p>
        </w:tc>
        <w:tc>
          <w:tcPr>
            <w:tcW w:w="180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Дозування</w:t>
            </w:r>
          </w:p>
        </w:tc>
      </w:tr>
      <w:tr w:rsidR="004746B2" w:rsidRPr="000B02D5">
        <w:trPr>
          <w:jc w:val="center"/>
        </w:trPr>
        <w:tc>
          <w:tcPr>
            <w:tcW w:w="72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1</w:t>
            </w:r>
          </w:p>
        </w:tc>
        <w:tc>
          <w:tcPr>
            <w:tcW w:w="612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Ходьба на місці з активними рухами руками</w:t>
            </w:r>
          </w:p>
        </w:tc>
        <w:tc>
          <w:tcPr>
            <w:tcW w:w="180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1 хв</w:t>
            </w:r>
          </w:p>
        </w:tc>
      </w:tr>
      <w:tr w:rsidR="004746B2" w:rsidRPr="000B02D5">
        <w:trPr>
          <w:jc w:val="center"/>
        </w:trPr>
        <w:tc>
          <w:tcPr>
            <w:tcW w:w="72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2</w:t>
            </w:r>
          </w:p>
        </w:tc>
        <w:tc>
          <w:tcPr>
            <w:tcW w:w="612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 xml:space="preserve">В. п. </w:t>
            </w:r>
            <w:r w:rsidR="000B02D5">
              <w:rPr>
                <w:lang w:val="uk-UA"/>
              </w:rPr>
              <w:t>-</w:t>
            </w:r>
            <w:r w:rsidRPr="000B02D5">
              <w:rPr>
                <w:lang w:val="uk-UA"/>
              </w:rPr>
              <w:t xml:space="preserve"> о. с.; 1–4 </w:t>
            </w:r>
            <w:r w:rsidR="000B02D5">
              <w:rPr>
                <w:lang w:val="uk-UA"/>
              </w:rPr>
              <w:t>-</w:t>
            </w:r>
            <w:r w:rsidRPr="000B02D5">
              <w:rPr>
                <w:lang w:val="uk-UA"/>
              </w:rPr>
              <w:t xml:space="preserve"> колові рухи </w:t>
            </w:r>
            <w:proofErr w:type="spellStart"/>
            <w:r w:rsidRPr="000B02D5">
              <w:rPr>
                <w:lang w:val="uk-UA"/>
              </w:rPr>
              <w:t>плечима</w:t>
            </w:r>
            <w:proofErr w:type="spellEnd"/>
            <w:r w:rsidRPr="000B02D5">
              <w:rPr>
                <w:lang w:val="uk-UA"/>
              </w:rPr>
              <w:t xml:space="preserve"> вперед; 5–8 </w:t>
            </w:r>
            <w:r w:rsidR="000B02D5">
              <w:rPr>
                <w:lang w:val="uk-UA"/>
              </w:rPr>
              <w:t>-</w:t>
            </w:r>
            <w:r w:rsidRPr="000B02D5">
              <w:rPr>
                <w:lang w:val="uk-UA"/>
              </w:rPr>
              <w:t xml:space="preserve"> назад</w:t>
            </w:r>
          </w:p>
        </w:tc>
        <w:tc>
          <w:tcPr>
            <w:tcW w:w="180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6 разів</w:t>
            </w:r>
          </w:p>
        </w:tc>
      </w:tr>
      <w:tr w:rsidR="004746B2" w:rsidRPr="000B02D5">
        <w:trPr>
          <w:jc w:val="center"/>
        </w:trPr>
        <w:tc>
          <w:tcPr>
            <w:tcW w:w="72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3</w:t>
            </w:r>
          </w:p>
        </w:tc>
        <w:tc>
          <w:tcPr>
            <w:tcW w:w="612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 xml:space="preserve">В. п. </w:t>
            </w:r>
            <w:r w:rsidR="000B02D5">
              <w:rPr>
                <w:lang w:val="uk-UA"/>
              </w:rPr>
              <w:t>-</w:t>
            </w:r>
            <w:r w:rsidRPr="000B02D5">
              <w:rPr>
                <w:lang w:val="uk-UA"/>
              </w:rPr>
              <w:t xml:space="preserve"> упор на колінах; 1 </w:t>
            </w:r>
            <w:r w:rsidR="000B02D5">
              <w:rPr>
                <w:lang w:val="uk-UA"/>
              </w:rPr>
              <w:t>-</w:t>
            </w:r>
            <w:r w:rsidRPr="000B02D5">
              <w:rPr>
                <w:lang w:val="uk-UA"/>
              </w:rPr>
              <w:t xml:space="preserve"> прогнутися в спині, голову вгору; 2 </w:t>
            </w:r>
            <w:r w:rsidR="000B02D5">
              <w:rPr>
                <w:lang w:val="uk-UA"/>
              </w:rPr>
              <w:t>-</w:t>
            </w:r>
            <w:r w:rsidRPr="000B02D5">
              <w:rPr>
                <w:lang w:val="uk-UA"/>
              </w:rPr>
              <w:t xml:space="preserve"> округлити спину, голову вниз</w:t>
            </w:r>
          </w:p>
        </w:tc>
        <w:tc>
          <w:tcPr>
            <w:tcW w:w="180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8 разів</w:t>
            </w:r>
          </w:p>
        </w:tc>
      </w:tr>
      <w:tr w:rsidR="004746B2" w:rsidRPr="000B02D5">
        <w:trPr>
          <w:jc w:val="center"/>
        </w:trPr>
        <w:tc>
          <w:tcPr>
            <w:tcW w:w="72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4</w:t>
            </w:r>
          </w:p>
        </w:tc>
        <w:tc>
          <w:tcPr>
            <w:tcW w:w="612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 xml:space="preserve">В. п. </w:t>
            </w:r>
            <w:r w:rsidR="000B02D5">
              <w:rPr>
                <w:lang w:val="uk-UA"/>
              </w:rPr>
              <w:t>-</w:t>
            </w:r>
            <w:r w:rsidRPr="000B02D5">
              <w:rPr>
                <w:lang w:val="uk-UA"/>
              </w:rPr>
              <w:t xml:space="preserve"> лежачи на спині, ноги зігнуті; 1 </w:t>
            </w:r>
            <w:r w:rsidR="000B02D5">
              <w:rPr>
                <w:lang w:val="uk-UA"/>
              </w:rPr>
              <w:t>-</w:t>
            </w:r>
            <w:r w:rsidRPr="000B02D5">
              <w:rPr>
                <w:lang w:val="uk-UA"/>
              </w:rPr>
              <w:t xml:space="preserve"> підняти таз угору («місток»); 2 </w:t>
            </w:r>
            <w:r w:rsidR="000B02D5">
              <w:rPr>
                <w:lang w:val="uk-UA"/>
              </w:rPr>
              <w:t>-</w:t>
            </w:r>
            <w:r w:rsidRPr="000B02D5">
              <w:rPr>
                <w:lang w:val="uk-UA"/>
              </w:rPr>
              <w:t xml:space="preserve"> в. п.</w:t>
            </w:r>
          </w:p>
        </w:tc>
        <w:tc>
          <w:tcPr>
            <w:tcW w:w="180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10 разів</w:t>
            </w:r>
          </w:p>
        </w:tc>
      </w:tr>
      <w:tr w:rsidR="004746B2" w:rsidRPr="000B02D5">
        <w:trPr>
          <w:jc w:val="center"/>
        </w:trPr>
        <w:tc>
          <w:tcPr>
            <w:tcW w:w="72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5</w:t>
            </w:r>
          </w:p>
        </w:tc>
        <w:tc>
          <w:tcPr>
            <w:tcW w:w="612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 xml:space="preserve">В. п. </w:t>
            </w:r>
            <w:r w:rsidR="000B02D5">
              <w:rPr>
                <w:lang w:val="uk-UA"/>
              </w:rPr>
              <w:t>-</w:t>
            </w:r>
            <w:r w:rsidRPr="000B02D5">
              <w:rPr>
                <w:lang w:val="uk-UA"/>
              </w:rPr>
              <w:t xml:space="preserve"> стійка ноги нарізно; 1 </w:t>
            </w:r>
            <w:r w:rsidR="000B02D5">
              <w:rPr>
                <w:lang w:val="uk-UA"/>
              </w:rPr>
              <w:t>-</w:t>
            </w:r>
            <w:r w:rsidRPr="000B02D5">
              <w:rPr>
                <w:lang w:val="uk-UA"/>
              </w:rPr>
              <w:t xml:space="preserve"> присід, руки вперед; 2 </w:t>
            </w:r>
            <w:r w:rsidR="000B02D5">
              <w:rPr>
                <w:lang w:val="uk-UA"/>
              </w:rPr>
              <w:t>-</w:t>
            </w:r>
            <w:r w:rsidRPr="000B02D5">
              <w:rPr>
                <w:lang w:val="uk-UA"/>
              </w:rPr>
              <w:t xml:space="preserve"> в. п.</w:t>
            </w:r>
          </w:p>
        </w:tc>
        <w:tc>
          <w:tcPr>
            <w:tcW w:w="180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10 разів</w:t>
            </w:r>
          </w:p>
        </w:tc>
      </w:tr>
      <w:tr w:rsidR="004746B2" w:rsidRPr="000B02D5">
        <w:trPr>
          <w:jc w:val="center"/>
        </w:trPr>
        <w:tc>
          <w:tcPr>
            <w:tcW w:w="72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6</w:t>
            </w:r>
          </w:p>
        </w:tc>
        <w:tc>
          <w:tcPr>
            <w:tcW w:w="612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Віджимання від стіни</w:t>
            </w:r>
          </w:p>
        </w:tc>
        <w:tc>
          <w:tcPr>
            <w:tcW w:w="180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10 разів</w:t>
            </w:r>
          </w:p>
        </w:tc>
      </w:tr>
      <w:tr w:rsidR="004746B2" w:rsidRPr="000B02D5">
        <w:trPr>
          <w:jc w:val="center"/>
        </w:trPr>
        <w:tc>
          <w:tcPr>
            <w:tcW w:w="72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7</w:t>
            </w:r>
          </w:p>
        </w:tc>
        <w:tc>
          <w:tcPr>
            <w:tcW w:w="612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Утримання положення «планка» на передпліччях (можна з колін)</w:t>
            </w:r>
          </w:p>
        </w:tc>
        <w:tc>
          <w:tcPr>
            <w:tcW w:w="180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15–20 с</w:t>
            </w:r>
          </w:p>
        </w:tc>
      </w:tr>
      <w:tr w:rsidR="004746B2" w:rsidRPr="000B02D5">
        <w:trPr>
          <w:jc w:val="center"/>
        </w:trPr>
        <w:tc>
          <w:tcPr>
            <w:tcW w:w="72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8</w:t>
            </w:r>
          </w:p>
        </w:tc>
        <w:tc>
          <w:tcPr>
            <w:tcW w:w="612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Ходьба на місці з відновленням дихання</w:t>
            </w:r>
          </w:p>
        </w:tc>
        <w:tc>
          <w:tcPr>
            <w:tcW w:w="180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1 хв</w:t>
            </w:r>
          </w:p>
        </w:tc>
      </w:tr>
    </w:tbl>
    <w:p w:rsidR="004746B2" w:rsidRPr="000B02D5" w:rsidRDefault="004746B2" w:rsidP="000B02D5">
      <w:pPr>
        <w:jc w:val="both"/>
        <w:rPr>
          <w:lang w:val="uk-UA"/>
        </w:rPr>
      </w:pPr>
    </w:p>
    <w:p w:rsidR="004746B2" w:rsidRPr="000B02D5" w:rsidRDefault="006C08BD" w:rsidP="000B02D5">
      <w:pPr>
        <w:jc w:val="both"/>
        <w:rPr>
          <w:lang w:val="uk-UA"/>
        </w:rPr>
      </w:pPr>
      <w:r>
        <w:rPr>
          <w:b/>
          <w:bCs/>
          <w:lang w:val="uk-UA"/>
        </w:rPr>
        <w:t>2</w:t>
      </w:r>
      <w:r w:rsidR="00000000" w:rsidRPr="000B02D5">
        <w:rPr>
          <w:b/>
          <w:bCs/>
          <w:lang w:val="uk-UA"/>
        </w:rPr>
        <w:t>. Практичні завдання</w:t>
      </w: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lang w:val="uk-UA"/>
        </w:rPr>
        <w:t xml:space="preserve">Виконайте завдання 1–3 письмово, заповнивши таблиці та відповівши на запитання тесту. Виконувати вправи фізично під час цієї частини не потрібно. Готовий документ </w:t>
      </w:r>
      <w:proofErr w:type="spellStart"/>
      <w:r w:rsidRPr="000B02D5">
        <w:rPr>
          <w:lang w:val="uk-UA"/>
        </w:rPr>
        <w:t>надішліть</w:t>
      </w:r>
      <w:proofErr w:type="spellEnd"/>
      <w:r w:rsidRPr="000B02D5">
        <w:rPr>
          <w:lang w:val="uk-UA"/>
        </w:rPr>
        <w:t xml:space="preserve"> викладачеві.</w:t>
      </w: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b/>
          <w:bCs/>
          <w:lang w:val="uk-UA"/>
        </w:rPr>
        <w:t>Завдання 1. Визначте прояв сили</w:t>
      </w: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lang w:val="uk-UA"/>
        </w:rPr>
        <w:t>Визначте, який прояв сили (максимальна сила, швидкісна сила, силова витривалість) переважає в наведеній дії. Поясніть вибір одним реченням.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4746B2" w:rsidRPr="000B02D5">
        <w:trPr>
          <w:jc w:val="center"/>
        </w:trPr>
        <w:tc>
          <w:tcPr>
            <w:tcW w:w="288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Дія</w:t>
            </w:r>
          </w:p>
        </w:tc>
        <w:tc>
          <w:tcPr>
            <w:tcW w:w="288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Прояв сили</w:t>
            </w:r>
          </w:p>
        </w:tc>
        <w:tc>
          <w:tcPr>
            <w:tcW w:w="288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Коротке пояснення</w:t>
            </w:r>
          </w:p>
        </w:tc>
      </w:tr>
      <w:tr w:rsidR="004746B2" w:rsidRPr="006C08BD">
        <w:trPr>
          <w:jc w:val="center"/>
        </w:trPr>
        <w:tc>
          <w:tcPr>
            <w:tcW w:w="288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Підняти важку коробку з підлоги</w:t>
            </w:r>
          </w:p>
        </w:tc>
        <w:tc>
          <w:tcPr>
            <w:tcW w:w="2880" w:type="dxa"/>
          </w:tcPr>
          <w:p w:rsidR="004746B2" w:rsidRPr="000B02D5" w:rsidRDefault="004746B2" w:rsidP="000B02D5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4746B2" w:rsidRPr="000B02D5" w:rsidRDefault="004746B2" w:rsidP="000B02D5">
            <w:pPr>
              <w:jc w:val="both"/>
              <w:rPr>
                <w:lang w:val="uk-UA"/>
              </w:rPr>
            </w:pPr>
          </w:p>
        </w:tc>
      </w:tr>
      <w:tr w:rsidR="004746B2" w:rsidRPr="006C08BD">
        <w:trPr>
          <w:jc w:val="center"/>
        </w:trPr>
        <w:tc>
          <w:tcPr>
            <w:tcW w:w="288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Стрибнути якомога далі з місця</w:t>
            </w:r>
          </w:p>
        </w:tc>
        <w:tc>
          <w:tcPr>
            <w:tcW w:w="2880" w:type="dxa"/>
          </w:tcPr>
          <w:p w:rsidR="004746B2" w:rsidRPr="000B02D5" w:rsidRDefault="004746B2" w:rsidP="000B02D5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4746B2" w:rsidRPr="000B02D5" w:rsidRDefault="004746B2" w:rsidP="000B02D5">
            <w:pPr>
              <w:jc w:val="both"/>
              <w:rPr>
                <w:lang w:val="uk-UA"/>
              </w:rPr>
            </w:pPr>
          </w:p>
        </w:tc>
      </w:tr>
      <w:tr w:rsidR="004746B2" w:rsidRPr="006C08BD">
        <w:trPr>
          <w:jc w:val="center"/>
        </w:trPr>
        <w:tc>
          <w:tcPr>
            <w:tcW w:w="288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Нести сумки з продуктами 10 хвилин</w:t>
            </w:r>
          </w:p>
        </w:tc>
        <w:tc>
          <w:tcPr>
            <w:tcW w:w="2880" w:type="dxa"/>
          </w:tcPr>
          <w:p w:rsidR="004746B2" w:rsidRPr="000B02D5" w:rsidRDefault="004746B2" w:rsidP="000B02D5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4746B2" w:rsidRPr="000B02D5" w:rsidRDefault="004746B2" w:rsidP="000B02D5">
            <w:pPr>
              <w:jc w:val="both"/>
              <w:rPr>
                <w:lang w:val="uk-UA"/>
              </w:rPr>
            </w:pPr>
          </w:p>
        </w:tc>
      </w:tr>
      <w:tr w:rsidR="004746B2" w:rsidRPr="000B02D5">
        <w:trPr>
          <w:jc w:val="center"/>
        </w:trPr>
        <w:tc>
          <w:tcPr>
            <w:tcW w:w="288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t>Віджатися від підлоги 20 разів</w:t>
            </w:r>
          </w:p>
        </w:tc>
        <w:tc>
          <w:tcPr>
            <w:tcW w:w="2880" w:type="dxa"/>
          </w:tcPr>
          <w:p w:rsidR="004746B2" w:rsidRPr="000B02D5" w:rsidRDefault="004746B2" w:rsidP="000B02D5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4746B2" w:rsidRPr="000B02D5" w:rsidRDefault="004746B2" w:rsidP="000B02D5">
            <w:pPr>
              <w:jc w:val="both"/>
              <w:rPr>
                <w:lang w:val="uk-UA"/>
              </w:rPr>
            </w:pPr>
          </w:p>
        </w:tc>
      </w:tr>
      <w:tr w:rsidR="004746B2" w:rsidRPr="000B02D5">
        <w:trPr>
          <w:jc w:val="center"/>
        </w:trPr>
        <w:tc>
          <w:tcPr>
            <w:tcW w:w="2880" w:type="dxa"/>
          </w:tcPr>
          <w:p w:rsidR="004746B2" w:rsidRPr="000B02D5" w:rsidRDefault="00000000" w:rsidP="000B02D5">
            <w:pPr>
              <w:jc w:val="both"/>
              <w:rPr>
                <w:lang w:val="uk-UA"/>
              </w:rPr>
            </w:pPr>
            <w:r w:rsidRPr="000B02D5">
              <w:rPr>
                <w:lang w:val="uk-UA"/>
              </w:rPr>
              <w:lastRenderedPageBreak/>
              <w:t>Кинути м’яч якомога далі</w:t>
            </w:r>
          </w:p>
        </w:tc>
        <w:tc>
          <w:tcPr>
            <w:tcW w:w="2880" w:type="dxa"/>
          </w:tcPr>
          <w:p w:rsidR="004746B2" w:rsidRPr="000B02D5" w:rsidRDefault="004746B2" w:rsidP="000B02D5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4746B2" w:rsidRPr="000B02D5" w:rsidRDefault="004746B2" w:rsidP="000B02D5">
            <w:pPr>
              <w:jc w:val="both"/>
              <w:rPr>
                <w:lang w:val="uk-UA"/>
              </w:rPr>
            </w:pPr>
          </w:p>
        </w:tc>
      </w:tr>
    </w:tbl>
    <w:p w:rsidR="004746B2" w:rsidRPr="000B02D5" w:rsidRDefault="004746B2" w:rsidP="000B02D5">
      <w:pPr>
        <w:jc w:val="both"/>
        <w:rPr>
          <w:lang w:val="uk-UA"/>
        </w:rPr>
      </w:pP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b/>
          <w:bCs/>
          <w:lang w:val="uk-UA"/>
        </w:rPr>
        <w:t>Завдання 2. Тест</w:t>
      </w: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lang w:val="uk-UA"/>
        </w:rPr>
        <w:t>Оберіть одну правильну відповідь і позначте її (виділіть або підкресліть).</w:t>
      </w:r>
    </w:p>
    <w:p w:rsidR="004746B2" w:rsidRPr="000B02D5" w:rsidRDefault="00000000" w:rsidP="000B02D5">
      <w:pPr>
        <w:spacing w:before="120" w:after="0"/>
        <w:jc w:val="both"/>
        <w:rPr>
          <w:lang w:val="uk-UA"/>
        </w:rPr>
      </w:pPr>
      <w:r w:rsidRPr="000B02D5">
        <w:rPr>
          <w:lang w:val="uk-UA"/>
        </w:rPr>
        <w:t>1. Рекомендований відпочинок між підходами для початківців:</w:t>
      </w:r>
    </w:p>
    <w:p w:rsidR="004746B2" w:rsidRPr="000B02D5" w:rsidRDefault="00000000" w:rsidP="000B02D5">
      <w:pPr>
        <w:spacing w:after="0"/>
        <w:ind w:left="360"/>
        <w:jc w:val="both"/>
        <w:rPr>
          <w:lang w:val="uk-UA"/>
        </w:rPr>
      </w:pPr>
      <w:r w:rsidRPr="000B02D5">
        <w:rPr>
          <w:lang w:val="uk-UA"/>
        </w:rPr>
        <w:t>а) 10–15 хв</w:t>
      </w:r>
    </w:p>
    <w:p w:rsidR="004746B2" w:rsidRPr="000B02D5" w:rsidRDefault="00000000" w:rsidP="000B02D5">
      <w:pPr>
        <w:spacing w:after="0"/>
        <w:ind w:left="360"/>
        <w:jc w:val="both"/>
        <w:rPr>
          <w:lang w:val="uk-UA"/>
        </w:rPr>
      </w:pPr>
      <w:r w:rsidRPr="000B02D5">
        <w:rPr>
          <w:lang w:val="uk-UA"/>
        </w:rPr>
        <w:t>б) 1–2 хв</w:t>
      </w:r>
    </w:p>
    <w:p w:rsidR="004746B2" w:rsidRPr="000B02D5" w:rsidRDefault="00000000" w:rsidP="000B02D5">
      <w:pPr>
        <w:spacing w:after="0"/>
        <w:ind w:left="360"/>
        <w:jc w:val="both"/>
        <w:rPr>
          <w:lang w:val="uk-UA"/>
        </w:rPr>
      </w:pPr>
      <w:r w:rsidRPr="000B02D5">
        <w:rPr>
          <w:lang w:val="uk-UA"/>
        </w:rPr>
        <w:t>в) 5–10 с</w:t>
      </w:r>
    </w:p>
    <w:p w:rsidR="004746B2" w:rsidRPr="000B02D5" w:rsidRDefault="00000000" w:rsidP="000B02D5">
      <w:pPr>
        <w:spacing w:after="0"/>
        <w:ind w:left="360"/>
        <w:jc w:val="both"/>
        <w:rPr>
          <w:lang w:val="uk-UA"/>
        </w:rPr>
      </w:pPr>
      <w:r w:rsidRPr="000B02D5">
        <w:rPr>
          <w:lang w:val="uk-UA"/>
        </w:rPr>
        <w:t>г) відпочинок не потрібен</w:t>
      </w:r>
    </w:p>
    <w:p w:rsidR="004746B2" w:rsidRPr="000B02D5" w:rsidRDefault="00000000" w:rsidP="000B02D5">
      <w:pPr>
        <w:spacing w:before="120" w:after="0"/>
        <w:jc w:val="both"/>
        <w:rPr>
          <w:lang w:val="uk-UA"/>
        </w:rPr>
      </w:pPr>
      <w:r w:rsidRPr="000B02D5">
        <w:rPr>
          <w:lang w:val="uk-UA"/>
        </w:rPr>
        <w:t>2. Як часто початківцям рекомендовано виконувати силові вправи?</w:t>
      </w:r>
    </w:p>
    <w:p w:rsidR="004746B2" w:rsidRPr="000B02D5" w:rsidRDefault="00000000" w:rsidP="000B02D5">
      <w:pPr>
        <w:spacing w:after="0"/>
        <w:ind w:left="360"/>
        <w:jc w:val="both"/>
        <w:rPr>
          <w:lang w:val="uk-UA"/>
        </w:rPr>
      </w:pPr>
      <w:r w:rsidRPr="000B02D5">
        <w:rPr>
          <w:lang w:val="uk-UA"/>
        </w:rPr>
        <w:t>а) 1 раз на два тижні</w:t>
      </w:r>
    </w:p>
    <w:p w:rsidR="004746B2" w:rsidRPr="000B02D5" w:rsidRDefault="00000000" w:rsidP="000B02D5">
      <w:pPr>
        <w:spacing w:after="0"/>
        <w:ind w:left="360"/>
        <w:jc w:val="both"/>
        <w:rPr>
          <w:lang w:val="uk-UA"/>
        </w:rPr>
      </w:pPr>
      <w:r w:rsidRPr="000B02D5">
        <w:rPr>
          <w:lang w:val="uk-UA"/>
        </w:rPr>
        <w:t>б) раз на місяць</w:t>
      </w:r>
    </w:p>
    <w:p w:rsidR="004746B2" w:rsidRPr="000B02D5" w:rsidRDefault="00000000" w:rsidP="000B02D5">
      <w:pPr>
        <w:spacing w:after="0"/>
        <w:ind w:left="360"/>
        <w:jc w:val="both"/>
        <w:rPr>
          <w:lang w:val="uk-UA"/>
        </w:rPr>
      </w:pPr>
      <w:r w:rsidRPr="000B02D5">
        <w:rPr>
          <w:lang w:val="uk-UA"/>
        </w:rPr>
        <w:t>в) щодня двічі на день</w:t>
      </w:r>
    </w:p>
    <w:p w:rsidR="004746B2" w:rsidRPr="000B02D5" w:rsidRDefault="00000000" w:rsidP="000B02D5">
      <w:pPr>
        <w:spacing w:after="0"/>
        <w:ind w:left="360"/>
        <w:jc w:val="both"/>
        <w:rPr>
          <w:lang w:val="uk-UA"/>
        </w:rPr>
      </w:pPr>
      <w:r w:rsidRPr="000B02D5">
        <w:rPr>
          <w:lang w:val="uk-UA"/>
        </w:rPr>
        <w:t>г) 2–3 рази на тиждень</w:t>
      </w:r>
    </w:p>
    <w:p w:rsidR="004746B2" w:rsidRPr="000B02D5" w:rsidRDefault="00000000" w:rsidP="000B02D5">
      <w:pPr>
        <w:spacing w:before="120" w:after="0"/>
        <w:jc w:val="both"/>
        <w:rPr>
          <w:lang w:val="uk-UA"/>
        </w:rPr>
      </w:pPr>
      <w:r w:rsidRPr="000B02D5">
        <w:rPr>
          <w:lang w:val="uk-UA"/>
        </w:rPr>
        <w:t>3. Як правильно дихати під час силових вправ?</w:t>
      </w:r>
    </w:p>
    <w:p w:rsidR="004746B2" w:rsidRPr="000B02D5" w:rsidRDefault="00000000" w:rsidP="000B02D5">
      <w:pPr>
        <w:spacing w:after="0"/>
        <w:ind w:left="360"/>
        <w:jc w:val="both"/>
        <w:rPr>
          <w:lang w:val="uk-UA"/>
        </w:rPr>
      </w:pPr>
      <w:r w:rsidRPr="000B02D5">
        <w:rPr>
          <w:lang w:val="uk-UA"/>
        </w:rPr>
        <w:t xml:space="preserve">а) вдих </w:t>
      </w:r>
      <w:r w:rsidR="000B02D5">
        <w:rPr>
          <w:lang w:val="uk-UA"/>
        </w:rPr>
        <w:t>-</w:t>
      </w:r>
      <w:r w:rsidRPr="000B02D5">
        <w:rPr>
          <w:lang w:val="uk-UA"/>
        </w:rPr>
        <w:t xml:space="preserve"> під час зусилля, затримка на видиху</w:t>
      </w:r>
    </w:p>
    <w:p w:rsidR="004746B2" w:rsidRPr="000B02D5" w:rsidRDefault="00000000" w:rsidP="000B02D5">
      <w:pPr>
        <w:spacing w:after="0"/>
        <w:ind w:left="360"/>
        <w:jc w:val="both"/>
        <w:rPr>
          <w:lang w:val="uk-UA"/>
        </w:rPr>
      </w:pPr>
      <w:r w:rsidRPr="000B02D5">
        <w:rPr>
          <w:lang w:val="uk-UA"/>
        </w:rPr>
        <w:t>б) затримувати дихання на весь підхід</w:t>
      </w:r>
    </w:p>
    <w:p w:rsidR="004746B2" w:rsidRPr="000B02D5" w:rsidRDefault="00000000" w:rsidP="000B02D5">
      <w:pPr>
        <w:spacing w:after="0"/>
        <w:ind w:left="360"/>
        <w:jc w:val="both"/>
        <w:rPr>
          <w:lang w:val="uk-UA"/>
        </w:rPr>
      </w:pPr>
      <w:r w:rsidRPr="000B02D5">
        <w:rPr>
          <w:lang w:val="uk-UA"/>
        </w:rPr>
        <w:t>в) дихати лише ротом</w:t>
      </w:r>
    </w:p>
    <w:p w:rsidR="004746B2" w:rsidRPr="000B02D5" w:rsidRDefault="00000000" w:rsidP="000B02D5">
      <w:pPr>
        <w:spacing w:after="0"/>
        <w:ind w:left="360"/>
        <w:jc w:val="both"/>
        <w:rPr>
          <w:lang w:val="uk-UA"/>
        </w:rPr>
      </w:pPr>
      <w:r w:rsidRPr="000B02D5">
        <w:rPr>
          <w:lang w:val="uk-UA"/>
        </w:rPr>
        <w:t xml:space="preserve">г) не затримувати дихання, видих </w:t>
      </w:r>
      <w:r w:rsidR="000B02D5">
        <w:rPr>
          <w:lang w:val="uk-UA"/>
        </w:rPr>
        <w:t>-</w:t>
      </w:r>
      <w:r w:rsidRPr="000B02D5">
        <w:rPr>
          <w:lang w:val="uk-UA"/>
        </w:rPr>
        <w:t xml:space="preserve"> під час зусилля</w:t>
      </w:r>
    </w:p>
    <w:p w:rsidR="004746B2" w:rsidRPr="000B02D5" w:rsidRDefault="00000000" w:rsidP="000B02D5">
      <w:pPr>
        <w:spacing w:before="120" w:after="0"/>
        <w:jc w:val="both"/>
        <w:rPr>
          <w:lang w:val="uk-UA"/>
        </w:rPr>
      </w:pPr>
      <w:r w:rsidRPr="000B02D5">
        <w:rPr>
          <w:lang w:val="uk-UA"/>
        </w:rPr>
        <w:t xml:space="preserve">4. Полегшеним варіантом </w:t>
      </w:r>
      <w:proofErr w:type="spellStart"/>
      <w:r w:rsidRPr="000B02D5">
        <w:rPr>
          <w:lang w:val="uk-UA"/>
        </w:rPr>
        <w:t>віджимань</w:t>
      </w:r>
      <w:proofErr w:type="spellEnd"/>
      <w:r w:rsidRPr="000B02D5">
        <w:rPr>
          <w:lang w:val="uk-UA"/>
        </w:rPr>
        <w:t xml:space="preserve"> від підлоги є:</w:t>
      </w:r>
    </w:p>
    <w:p w:rsidR="004746B2" w:rsidRPr="000B02D5" w:rsidRDefault="00000000" w:rsidP="000B02D5">
      <w:pPr>
        <w:spacing w:after="0"/>
        <w:ind w:left="360"/>
        <w:jc w:val="both"/>
        <w:rPr>
          <w:lang w:val="uk-UA"/>
        </w:rPr>
      </w:pPr>
      <w:r w:rsidRPr="000B02D5">
        <w:rPr>
          <w:lang w:val="uk-UA"/>
        </w:rPr>
        <w:t>а) віджимання від стіни або з колін</w:t>
      </w:r>
    </w:p>
    <w:p w:rsidR="004746B2" w:rsidRPr="000B02D5" w:rsidRDefault="00000000" w:rsidP="000B02D5">
      <w:pPr>
        <w:spacing w:after="0"/>
        <w:ind w:left="360"/>
        <w:jc w:val="both"/>
        <w:rPr>
          <w:lang w:val="uk-UA"/>
        </w:rPr>
      </w:pPr>
      <w:r w:rsidRPr="000B02D5">
        <w:rPr>
          <w:lang w:val="uk-UA"/>
        </w:rPr>
        <w:t>б) віджимання на одній руці</w:t>
      </w:r>
    </w:p>
    <w:p w:rsidR="004746B2" w:rsidRPr="000B02D5" w:rsidRDefault="00000000" w:rsidP="000B02D5">
      <w:pPr>
        <w:spacing w:after="0"/>
        <w:ind w:left="360"/>
        <w:jc w:val="both"/>
        <w:rPr>
          <w:lang w:val="uk-UA"/>
        </w:rPr>
      </w:pPr>
      <w:r w:rsidRPr="000B02D5">
        <w:rPr>
          <w:lang w:val="uk-UA"/>
        </w:rPr>
        <w:t>в) віджимання з оплеском</w:t>
      </w:r>
    </w:p>
    <w:p w:rsidR="004746B2" w:rsidRPr="000B02D5" w:rsidRDefault="00000000" w:rsidP="000B02D5">
      <w:pPr>
        <w:spacing w:after="0"/>
        <w:ind w:left="360"/>
        <w:jc w:val="both"/>
        <w:rPr>
          <w:lang w:val="uk-UA"/>
        </w:rPr>
      </w:pPr>
      <w:r w:rsidRPr="000B02D5">
        <w:rPr>
          <w:lang w:val="uk-UA"/>
        </w:rPr>
        <w:t>г) віджимання з ногами на стільці</w:t>
      </w:r>
    </w:p>
    <w:p w:rsidR="004746B2" w:rsidRPr="000B02D5" w:rsidRDefault="004746B2" w:rsidP="000B02D5">
      <w:pPr>
        <w:jc w:val="both"/>
        <w:rPr>
          <w:lang w:val="uk-UA"/>
        </w:rPr>
      </w:pP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b/>
          <w:bCs/>
          <w:lang w:val="uk-UA"/>
        </w:rPr>
        <w:t>Завдання 3. Проаналізуйте ситуацію</w:t>
      </w: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lang w:val="uk-UA"/>
        </w:rPr>
        <w:t>Ситуація А. Студентка не може віджатися від підлоги жодного разу. Запропонуйте два полегшені варіанти цієї вправи.</w:t>
      </w: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lang w:val="uk-UA"/>
        </w:rPr>
        <w:t>Відповідь: ______________________________________________________________</w:t>
      </w: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lang w:val="uk-UA"/>
        </w:rPr>
        <w:t>Ситуація Б. Студент хоче займатися вдома, але не має гантелей. Чим їх можна замінити? Наведіть два приклади.</w:t>
      </w: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lang w:val="uk-UA"/>
        </w:rPr>
        <w:t>Відповідь: ______________________________________________________________</w:t>
      </w: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lang w:val="uk-UA"/>
        </w:rPr>
        <w:t>Ситуація В. Наступного дня після першого заняття у студента болять м’язи. Чи це нормально? Що йому варто робити?</w:t>
      </w: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lang w:val="uk-UA"/>
        </w:rPr>
        <w:t>Відповідь: ______________________________________________________________</w:t>
      </w: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b/>
          <w:bCs/>
          <w:lang w:val="uk-UA"/>
        </w:rPr>
        <w:t>Контрольні запитання</w:t>
      </w: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lang w:val="uk-UA"/>
        </w:rPr>
        <w:t>1. Що таке сила і чому вона важлива для здоров’я?</w:t>
      </w: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lang w:val="uk-UA"/>
        </w:rPr>
        <w:t>2. Назвіть три прояви сили та наведіть приклади.</w:t>
      </w: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lang w:val="uk-UA"/>
        </w:rPr>
        <w:lastRenderedPageBreak/>
        <w:t>3. Скільки підходів і повторень рекомендовано початківцям?</w:t>
      </w: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lang w:val="uk-UA"/>
        </w:rPr>
        <w:t>4. Яких правил безпеки слід дотримуватися під час силових вправ?</w:t>
      </w: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b/>
          <w:bCs/>
          <w:lang w:val="uk-UA"/>
        </w:rPr>
        <w:t>Домашнє завдання</w:t>
      </w: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lang w:val="uk-UA"/>
        </w:rPr>
        <w:t xml:space="preserve">Виконуйте розминку щодня до наступного заняття; двічі на тиждень </w:t>
      </w:r>
      <w:proofErr w:type="spellStart"/>
      <w:r w:rsidRPr="000B02D5">
        <w:rPr>
          <w:lang w:val="uk-UA"/>
        </w:rPr>
        <w:t>додавайте</w:t>
      </w:r>
      <w:proofErr w:type="spellEnd"/>
      <w:r w:rsidRPr="000B02D5">
        <w:rPr>
          <w:lang w:val="uk-UA"/>
        </w:rPr>
        <w:t xml:space="preserve"> 3–4 силові вправи для різних груп м’язів.</w:t>
      </w: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b/>
          <w:bCs/>
          <w:lang w:val="uk-UA"/>
        </w:rPr>
        <w:t>Критерії оцінювання</w:t>
      </w: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lang w:val="uk-UA"/>
        </w:rPr>
        <w:t xml:space="preserve">Завдання 1 </w:t>
      </w:r>
      <w:r w:rsidR="000B02D5">
        <w:rPr>
          <w:lang w:val="uk-UA"/>
        </w:rPr>
        <w:t>-</w:t>
      </w:r>
      <w:r w:rsidRPr="000B02D5">
        <w:rPr>
          <w:lang w:val="uk-UA"/>
        </w:rPr>
        <w:t xml:space="preserve"> 1 бал; завдання 2 </w:t>
      </w:r>
      <w:r w:rsidR="000B02D5">
        <w:rPr>
          <w:lang w:val="uk-UA"/>
        </w:rPr>
        <w:t>-</w:t>
      </w:r>
      <w:r w:rsidRPr="000B02D5">
        <w:rPr>
          <w:lang w:val="uk-UA"/>
        </w:rPr>
        <w:t xml:space="preserve"> 1 бал; завдання 3 </w:t>
      </w:r>
      <w:r w:rsidR="000B02D5">
        <w:rPr>
          <w:lang w:val="uk-UA"/>
        </w:rPr>
        <w:t>-</w:t>
      </w:r>
      <w:r w:rsidRPr="000B02D5">
        <w:rPr>
          <w:lang w:val="uk-UA"/>
        </w:rPr>
        <w:t xml:space="preserve"> 2 бали. Разом </w:t>
      </w:r>
      <w:r w:rsidR="000B02D5">
        <w:rPr>
          <w:lang w:val="uk-UA"/>
        </w:rPr>
        <w:t>-</w:t>
      </w:r>
      <w:r w:rsidRPr="000B02D5">
        <w:rPr>
          <w:lang w:val="uk-UA"/>
        </w:rPr>
        <w:t xml:space="preserve"> 4 бали. Оцінюються правильність, логічність та реалістичність запропонованих рішень.</w:t>
      </w: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b/>
          <w:bCs/>
          <w:lang w:val="uk-UA"/>
        </w:rPr>
        <w:t>Рекомендовані матеріали</w:t>
      </w: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lang w:val="uk-UA"/>
        </w:rPr>
        <w:t xml:space="preserve">1. Всесвітня організація охорони здоров’я. </w:t>
      </w:r>
      <w:proofErr w:type="spellStart"/>
      <w:r w:rsidRPr="000B02D5">
        <w:rPr>
          <w:lang w:val="uk-UA"/>
        </w:rPr>
        <w:t>Physical</w:t>
      </w:r>
      <w:proofErr w:type="spellEnd"/>
      <w:r w:rsidRPr="000B02D5">
        <w:rPr>
          <w:lang w:val="uk-UA"/>
        </w:rPr>
        <w:t xml:space="preserve"> </w:t>
      </w:r>
      <w:proofErr w:type="spellStart"/>
      <w:r w:rsidRPr="000B02D5">
        <w:rPr>
          <w:lang w:val="uk-UA"/>
        </w:rPr>
        <w:t>activity</w:t>
      </w:r>
      <w:proofErr w:type="spellEnd"/>
      <w:r w:rsidRPr="000B02D5">
        <w:rPr>
          <w:lang w:val="uk-UA"/>
        </w:rPr>
        <w:t>: https://www.who.int/news-room/fact-sheets/detail/physical-activity</w:t>
      </w: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lang w:val="uk-UA"/>
        </w:rPr>
        <w:t>2. Навчальні відео з техніки вправ: https://www.nhs.uk/live-well/exercise/strength-and-flex-exercise-plan-how-to-videos/</w:t>
      </w: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lang w:val="uk-UA"/>
        </w:rPr>
        <w:t xml:space="preserve">3. </w:t>
      </w:r>
      <w:proofErr w:type="spellStart"/>
      <w:r w:rsidRPr="000B02D5">
        <w:rPr>
          <w:lang w:val="uk-UA"/>
        </w:rPr>
        <w:t>Круцевич</w:t>
      </w:r>
      <w:proofErr w:type="spellEnd"/>
      <w:r w:rsidRPr="000B02D5">
        <w:rPr>
          <w:lang w:val="uk-UA"/>
        </w:rPr>
        <w:t xml:space="preserve"> Т. Ю. Теорія і методика фізичного виховання: підручник: у 2 т. Київ: Олімпійська література, 2008.</w:t>
      </w:r>
    </w:p>
    <w:p w:rsidR="004746B2" w:rsidRPr="000B02D5" w:rsidRDefault="00000000" w:rsidP="000B02D5">
      <w:pPr>
        <w:jc w:val="both"/>
        <w:rPr>
          <w:lang w:val="uk-UA"/>
        </w:rPr>
      </w:pPr>
      <w:r w:rsidRPr="000B02D5">
        <w:rPr>
          <w:lang w:val="uk-UA"/>
        </w:rPr>
        <w:t>Примітка: відеоматеріали та інтернет-ресурси є додатковими; усі завдання можна виконати без їх перегляду.</w:t>
      </w:r>
    </w:p>
    <w:sectPr w:rsidR="004746B2" w:rsidRPr="000B02D5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4842455">
    <w:abstractNumId w:val="8"/>
  </w:num>
  <w:num w:numId="2" w16cid:durableId="147599967">
    <w:abstractNumId w:val="6"/>
  </w:num>
  <w:num w:numId="3" w16cid:durableId="577641061">
    <w:abstractNumId w:val="5"/>
  </w:num>
  <w:num w:numId="4" w16cid:durableId="2118020711">
    <w:abstractNumId w:val="4"/>
  </w:num>
  <w:num w:numId="5" w16cid:durableId="1784108358">
    <w:abstractNumId w:val="7"/>
  </w:num>
  <w:num w:numId="6" w16cid:durableId="564220835">
    <w:abstractNumId w:val="3"/>
  </w:num>
  <w:num w:numId="7" w16cid:durableId="1167087894">
    <w:abstractNumId w:val="2"/>
  </w:num>
  <w:num w:numId="8" w16cid:durableId="1061055190">
    <w:abstractNumId w:val="1"/>
  </w:num>
  <w:num w:numId="9" w16cid:durableId="479806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02D5"/>
    <w:rsid w:val="0015074B"/>
    <w:rsid w:val="00210596"/>
    <w:rsid w:val="0029639D"/>
    <w:rsid w:val="002A4F87"/>
    <w:rsid w:val="002B5084"/>
    <w:rsid w:val="002D0930"/>
    <w:rsid w:val="00326F90"/>
    <w:rsid w:val="004430A8"/>
    <w:rsid w:val="004746B2"/>
    <w:rsid w:val="0048564E"/>
    <w:rsid w:val="005465DB"/>
    <w:rsid w:val="0068255F"/>
    <w:rsid w:val="006C08BD"/>
    <w:rsid w:val="007823F1"/>
    <w:rsid w:val="009A147A"/>
    <w:rsid w:val="00A76BC4"/>
    <w:rsid w:val="00AA1D8D"/>
    <w:rsid w:val="00B47730"/>
    <w:rsid w:val="00C912FA"/>
    <w:rsid w:val="00CB0664"/>
    <w:rsid w:val="00DA2DCE"/>
    <w:rsid w:val="00E51827"/>
    <w:rsid w:val="00E67A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F4870A"/>
  <w14:defaultImageDpi w14:val="300"/>
  <w15:docId w15:val="{D2141B92-3BE3-410A-A275-E8F3CB590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4430A8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4430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TegU4h0E_uc?si=pxVFiRyGl4WBchS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226F5D-C306-449F-BF18-C51308DCE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607</Words>
  <Characters>3465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Розвиток силових здібностей</dc:title>
  <dc:subject/>
  <dc:creator>python-docx</dc:creator>
  <cp:keywords/>
  <dc:description>generated by python-docx</dc:description>
  <cp:lastModifiedBy>Den Black</cp:lastModifiedBy>
  <cp:revision>11</cp:revision>
  <dcterms:created xsi:type="dcterms:W3CDTF">2013-12-23T23:15:00Z</dcterms:created>
  <dcterms:modified xsi:type="dcterms:W3CDTF">2026-11-01T14:21:00Z</dcterms:modified>
  <cp:category/>
</cp:coreProperties>
</file>