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088C" w:rsidRPr="008622FA" w:rsidRDefault="00000000" w:rsidP="008622FA">
      <w:pPr>
        <w:jc w:val="center"/>
        <w:rPr>
          <w:lang w:val="uk-UA"/>
        </w:rPr>
      </w:pPr>
      <w:r w:rsidRPr="008622FA">
        <w:rPr>
          <w:b/>
          <w:bCs/>
          <w:lang w:val="uk-UA"/>
        </w:rPr>
        <w:t>Практичне заняття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 xml:space="preserve">Тема заняття: Комплекс </w:t>
      </w:r>
      <w:proofErr w:type="spellStart"/>
      <w:r w:rsidRPr="008622FA">
        <w:rPr>
          <w:b/>
          <w:bCs/>
          <w:lang w:val="uk-UA"/>
        </w:rPr>
        <w:t>загальнорозвивальних</w:t>
      </w:r>
      <w:proofErr w:type="spellEnd"/>
      <w:r w:rsidRPr="008622FA">
        <w:rPr>
          <w:b/>
          <w:bCs/>
          <w:lang w:val="uk-UA"/>
        </w:rPr>
        <w:t xml:space="preserve"> вправ з предметом. </w:t>
      </w:r>
      <w:proofErr w:type="spellStart"/>
      <w:r w:rsidRPr="008622FA">
        <w:rPr>
          <w:b/>
          <w:bCs/>
          <w:lang w:val="uk-UA"/>
        </w:rPr>
        <w:t>Самотестування</w:t>
      </w:r>
      <w:proofErr w:type="spellEnd"/>
      <w:r w:rsidRPr="008622FA">
        <w:rPr>
          <w:b/>
          <w:bCs/>
          <w:lang w:val="uk-UA"/>
        </w:rPr>
        <w:t xml:space="preserve"> фізичної підготовленості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Мета: навчитися складати комплекс ЗРВ з предметом і самостійно оцінювати рівень власної фізичної підготовленості.</w:t>
      </w:r>
    </w:p>
    <w:p w:rsidR="0008088C" w:rsidRPr="008622FA" w:rsidRDefault="001465C3" w:rsidP="008622FA">
      <w:pPr>
        <w:jc w:val="both"/>
        <w:rPr>
          <w:lang w:val="uk-UA"/>
        </w:rPr>
      </w:pPr>
      <w:r>
        <w:rPr>
          <w:b/>
          <w:bCs/>
          <w:lang w:val="uk-UA"/>
        </w:rPr>
        <w:t>1</w:t>
      </w:r>
      <w:r w:rsidR="00000000" w:rsidRPr="008622FA">
        <w:rPr>
          <w:b/>
          <w:bCs/>
          <w:lang w:val="uk-UA"/>
        </w:rPr>
        <w:t>. Розминка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Розминку виконують разом із викладачем за бажанням; вмикати камеру не обов’язково. Забезпечте вільний простір навколо себе. Якщо під час вправи з’явився біль або запаморочення, припиніть її виконання.</w:t>
      </w:r>
      <w:r w:rsidR="008622FA">
        <w:rPr>
          <w:lang w:val="uk-UA"/>
        </w:rPr>
        <w:br/>
      </w:r>
      <w:hyperlink r:id="rId6" w:history="1">
        <w:r w:rsidR="008622FA" w:rsidRPr="00E72549">
          <w:rPr>
            <w:rStyle w:val="aff8"/>
            <w:lang w:val="uk-UA"/>
          </w:rPr>
          <w:t>https://youtu.be/dxgLcc-8g_0?si=GFd-_X66ooO7Fdai</w:t>
        </w:r>
      </w:hyperlink>
      <w:r w:rsidR="008622FA">
        <w:rPr>
          <w:lang w:val="uk-UA"/>
        </w:rPr>
        <w:t xml:space="preserve"> </w:t>
      </w:r>
      <w:r w:rsidR="008622FA">
        <w:rPr>
          <w:lang w:val="uk-UA"/>
        </w:rPr>
        <w:br/>
        <w:t>або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6120"/>
        <w:gridCol w:w="1800"/>
      </w:tblGrid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№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 xml:space="preserve">Вправа (розминка перед </w:t>
            </w:r>
            <w:proofErr w:type="spellStart"/>
            <w:r w:rsidRPr="008622FA">
              <w:rPr>
                <w:lang w:val="uk-UA"/>
              </w:rPr>
              <w:t>самотестуванням</w:t>
            </w:r>
            <w:proofErr w:type="spellEnd"/>
            <w:r w:rsidRPr="008622FA">
              <w:rPr>
                <w:lang w:val="uk-UA"/>
              </w:rPr>
              <w:t>)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Дозування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1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Ходьба на місці, поступово переходячи до легкого бігу на місці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2 хв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2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 xml:space="preserve">В. п.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о. с.; 1–4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колові рухи руками вперед; 5–8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назад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6 разів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3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 xml:space="preserve">В. п.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стійка ноги нарізно, руки на пояс; 1–4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колові рухи тулубом вліво; 5–8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вправо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4 рази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4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 xml:space="preserve">В. п.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о. с., руки на пояс; 1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випад вперед лівою; 2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в. п.; 3–4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те саме правою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6–8 разів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5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 xml:space="preserve">В. п.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стійка ноги нарізно; 1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присід, руки вперед; 2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10 разів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6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Віджимання від стіни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10 разів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7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 xml:space="preserve">В. п.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</w:t>
            </w:r>
            <w:proofErr w:type="spellStart"/>
            <w:r w:rsidRPr="008622FA">
              <w:rPr>
                <w:lang w:val="uk-UA"/>
              </w:rPr>
              <w:t>сід</w:t>
            </w:r>
            <w:proofErr w:type="spellEnd"/>
            <w:r w:rsidRPr="008622FA">
              <w:rPr>
                <w:lang w:val="uk-UA"/>
              </w:rPr>
              <w:t xml:space="preserve"> ноги нарізно; 1–3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пружні нахили вперед; 4 </w:t>
            </w:r>
            <w:r w:rsidR="008622FA">
              <w:rPr>
                <w:lang w:val="uk-UA"/>
              </w:rPr>
              <w:t>-</w:t>
            </w:r>
            <w:r w:rsidRPr="008622FA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6 разів</w:t>
            </w:r>
          </w:p>
        </w:tc>
      </w:tr>
      <w:tr w:rsidR="0008088C" w:rsidRPr="008622FA">
        <w:trPr>
          <w:jc w:val="center"/>
        </w:trPr>
        <w:tc>
          <w:tcPr>
            <w:tcW w:w="7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8</w:t>
            </w:r>
          </w:p>
        </w:tc>
        <w:tc>
          <w:tcPr>
            <w:tcW w:w="612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Ходьба на місці з відновленням дихання</w:t>
            </w:r>
          </w:p>
        </w:tc>
        <w:tc>
          <w:tcPr>
            <w:tcW w:w="180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1 хв</w:t>
            </w:r>
          </w:p>
        </w:tc>
      </w:tr>
    </w:tbl>
    <w:p w:rsidR="0008088C" w:rsidRPr="008622FA" w:rsidRDefault="0008088C" w:rsidP="008622FA">
      <w:pPr>
        <w:jc w:val="both"/>
        <w:rPr>
          <w:lang w:val="uk-UA"/>
        </w:rPr>
      </w:pPr>
    </w:p>
    <w:p w:rsidR="0008088C" w:rsidRPr="008622FA" w:rsidRDefault="001465C3" w:rsidP="008622FA">
      <w:pPr>
        <w:jc w:val="both"/>
        <w:rPr>
          <w:lang w:val="uk-UA"/>
        </w:rPr>
      </w:pPr>
      <w:r>
        <w:rPr>
          <w:b/>
          <w:bCs/>
          <w:lang w:val="uk-UA"/>
        </w:rPr>
        <w:t>2</w:t>
      </w:r>
      <w:r w:rsidR="00000000" w:rsidRPr="008622FA">
        <w:rPr>
          <w:b/>
          <w:bCs/>
          <w:lang w:val="uk-UA"/>
        </w:rPr>
        <w:t>. Практичні завдання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Виконайте завдання 1–3 письмово, заповнивши таблиці та відповівши на запитання тесту. Виконувати вправи фізично під час цієї частини не потрібно. Готовий документ </w:t>
      </w:r>
      <w:proofErr w:type="spellStart"/>
      <w:r w:rsidRPr="008622FA">
        <w:rPr>
          <w:lang w:val="uk-UA"/>
        </w:rPr>
        <w:t>надішліть</w:t>
      </w:r>
      <w:proofErr w:type="spellEnd"/>
      <w:r w:rsidRPr="008622FA">
        <w:rPr>
          <w:lang w:val="uk-UA"/>
        </w:rPr>
        <w:t xml:space="preserve"> викладачеві.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>Завдання 1. Доберіть предмет для занять удома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Для кожного спортивного предмета запропонуйте, чим його можна замінити вдома, і запишіть одну вправу з таким предметом (в. п. і рахунки).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8088C" w:rsidRPr="008622FA">
        <w:trPr>
          <w:jc w:val="center"/>
        </w:trPr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Спортивний предмет</w:t>
            </w:r>
          </w:p>
        </w:tc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Чим замінити вдома</w:t>
            </w:r>
          </w:p>
        </w:tc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Запис вправи</w:t>
            </w:r>
          </w:p>
        </w:tc>
      </w:tr>
      <w:tr w:rsidR="0008088C" w:rsidRPr="008622FA">
        <w:trPr>
          <w:jc w:val="center"/>
        </w:trPr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Малий м’яч</w:t>
            </w: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</w:tr>
      <w:tr w:rsidR="0008088C" w:rsidRPr="008622FA">
        <w:trPr>
          <w:jc w:val="center"/>
        </w:trPr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Гімнастична палиця</w:t>
            </w: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</w:tr>
      <w:tr w:rsidR="0008088C" w:rsidRPr="008622FA">
        <w:trPr>
          <w:jc w:val="center"/>
        </w:trPr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Гантелі</w:t>
            </w: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</w:tr>
      <w:tr w:rsidR="0008088C" w:rsidRPr="008622FA">
        <w:trPr>
          <w:jc w:val="center"/>
        </w:trPr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Набивний м’яч</w:t>
            </w: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</w:tr>
      <w:tr w:rsidR="0008088C" w:rsidRPr="008622FA">
        <w:trPr>
          <w:jc w:val="center"/>
        </w:trPr>
        <w:tc>
          <w:tcPr>
            <w:tcW w:w="2880" w:type="dxa"/>
          </w:tcPr>
          <w:p w:rsidR="0008088C" w:rsidRPr="008622FA" w:rsidRDefault="00000000" w:rsidP="008622FA">
            <w:pPr>
              <w:jc w:val="both"/>
              <w:rPr>
                <w:lang w:val="uk-UA"/>
              </w:rPr>
            </w:pPr>
            <w:r w:rsidRPr="008622FA">
              <w:rPr>
                <w:lang w:val="uk-UA"/>
              </w:rPr>
              <w:t>Степ-платформа</w:t>
            </w: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08088C" w:rsidRPr="008622FA" w:rsidRDefault="0008088C" w:rsidP="008622FA">
            <w:pPr>
              <w:jc w:val="both"/>
              <w:rPr>
                <w:lang w:val="uk-UA"/>
              </w:rPr>
            </w:pPr>
          </w:p>
        </w:tc>
      </w:tr>
    </w:tbl>
    <w:p w:rsidR="0008088C" w:rsidRPr="008622FA" w:rsidRDefault="0008088C" w:rsidP="008622FA">
      <w:pPr>
        <w:jc w:val="both"/>
        <w:rPr>
          <w:lang w:val="uk-UA"/>
        </w:rPr>
      </w:pP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lastRenderedPageBreak/>
        <w:t>Завдання 2. Тест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Оберіть одну правильну відповідь і позначте її (виділіть або підкресліть).</w:t>
      </w:r>
    </w:p>
    <w:p w:rsidR="0008088C" w:rsidRPr="008622FA" w:rsidRDefault="00000000" w:rsidP="008622FA">
      <w:pPr>
        <w:spacing w:before="120" w:after="0"/>
        <w:jc w:val="both"/>
        <w:rPr>
          <w:lang w:val="uk-UA"/>
        </w:rPr>
      </w:pPr>
      <w:r w:rsidRPr="008622FA">
        <w:rPr>
          <w:lang w:val="uk-UA"/>
        </w:rPr>
        <w:t xml:space="preserve">1. Мета </w:t>
      </w:r>
      <w:proofErr w:type="spellStart"/>
      <w:r w:rsidRPr="008622FA">
        <w:rPr>
          <w:lang w:val="uk-UA"/>
        </w:rPr>
        <w:t>самотестування</w:t>
      </w:r>
      <w:proofErr w:type="spellEnd"/>
      <w:r w:rsidRPr="008622FA">
        <w:rPr>
          <w:lang w:val="uk-UA"/>
        </w:rPr>
        <w:t xml:space="preserve"> фізичної підготовленості: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а) замінити медичний огляд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б) визначити переможця в групі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в) визначити рівень і простежити зміни власної підготовленості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г) встановити спортивний розряд</w:t>
      </w:r>
    </w:p>
    <w:p w:rsidR="0008088C" w:rsidRPr="008622FA" w:rsidRDefault="00000000" w:rsidP="008622FA">
      <w:pPr>
        <w:spacing w:before="120" w:after="0"/>
        <w:jc w:val="both"/>
        <w:rPr>
          <w:lang w:val="uk-UA"/>
        </w:rPr>
      </w:pPr>
      <w:r w:rsidRPr="008622FA">
        <w:rPr>
          <w:lang w:val="uk-UA"/>
        </w:rPr>
        <w:t>2. Перед виконанням тестів обов’язково слід: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а) виконати розминку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б) виконати тести на швидкість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в) відпочити 2 години лежачи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г) поїсти</w:t>
      </w:r>
    </w:p>
    <w:p w:rsidR="0008088C" w:rsidRPr="008622FA" w:rsidRDefault="00000000" w:rsidP="008622FA">
      <w:pPr>
        <w:spacing w:before="120" w:after="0"/>
        <w:jc w:val="both"/>
        <w:rPr>
          <w:lang w:val="uk-UA"/>
        </w:rPr>
      </w:pPr>
      <w:r w:rsidRPr="008622FA">
        <w:rPr>
          <w:lang w:val="uk-UA"/>
        </w:rPr>
        <w:t>3. Результат стрибка в довжину з місця вимірюють: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а) кількістю кроків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 xml:space="preserve">б) від лінії відштовхування до найближчого сліду </w:t>
      </w:r>
      <w:proofErr w:type="spellStart"/>
      <w:r w:rsidRPr="008622FA">
        <w:rPr>
          <w:lang w:val="uk-UA"/>
        </w:rPr>
        <w:t>п’ят</w:t>
      </w:r>
      <w:proofErr w:type="spellEnd"/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в) від лінії до найдальшого сліду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г) від лінії до кінчиків пальців рук</w:t>
      </w:r>
    </w:p>
    <w:p w:rsidR="0008088C" w:rsidRPr="008622FA" w:rsidRDefault="00000000" w:rsidP="008622FA">
      <w:pPr>
        <w:spacing w:before="120" w:after="0"/>
        <w:jc w:val="both"/>
        <w:rPr>
          <w:lang w:val="uk-UA"/>
        </w:rPr>
      </w:pPr>
      <w:r w:rsidRPr="008622FA">
        <w:rPr>
          <w:lang w:val="uk-UA"/>
        </w:rPr>
        <w:t>4. ЧСС спокою найкраще вимірювати: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а) після кави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б) під час ходьби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в) одразу після тренування</w:t>
      </w:r>
    </w:p>
    <w:p w:rsidR="0008088C" w:rsidRPr="008622FA" w:rsidRDefault="00000000" w:rsidP="008622FA">
      <w:pPr>
        <w:spacing w:after="0"/>
        <w:ind w:left="360"/>
        <w:jc w:val="both"/>
        <w:rPr>
          <w:lang w:val="uk-UA"/>
        </w:rPr>
      </w:pPr>
      <w:r w:rsidRPr="008622FA">
        <w:rPr>
          <w:lang w:val="uk-UA"/>
        </w:rPr>
        <w:t>г) уранці після сну</w:t>
      </w:r>
    </w:p>
    <w:p w:rsidR="0008088C" w:rsidRPr="008622FA" w:rsidRDefault="0008088C" w:rsidP="008622FA">
      <w:pPr>
        <w:jc w:val="both"/>
        <w:rPr>
          <w:lang w:val="uk-UA"/>
        </w:rPr>
      </w:pP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>Завдання 3. Проаналізуйте ситуацію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Ситуація А. Студент виконав тест на віджимання ввечері після тренування, а повторне тестування </w:t>
      </w:r>
      <w:r w:rsidR="008622FA">
        <w:rPr>
          <w:lang w:val="uk-UA"/>
        </w:rPr>
        <w:t>-</w:t>
      </w:r>
      <w:r w:rsidRPr="008622FA">
        <w:rPr>
          <w:lang w:val="uk-UA"/>
        </w:rPr>
        <w:t xml:space="preserve"> вранці після сну. Чи можна порівнювати ці результати? Чому?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Відповідь: ______________________________________________________________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Ситуація Б. Під час піднімання тулуба студентка відчуває напруження в шиї, бо тягне голову руками. Як виправити техніку?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Відповідь: ______________________________________________________________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Ситуація В. За результатами </w:t>
      </w:r>
      <w:proofErr w:type="spellStart"/>
      <w:r w:rsidRPr="008622FA">
        <w:rPr>
          <w:lang w:val="uk-UA"/>
        </w:rPr>
        <w:t>самотестування</w:t>
      </w:r>
      <w:proofErr w:type="spellEnd"/>
      <w:r w:rsidRPr="008622FA">
        <w:rPr>
          <w:lang w:val="uk-UA"/>
        </w:rPr>
        <w:t xml:space="preserve"> найслабший результат у студента </w:t>
      </w:r>
      <w:r w:rsidR="008622FA">
        <w:rPr>
          <w:lang w:val="uk-UA"/>
        </w:rPr>
        <w:t>-</w:t>
      </w:r>
      <w:r w:rsidRPr="008622FA">
        <w:rPr>
          <w:lang w:val="uk-UA"/>
        </w:rPr>
        <w:t xml:space="preserve"> нахил тулуба вперед із положення сидячи. Які дві вправи йому варто додати до щоденних занять?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Відповідь: ______________________________________________________________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>Контрольні запитання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1. Чим можна замінити спортивні предмети під час занять удома?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2. Для чого проводять </w:t>
      </w:r>
      <w:proofErr w:type="spellStart"/>
      <w:r w:rsidRPr="008622FA">
        <w:rPr>
          <w:lang w:val="uk-UA"/>
        </w:rPr>
        <w:t>самотестування</w:t>
      </w:r>
      <w:proofErr w:type="spellEnd"/>
      <w:r w:rsidRPr="008622FA">
        <w:rPr>
          <w:lang w:val="uk-UA"/>
        </w:rPr>
        <w:t xml:space="preserve"> на початку і в кінці семестру?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lastRenderedPageBreak/>
        <w:t>3. Чому тести слід виконувати в однакових умовах?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4. Як записати вихідне положення у вправі з предметом?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>Домашнє завдання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Виконуйте розминку щодня до наступного заняття. Виконайте </w:t>
      </w:r>
      <w:proofErr w:type="spellStart"/>
      <w:r w:rsidRPr="008622FA">
        <w:rPr>
          <w:lang w:val="uk-UA"/>
        </w:rPr>
        <w:t>самотестування</w:t>
      </w:r>
      <w:proofErr w:type="spellEnd"/>
      <w:r w:rsidRPr="008622FA">
        <w:rPr>
          <w:lang w:val="uk-UA"/>
        </w:rPr>
        <w:t xml:space="preserve"> за тестами, описаними в теоретичних відомостях</w:t>
      </w:r>
      <w:r w:rsidR="001465C3">
        <w:rPr>
          <w:lang w:val="uk-UA"/>
        </w:rPr>
        <w:t>.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>Критерії оцінювання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Завдання 1 </w:t>
      </w:r>
      <w:r w:rsidR="008622FA">
        <w:rPr>
          <w:lang w:val="uk-UA"/>
        </w:rPr>
        <w:t>-</w:t>
      </w:r>
      <w:r w:rsidRPr="008622FA">
        <w:rPr>
          <w:lang w:val="uk-UA"/>
        </w:rPr>
        <w:t xml:space="preserve"> 1 бал; завдання 2 </w:t>
      </w:r>
      <w:r w:rsidR="008622FA">
        <w:rPr>
          <w:lang w:val="uk-UA"/>
        </w:rPr>
        <w:t>-</w:t>
      </w:r>
      <w:r w:rsidRPr="008622FA">
        <w:rPr>
          <w:lang w:val="uk-UA"/>
        </w:rPr>
        <w:t xml:space="preserve"> 1 бал; завдання 3 </w:t>
      </w:r>
      <w:r w:rsidR="008622FA">
        <w:rPr>
          <w:lang w:val="uk-UA"/>
        </w:rPr>
        <w:t>-</w:t>
      </w:r>
      <w:r w:rsidRPr="008622FA">
        <w:rPr>
          <w:lang w:val="uk-UA"/>
        </w:rPr>
        <w:t xml:space="preserve"> 2 бали. Разом </w:t>
      </w:r>
      <w:r w:rsidR="008622FA">
        <w:rPr>
          <w:lang w:val="uk-UA"/>
        </w:rPr>
        <w:t>-</w:t>
      </w:r>
      <w:r w:rsidRPr="008622FA">
        <w:rPr>
          <w:lang w:val="uk-UA"/>
        </w:rPr>
        <w:t xml:space="preserve"> 4 бали. Оцінюються правильність, логічність та реалістичність запропонованих рішень.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b/>
          <w:bCs/>
          <w:lang w:val="uk-UA"/>
        </w:rPr>
        <w:t>Рекомендовані матеріали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1. </w:t>
      </w:r>
      <w:proofErr w:type="spellStart"/>
      <w:r w:rsidRPr="008622FA">
        <w:rPr>
          <w:lang w:val="uk-UA"/>
        </w:rPr>
        <w:t>Бабюк</w:t>
      </w:r>
      <w:proofErr w:type="spellEnd"/>
      <w:r w:rsidRPr="008622FA">
        <w:rPr>
          <w:lang w:val="uk-UA"/>
        </w:rPr>
        <w:t xml:space="preserve"> С. М., Марчук Д. В., Марчук В. М., Юрчишин Ю. В. Теорія і методика гімнастичних загальнорозвиваючих вправ: </w:t>
      </w:r>
      <w:proofErr w:type="spellStart"/>
      <w:r w:rsidRPr="008622FA">
        <w:rPr>
          <w:lang w:val="uk-UA"/>
        </w:rPr>
        <w:t>навч</w:t>
      </w:r>
      <w:proofErr w:type="spellEnd"/>
      <w:r w:rsidRPr="008622FA">
        <w:rPr>
          <w:lang w:val="uk-UA"/>
        </w:rPr>
        <w:t xml:space="preserve">.-метод. </w:t>
      </w:r>
      <w:proofErr w:type="spellStart"/>
      <w:r w:rsidRPr="008622FA">
        <w:rPr>
          <w:lang w:val="uk-UA"/>
        </w:rPr>
        <w:t>посіб</w:t>
      </w:r>
      <w:proofErr w:type="spellEnd"/>
      <w:r w:rsidRPr="008622FA">
        <w:rPr>
          <w:lang w:val="uk-UA"/>
        </w:rPr>
        <w:t>. [Електронний ресурс]. Кам’янець-Подільський: Кам’янець-Подільський національний університет імені Івана Огієнка, 2020.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 xml:space="preserve">2. Гімнастика: </w:t>
      </w:r>
      <w:proofErr w:type="spellStart"/>
      <w:r w:rsidRPr="008622FA">
        <w:rPr>
          <w:lang w:val="uk-UA"/>
        </w:rPr>
        <w:t>навч</w:t>
      </w:r>
      <w:proofErr w:type="spellEnd"/>
      <w:r w:rsidRPr="008622FA">
        <w:rPr>
          <w:lang w:val="uk-UA"/>
        </w:rPr>
        <w:t xml:space="preserve">. </w:t>
      </w:r>
      <w:proofErr w:type="spellStart"/>
      <w:r w:rsidRPr="008622FA">
        <w:rPr>
          <w:lang w:val="uk-UA"/>
        </w:rPr>
        <w:t>посіб</w:t>
      </w:r>
      <w:proofErr w:type="spellEnd"/>
      <w:r w:rsidRPr="008622FA">
        <w:rPr>
          <w:lang w:val="uk-UA"/>
        </w:rPr>
        <w:t>. / І. Й. Малинський, С. В. Крупеня, Ю. П. Сергієнко, О. М. Лаврентьєв. Ірпінь: Університет ДФС України, 2021. 226 с.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3. Навчальні відео з техніки вправ: https://www.nhs.uk/live-well/exercise/strength-and-flex-exercise-plan-how-to-videos/</w:t>
      </w:r>
    </w:p>
    <w:p w:rsidR="0008088C" w:rsidRPr="008622FA" w:rsidRDefault="00000000" w:rsidP="008622FA">
      <w:pPr>
        <w:jc w:val="both"/>
        <w:rPr>
          <w:lang w:val="uk-UA"/>
        </w:rPr>
      </w:pPr>
      <w:r w:rsidRPr="008622FA">
        <w:rPr>
          <w:lang w:val="uk-UA"/>
        </w:rPr>
        <w:t>Примітка: відеоматеріали та інтернет-ресурси є додатковими; усі завдання можна виконати без їх перегляду.</w:t>
      </w:r>
    </w:p>
    <w:sectPr w:rsidR="0008088C" w:rsidRPr="008622FA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88C"/>
    <w:rsid w:val="001465C3"/>
    <w:rsid w:val="0015074B"/>
    <w:rsid w:val="00210596"/>
    <w:rsid w:val="0029639D"/>
    <w:rsid w:val="002A4F87"/>
    <w:rsid w:val="002B5084"/>
    <w:rsid w:val="002D0930"/>
    <w:rsid w:val="00326F90"/>
    <w:rsid w:val="004430A8"/>
    <w:rsid w:val="0048564E"/>
    <w:rsid w:val="005465DB"/>
    <w:rsid w:val="0068255F"/>
    <w:rsid w:val="007823F1"/>
    <w:rsid w:val="008622FA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24B18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dxgLcc-8g_0?si=GFd-_X66ooO7Fda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 загальнорозвивальних вправ з предметом. Самотестування фізичної підготовленості</dc:title>
  <dc:subject/>
  <dc:creator>python-docx</dc:creator>
  <cp:keywords/>
  <dc:description>generated by python-docx</dc:description>
  <cp:lastModifiedBy>Den Black</cp:lastModifiedBy>
  <cp:revision>11</cp:revision>
  <dcterms:created xsi:type="dcterms:W3CDTF">2013-12-23T23:15:00Z</dcterms:created>
  <dcterms:modified xsi:type="dcterms:W3CDTF">2026-11-01T14:02:00Z</dcterms:modified>
  <cp:category/>
</cp:coreProperties>
</file>