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B2C" w:rsidRPr="00661E13" w:rsidRDefault="008358A5">
      <w:pPr>
        <w:spacing w:after="40"/>
        <w:jc w:val="center"/>
        <w:rPr>
          <w:sz w:val="24"/>
          <w:szCs w:val="24"/>
          <w:lang w:val="ru-RU"/>
        </w:rPr>
      </w:pPr>
      <w:r w:rsidRPr="00661E13">
        <w:rPr>
          <w:b/>
          <w:color w:val="1B365D"/>
          <w:sz w:val="24"/>
          <w:szCs w:val="24"/>
          <w:lang w:val="ru-RU"/>
        </w:rPr>
        <w:t>ПРАКТИЧНІ ЗАВДАННЯ</w:t>
      </w:r>
    </w:p>
    <w:p w:rsidR="008A4B2C" w:rsidRPr="00661E13" w:rsidRDefault="008358A5">
      <w:pPr>
        <w:spacing w:after="80"/>
        <w:jc w:val="center"/>
        <w:rPr>
          <w:sz w:val="24"/>
          <w:szCs w:val="24"/>
          <w:lang w:val="ru-RU"/>
        </w:rPr>
      </w:pPr>
      <w:r w:rsidRPr="00661E13">
        <w:rPr>
          <w:i/>
          <w:color w:val="475569"/>
          <w:sz w:val="24"/>
          <w:szCs w:val="24"/>
          <w:lang w:val="ru-RU"/>
        </w:rPr>
        <w:t xml:space="preserve">з </w:t>
      </w:r>
      <w:proofErr w:type="spellStart"/>
      <w:r w:rsidRPr="00661E13">
        <w:rPr>
          <w:i/>
          <w:color w:val="475569"/>
          <w:sz w:val="24"/>
          <w:szCs w:val="24"/>
          <w:lang w:val="ru-RU"/>
        </w:rPr>
        <w:t>дисципліни</w:t>
      </w:r>
      <w:proofErr w:type="spellEnd"/>
      <w:r w:rsidRPr="00661E13">
        <w:rPr>
          <w:i/>
          <w:color w:val="475569"/>
          <w:sz w:val="24"/>
          <w:szCs w:val="24"/>
          <w:lang w:val="ru-RU"/>
        </w:rPr>
        <w:t xml:space="preserve"> «</w:t>
      </w:r>
      <w:proofErr w:type="spellStart"/>
      <w:r w:rsidRPr="00661E13">
        <w:rPr>
          <w:i/>
          <w:color w:val="475569"/>
          <w:sz w:val="24"/>
          <w:szCs w:val="24"/>
          <w:lang w:val="ru-RU"/>
        </w:rPr>
        <w:t>Фінанси</w:t>
      </w:r>
      <w:proofErr w:type="spellEnd"/>
      <w:r w:rsidRPr="00661E13">
        <w:rPr>
          <w:i/>
          <w:color w:val="475569"/>
          <w:sz w:val="24"/>
          <w:szCs w:val="24"/>
          <w:lang w:val="ru-RU"/>
        </w:rPr>
        <w:t xml:space="preserve">» (для </w:t>
      </w:r>
      <w:proofErr w:type="spellStart"/>
      <w:r w:rsidRPr="00661E13">
        <w:rPr>
          <w:i/>
          <w:color w:val="475569"/>
          <w:sz w:val="24"/>
          <w:szCs w:val="24"/>
          <w:lang w:val="ru-RU"/>
        </w:rPr>
        <w:t>студентів</w:t>
      </w:r>
      <w:proofErr w:type="spellEnd"/>
      <w:r w:rsidRPr="00661E13">
        <w:rPr>
          <w:i/>
          <w:color w:val="475569"/>
          <w:sz w:val="24"/>
          <w:szCs w:val="24"/>
          <w:lang w:val="ru-RU"/>
        </w:rPr>
        <w:t xml:space="preserve"> 2 курсу </w:t>
      </w:r>
      <w:proofErr w:type="spellStart"/>
      <w:r w:rsidRPr="00661E13">
        <w:rPr>
          <w:i/>
          <w:color w:val="475569"/>
          <w:sz w:val="24"/>
          <w:szCs w:val="24"/>
          <w:lang w:val="ru-RU"/>
        </w:rPr>
        <w:t>бакалаврату</w:t>
      </w:r>
      <w:proofErr w:type="spellEnd"/>
      <w:r w:rsidRPr="00661E13">
        <w:rPr>
          <w:i/>
          <w:color w:val="475569"/>
          <w:sz w:val="24"/>
          <w:szCs w:val="24"/>
          <w:lang w:val="ru-RU"/>
        </w:rPr>
        <w:t>)</w:t>
      </w:r>
    </w:p>
    <w:p w:rsidR="008A4B2C" w:rsidRPr="00661E13" w:rsidRDefault="008358A5">
      <w:pPr>
        <w:spacing w:after="280"/>
        <w:jc w:val="center"/>
        <w:rPr>
          <w:sz w:val="24"/>
          <w:szCs w:val="24"/>
          <w:lang w:val="ru-RU"/>
        </w:rPr>
      </w:pPr>
      <w:r w:rsidRPr="00661E13">
        <w:rPr>
          <w:b/>
          <w:color w:val="1B365D"/>
          <w:sz w:val="24"/>
          <w:szCs w:val="24"/>
          <w:lang w:val="ru-RU"/>
        </w:rPr>
        <w:t xml:space="preserve">Тема: </w:t>
      </w:r>
      <w:r w:rsidRPr="00661E13">
        <w:rPr>
          <w:b/>
          <w:color w:val="0F172A"/>
          <w:sz w:val="24"/>
          <w:szCs w:val="24"/>
          <w:lang w:val="ru-RU"/>
        </w:rPr>
        <w:t>«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Державний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бюджет,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його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призначення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та роль в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суспільстві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>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A4B2C" w:rsidRPr="00661E13">
        <w:trPr>
          <w:jc w:val="center"/>
        </w:trPr>
        <w:tc>
          <w:tcPr>
            <w:tcW w:w="9360" w:type="dxa"/>
            <w:tcBorders>
              <w:top w:val="single" w:sz="8" w:space="0" w:color="1B365D"/>
              <w:left w:val="single" w:sz="16" w:space="0" w:color="1B365D"/>
              <w:bottom w:val="single" w:sz="8" w:space="0" w:color="1B365D"/>
              <w:right w:val="single" w:sz="8" w:space="0" w:color="1B365D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8A4B2C" w:rsidRPr="00661E13" w:rsidRDefault="008358A5">
            <w:pPr>
              <w:spacing w:after="120"/>
              <w:rPr>
                <w:sz w:val="24"/>
                <w:szCs w:val="24"/>
                <w:lang w:val="ru-RU"/>
              </w:rPr>
            </w:pPr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ВІДОМОСТІ ПРО СТУДЕНТА</w:t>
            </w:r>
          </w:p>
          <w:p w:rsidR="008A4B2C" w:rsidRPr="00661E13" w:rsidRDefault="008358A5">
            <w:pPr>
              <w:spacing w:after="80"/>
              <w:rPr>
                <w:sz w:val="24"/>
                <w:szCs w:val="24"/>
                <w:lang w:val="ru-RU"/>
              </w:rPr>
            </w:pPr>
            <w:r w:rsidRPr="00661E13">
              <w:rPr>
                <w:b/>
                <w:sz w:val="24"/>
                <w:szCs w:val="24"/>
                <w:lang w:val="ru-RU"/>
              </w:rPr>
              <w:t xml:space="preserve">Студент (ПІБ): </w:t>
            </w:r>
            <w:r w:rsidRPr="00661E13">
              <w:rPr>
                <w:color w:val="334155"/>
                <w:sz w:val="24"/>
                <w:szCs w:val="24"/>
                <w:lang w:val="ru-RU"/>
              </w:rPr>
              <w:t>____________________________________________________________________</w:t>
            </w:r>
          </w:p>
          <w:p w:rsidR="008A4B2C" w:rsidRPr="00661E13" w:rsidRDefault="008358A5">
            <w:pPr>
              <w:spacing w:after="80"/>
              <w:rPr>
                <w:sz w:val="24"/>
                <w:szCs w:val="24"/>
                <w:lang w:val="ru-RU"/>
              </w:rPr>
            </w:pPr>
            <w:proofErr w:type="spellStart"/>
            <w:r w:rsidRPr="00661E13">
              <w:rPr>
                <w:b/>
                <w:sz w:val="24"/>
                <w:szCs w:val="24"/>
                <w:lang w:val="ru-RU"/>
              </w:rPr>
              <w:t>Група</w:t>
            </w:r>
            <w:proofErr w:type="spellEnd"/>
            <w:r w:rsidRPr="00661E13">
              <w:rPr>
                <w:b/>
                <w:sz w:val="24"/>
                <w:szCs w:val="24"/>
                <w:lang w:val="ru-RU"/>
              </w:rPr>
              <w:t xml:space="preserve">: </w:t>
            </w:r>
            <w:r w:rsidRPr="00661E13">
              <w:rPr>
                <w:sz w:val="24"/>
                <w:szCs w:val="24"/>
                <w:lang w:val="ru-RU"/>
              </w:rPr>
              <w:t>_______________</w:t>
            </w:r>
          </w:p>
          <w:p w:rsidR="008A4B2C" w:rsidRPr="00661E13" w:rsidRDefault="008358A5" w:rsidP="00264835">
            <w:pPr>
              <w:spacing w:after="40"/>
              <w:rPr>
                <w:sz w:val="24"/>
                <w:szCs w:val="24"/>
                <w:lang w:val="ru-RU"/>
              </w:rPr>
            </w:pPr>
            <w:r w:rsidRPr="00661E13">
              <w:rPr>
                <w:b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661E13">
              <w:rPr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661E13">
              <w:rPr>
                <w:b/>
                <w:sz w:val="24"/>
                <w:szCs w:val="24"/>
                <w:lang w:val="ru-RU"/>
              </w:rPr>
              <w:t xml:space="preserve">: </w:t>
            </w:r>
            <w:r w:rsidRPr="00661E13">
              <w:rPr>
                <w:sz w:val="24"/>
                <w:szCs w:val="24"/>
                <w:lang w:val="ru-RU"/>
              </w:rPr>
              <w:t xml:space="preserve">«____» ____________________ 202__ р.    </w:t>
            </w:r>
          </w:p>
        </w:tc>
      </w:tr>
    </w:tbl>
    <w:p w:rsidR="008A4B2C" w:rsidRPr="00661E13" w:rsidRDefault="008A4B2C">
      <w:pPr>
        <w:spacing w:after="240"/>
        <w:rPr>
          <w:sz w:val="24"/>
          <w:szCs w:val="24"/>
          <w:lang w:val="ru-RU"/>
        </w:rPr>
      </w:pPr>
    </w:p>
    <w:p w:rsidR="008A4B2C" w:rsidRPr="00661E13" w:rsidRDefault="008358A5">
      <w:pPr>
        <w:keepNext/>
        <w:spacing w:before="200" w:after="80"/>
        <w:rPr>
          <w:sz w:val="24"/>
          <w:szCs w:val="24"/>
          <w:lang w:val="ru-RU"/>
        </w:rPr>
      </w:pPr>
      <w:proofErr w:type="spellStart"/>
      <w:r w:rsidRPr="00661E13">
        <w:rPr>
          <w:b/>
          <w:color w:val="0F172A"/>
          <w:sz w:val="24"/>
          <w:szCs w:val="24"/>
          <w:lang w:val="ru-RU"/>
        </w:rPr>
        <w:t>Завдання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1.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Трьохвимір</w:t>
      </w:r>
      <w:r w:rsidRPr="00661E13">
        <w:rPr>
          <w:b/>
          <w:color w:val="0F172A"/>
          <w:sz w:val="24"/>
          <w:szCs w:val="24"/>
          <w:lang w:val="ru-RU"/>
        </w:rPr>
        <w:t>не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розуміння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сутності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бюджету та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класифікація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його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видів</w:t>
      </w:r>
      <w:proofErr w:type="spellEnd"/>
    </w:p>
    <w:p w:rsidR="008A4B2C" w:rsidRPr="00661E13" w:rsidRDefault="008358A5">
      <w:pPr>
        <w:spacing w:after="120"/>
        <w:rPr>
          <w:sz w:val="24"/>
          <w:szCs w:val="24"/>
          <w:lang w:val="ru-RU"/>
        </w:rPr>
      </w:pPr>
      <w:r w:rsidRPr="00661E13">
        <w:rPr>
          <w:sz w:val="24"/>
          <w:szCs w:val="24"/>
          <w:lang w:val="ru-RU"/>
        </w:rPr>
        <w:t xml:space="preserve">У </w:t>
      </w:r>
      <w:proofErr w:type="spellStart"/>
      <w:r w:rsidRPr="00661E13">
        <w:rPr>
          <w:sz w:val="24"/>
          <w:szCs w:val="24"/>
          <w:lang w:val="ru-RU"/>
        </w:rPr>
        <w:t>теорії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публічних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ф</w:t>
      </w:r>
      <w:r w:rsidRPr="00661E13">
        <w:rPr>
          <w:sz w:val="24"/>
          <w:szCs w:val="24"/>
          <w:lang w:val="ru-RU"/>
        </w:rPr>
        <w:t>інансів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сутність</w:t>
      </w:r>
      <w:proofErr w:type="spellEnd"/>
      <w:r w:rsidRPr="00661E13">
        <w:rPr>
          <w:sz w:val="24"/>
          <w:szCs w:val="24"/>
          <w:lang w:val="ru-RU"/>
        </w:rPr>
        <w:t xml:space="preserve"> бюджету </w:t>
      </w:r>
      <w:proofErr w:type="spellStart"/>
      <w:r w:rsidRPr="00661E13">
        <w:rPr>
          <w:sz w:val="24"/>
          <w:szCs w:val="24"/>
          <w:lang w:val="ru-RU"/>
        </w:rPr>
        <w:t>розглядається</w:t>
      </w:r>
      <w:proofErr w:type="spellEnd"/>
      <w:r w:rsidRPr="00661E13">
        <w:rPr>
          <w:sz w:val="24"/>
          <w:szCs w:val="24"/>
          <w:lang w:val="ru-RU"/>
        </w:rPr>
        <w:t xml:space="preserve"> за </w:t>
      </w:r>
      <w:proofErr w:type="spellStart"/>
      <w:r w:rsidRPr="00661E13">
        <w:rPr>
          <w:sz w:val="24"/>
          <w:szCs w:val="24"/>
          <w:lang w:val="ru-RU"/>
        </w:rPr>
        <w:t>трьома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вимірами</w:t>
      </w:r>
      <w:proofErr w:type="spellEnd"/>
      <w:r w:rsidRPr="00661E13">
        <w:rPr>
          <w:sz w:val="24"/>
          <w:szCs w:val="24"/>
          <w:lang w:val="ru-RU"/>
        </w:rPr>
        <w:t xml:space="preserve">: </w:t>
      </w:r>
      <w:proofErr w:type="spellStart"/>
      <w:r w:rsidRPr="00661E13">
        <w:rPr>
          <w:sz w:val="24"/>
          <w:szCs w:val="24"/>
          <w:lang w:val="ru-RU"/>
        </w:rPr>
        <w:t>матеріальним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економічним</w:t>
      </w:r>
      <w:proofErr w:type="spellEnd"/>
      <w:r w:rsidRPr="00661E13">
        <w:rPr>
          <w:sz w:val="24"/>
          <w:szCs w:val="24"/>
          <w:lang w:val="ru-RU"/>
        </w:rPr>
        <w:t xml:space="preserve"> та </w:t>
      </w:r>
      <w:proofErr w:type="spellStart"/>
      <w:r w:rsidRPr="00661E13">
        <w:rPr>
          <w:sz w:val="24"/>
          <w:szCs w:val="24"/>
          <w:lang w:val="ru-RU"/>
        </w:rPr>
        <w:t>юридичним</w:t>
      </w:r>
      <w:proofErr w:type="spellEnd"/>
      <w:r w:rsidRPr="00661E13">
        <w:rPr>
          <w:sz w:val="24"/>
          <w:szCs w:val="24"/>
          <w:lang w:val="ru-RU"/>
        </w:rPr>
        <w:t>.</w:t>
      </w:r>
    </w:p>
    <w:p w:rsidR="008A4B2C" w:rsidRPr="00661E13" w:rsidRDefault="008358A5">
      <w:pPr>
        <w:spacing w:after="80"/>
        <w:rPr>
          <w:sz w:val="24"/>
          <w:szCs w:val="24"/>
          <w:lang w:val="ru-RU"/>
        </w:rPr>
      </w:pPr>
      <w:r w:rsidRPr="00661E13">
        <w:rPr>
          <w:sz w:val="24"/>
          <w:szCs w:val="24"/>
          <w:lang w:val="ru-RU"/>
        </w:rPr>
        <w:t xml:space="preserve">1. </w:t>
      </w:r>
      <w:proofErr w:type="spellStart"/>
      <w:r w:rsidRPr="00661E13">
        <w:rPr>
          <w:sz w:val="24"/>
          <w:szCs w:val="24"/>
          <w:lang w:val="ru-RU"/>
        </w:rPr>
        <w:t>Заповніть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таблицю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розкривши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зміст</w:t>
      </w:r>
      <w:proofErr w:type="spellEnd"/>
      <w:r w:rsidRPr="00661E13">
        <w:rPr>
          <w:sz w:val="24"/>
          <w:szCs w:val="24"/>
          <w:lang w:val="ru-RU"/>
        </w:rPr>
        <w:t xml:space="preserve"> кожного з </w:t>
      </w:r>
      <w:proofErr w:type="spellStart"/>
      <w:r w:rsidRPr="00661E13">
        <w:rPr>
          <w:sz w:val="24"/>
          <w:szCs w:val="24"/>
          <w:lang w:val="ru-RU"/>
        </w:rPr>
        <w:t>трьох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вимірів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поняття</w:t>
      </w:r>
      <w:proofErr w:type="spellEnd"/>
      <w:r w:rsidRPr="00661E13">
        <w:rPr>
          <w:sz w:val="24"/>
          <w:szCs w:val="24"/>
          <w:lang w:val="ru-RU"/>
        </w:rPr>
        <w:t xml:space="preserve"> «бюджет»: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8A4B2C" w:rsidRPr="00661E13">
        <w:trPr>
          <w:jc w:val="center"/>
        </w:trPr>
        <w:tc>
          <w:tcPr>
            <w:tcW w:w="3168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proofErr w:type="spellStart"/>
            <w:r w:rsidRPr="00661E13">
              <w:rPr>
                <w:b/>
                <w:color w:val="FFFFFF"/>
                <w:sz w:val="24"/>
                <w:szCs w:val="24"/>
              </w:rPr>
              <w:t>Вимір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61E13">
              <w:rPr>
                <w:b/>
                <w:color w:val="FFFFFF"/>
                <w:sz w:val="24"/>
                <w:szCs w:val="24"/>
              </w:rPr>
              <w:t>поняття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</w:rPr>
              <w:t xml:space="preserve"> «</w:t>
            </w:r>
            <w:proofErr w:type="spellStart"/>
            <w:r w:rsidRPr="00661E13">
              <w:rPr>
                <w:b/>
                <w:color w:val="FFFFFF"/>
                <w:sz w:val="24"/>
                <w:szCs w:val="24"/>
              </w:rPr>
              <w:t>бюджет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</w:rPr>
              <w:t>»</w:t>
            </w:r>
          </w:p>
        </w:tc>
        <w:tc>
          <w:tcPr>
            <w:tcW w:w="6192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color w:val="FFFFFF"/>
                <w:sz w:val="24"/>
                <w:szCs w:val="24"/>
              </w:rPr>
              <w:t>Зміст економічної / юридичної / матеріальної сутності</w:t>
            </w:r>
          </w:p>
        </w:tc>
      </w:tr>
      <w:tr w:rsidR="008A4B2C" w:rsidRPr="00661E13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sz w:val="24"/>
                <w:szCs w:val="24"/>
              </w:rPr>
              <w:t>Матеріальний зміст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</w:p>
        </w:tc>
      </w:tr>
      <w:tr w:rsidR="008A4B2C" w:rsidRPr="00661E13">
        <w:trPr>
          <w:jc w:val="center"/>
        </w:trPr>
        <w:tc>
          <w:tcPr>
            <w:tcW w:w="3168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sz w:val="24"/>
                <w:szCs w:val="24"/>
              </w:rPr>
              <w:t>Економічна категорія</w:t>
            </w:r>
          </w:p>
        </w:tc>
        <w:tc>
          <w:tcPr>
            <w:tcW w:w="6192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</w:p>
        </w:tc>
      </w:tr>
      <w:tr w:rsidR="008A4B2C" w:rsidRPr="00661E13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sz w:val="24"/>
                <w:szCs w:val="24"/>
              </w:rPr>
              <w:t>Юридична природа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</w:p>
        </w:tc>
      </w:tr>
    </w:tbl>
    <w:p w:rsidR="008A4B2C" w:rsidRPr="00661E13" w:rsidRDefault="008358A5">
      <w:pPr>
        <w:spacing w:before="120" w:after="120"/>
        <w:rPr>
          <w:sz w:val="24"/>
          <w:szCs w:val="24"/>
          <w:lang w:val="ru-RU"/>
        </w:rPr>
      </w:pPr>
      <w:r w:rsidRPr="00661E13">
        <w:rPr>
          <w:sz w:val="24"/>
          <w:szCs w:val="24"/>
          <w:lang w:val="ru-RU"/>
        </w:rPr>
        <w:t xml:space="preserve">2. </w:t>
      </w:r>
      <w:proofErr w:type="spellStart"/>
      <w:r w:rsidRPr="00661E13">
        <w:rPr>
          <w:sz w:val="24"/>
          <w:szCs w:val="24"/>
          <w:lang w:val="ru-RU"/>
        </w:rPr>
        <w:t>Класифікуйте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види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бюджетів</w:t>
      </w:r>
      <w:proofErr w:type="spellEnd"/>
      <w:r w:rsidRPr="00661E13">
        <w:rPr>
          <w:sz w:val="24"/>
          <w:szCs w:val="24"/>
          <w:lang w:val="ru-RU"/>
        </w:rPr>
        <w:t xml:space="preserve"> за </w:t>
      </w:r>
      <w:proofErr w:type="spellStart"/>
      <w:r w:rsidRPr="00661E13">
        <w:rPr>
          <w:sz w:val="24"/>
          <w:szCs w:val="24"/>
          <w:lang w:val="ru-RU"/>
        </w:rPr>
        <w:t>рівнем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централізації</w:t>
      </w:r>
      <w:proofErr w:type="spellEnd"/>
      <w:r w:rsidRPr="00661E13">
        <w:rPr>
          <w:sz w:val="24"/>
          <w:szCs w:val="24"/>
          <w:lang w:val="ru-RU"/>
        </w:rPr>
        <w:t xml:space="preserve"> (</w:t>
      </w:r>
      <w:proofErr w:type="spellStart"/>
      <w:r w:rsidRPr="00661E13">
        <w:rPr>
          <w:sz w:val="24"/>
          <w:szCs w:val="24"/>
          <w:lang w:val="ru-RU"/>
        </w:rPr>
        <w:t>центральні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бюджети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r w:rsidRPr="00661E13">
        <w:rPr>
          <w:sz w:val="24"/>
          <w:szCs w:val="24"/>
        </w:rPr>
        <w:t>vs</w:t>
      </w:r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місцеві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бюджети</w:t>
      </w:r>
      <w:proofErr w:type="spellEnd"/>
      <w:r w:rsidRPr="00661E13">
        <w:rPr>
          <w:sz w:val="24"/>
          <w:szCs w:val="24"/>
          <w:lang w:val="ru-RU"/>
        </w:rPr>
        <w:t xml:space="preserve">). </w:t>
      </w:r>
      <w:proofErr w:type="spellStart"/>
      <w:r w:rsidRPr="00661E13">
        <w:rPr>
          <w:sz w:val="24"/>
          <w:szCs w:val="24"/>
          <w:lang w:val="ru-RU"/>
        </w:rPr>
        <w:t>Вкажіть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які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бюджети</w:t>
      </w:r>
      <w:proofErr w:type="spellEnd"/>
      <w:r w:rsidRPr="00661E13">
        <w:rPr>
          <w:sz w:val="24"/>
          <w:szCs w:val="24"/>
          <w:lang w:val="ru-RU"/>
        </w:rPr>
        <w:t xml:space="preserve"> належать до базового </w:t>
      </w:r>
      <w:proofErr w:type="spellStart"/>
      <w:r w:rsidRPr="00661E13">
        <w:rPr>
          <w:sz w:val="24"/>
          <w:szCs w:val="24"/>
          <w:lang w:val="ru-RU"/>
        </w:rPr>
        <w:t>рівня</w:t>
      </w:r>
      <w:proofErr w:type="spellEnd"/>
      <w:r w:rsidRPr="00661E13">
        <w:rPr>
          <w:sz w:val="24"/>
          <w:szCs w:val="24"/>
          <w:lang w:val="ru-RU"/>
        </w:rPr>
        <w:t xml:space="preserve">, а </w:t>
      </w:r>
      <w:proofErr w:type="spellStart"/>
      <w:r w:rsidRPr="00661E13">
        <w:rPr>
          <w:sz w:val="24"/>
          <w:szCs w:val="24"/>
          <w:lang w:val="ru-RU"/>
        </w:rPr>
        <w:t>які</w:t>
      </w:r>
      <w:proofErr w:type="spellEnd"/>
      <w:r w:rsidRPr="00661E13">
        <w:rPr>
          <w:sz w:val="24"/>
          <w:szCs w:val="24"/>
          <w:lang w:val="ru-RU"/>
        </w:rPr>
        <w:t xml:space="preserve"> є </w:t>
      </w:r>
      <w:proofErr w:type="spellStart"/>
      <w:r w:rsidRPr="00661E13">
        <w:rPr>
          <w:sz w:val="24"/>
          <w:szCs w:val="24"/>
          <w:lang w:val="ru-RU"/>
        </w:rPr>
        <w:t>централізованими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місцевими</w:t>
      </w:r>
      <w:proofErr w:type="spellEnd"/>
      <w:r w:rsidRPr="00661E13">
        <w:rPr>
          <w:sz w:val="24"/>
          <w:szCs w:val="24"/>
          <w:lang w:val="ru-RU"/>
        </w:rPr>
        <w:t xml:space="preserve"> бюджетами.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A4B2C" w:rsidRPr="00661E13">
        <w:trPr>
          <w:jc w:val="center"/>
        </w:trPr>
        <w:tc>
          <w:tcPr>
            <w:tcW w:w="9360" w:type="dxa"/>
            <w:tcBorders>
              <w:top w:val="single" w:sz="6" w:space="0" w:color="1B365D"/>
              <w:left w:val="single" w:sz="12" w:space="0" w:color="1B365D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A4B2C" w:rsidRPr="00661E13" w:rsidRDefault="008358A5">
            <w:pPr>
              <w:spacing w:before="40" w:after="80"/>
              <w:rPr>
                <w:sz w:val="24"/>
                <w:szCs w:val="24"/>
                <w:lang w:val="ru-RU"/>
              </w:rPr>
            </w:pP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Місце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внесення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відповіді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висновків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студента: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___________________________________________________________________________________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___________________________________________________________________________________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___________________________________________________________________________________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___________________________________________________________________________________</w:t>
            </w:r>
          </w:p>
        </w:tc>
      </w:tr>
    </w:tbl>
    <w:p w:rsidR="008A4B2C" w:rsidRPr="00661E13" w:rsidRDefault="008A4B2C">
      <w:pPr>
        <w:spacing w:after="120"/>
        <w:rPr>
          <w:sz w:val="24"/>
          <w:szCs w:val="24"/>
        </w:rPr>
      </w:pPr>
    </w:p>
    <w:p w:rsidR="008A4B2C" w:rsidRPr="00661E13" w:rsidRDefault="008358A5">
      <w:pPr>
        <w:keepNext/>
        <w:spacing w:before="200" w:after="80"/>
        <w:rPr>
          <w:sz w:val="24"/>
          <w:szCs w:val="24"/>
          <w:lang w:val="ru-RU"/>
        </w:rPr>
      </w:pPr>
      <w:proofErr w:type="spellStart"/>
      <w:r w:rsidRPr="00661E13">
        <w:rPr>
          <w:b/>
          <w:color w:val="0F172A"/>
          <w:sz w:val="24"/>
          <w:szCs w:val="24"/>
          <w:lang w:val="ru-RU"/>
        </w:rPr>
        <w:lastRenderedPageBreak/>
        <w:t>Завдання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2.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І</w:t>
      </w:r>
      <w:r w:rsidRPr="00661E13">
        <w:rPr>
          <w:b/>
          <w:color w:val="0F172A"/>
          <w:sz w:val="24"/>
          <w:szCs w:val="24"/>
          <w:lang w:val="ru-RU"/>
        </w:rPr>
        <w:t>нтерпретація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функцій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бюджету</w:t>
      </w:r>
    </w:p>
    <w:p w:rsidR="008A4B2C" w:rsidRPr="00661E13" w:rsidRDefault="008358A5">
      <w:pPr>
        <w:spacing w:after="120"/>
        <w:rPr>
          <w:sz w:val="24"/>
          <w:szCs w:val="24"/>
          <w:lang w:val="ru-RU"/>
        </w:rPr>
      </w:pPr>
      <w:r w:rsidRPr="00661E13">
        <w:rPr>
          <w:sz w:val="24"/>
          <w:szCs w:val="24"/>
          <w:lang w:val="ru-RU"/>
        </w:rPr>
        <w:t xml:space="preserve">Охарактеризуйте </w:t>
      </w:r>
      <w:proofErr w:type="spellStart"/>
      <w:r w:rsidRPr="00661E13">
        <w:rPr>
          <w:sz w:val="24"/>
          <w:szCs w:val="24"/>
          <w:lang w:val="ru-RU"/>
        </w:rPr>
        <w:t>основн</w:t>
      </w:r>
      <w:r w:rsidRPr="00661E13">
        <w:rPr>
          <w:sz w:val="24"/>
          <w:szCs w:val="24"/>
          <w:lang w:val="ru-RU"/>
        </w:rPr>
        <w:t>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функції</w:t>
      </w:r>
      <w:proofErr w:type="spellEnd"/>
      <w:r w:rsidRPr="00661E13">
        <w:rPr>
          <w:sz w:val="24"/>
          <w:szCs w:val="24"/>
          <w:lang w:val="ru-RU"/>
        </w:rPr>
        <w:t xml:space="preserve"> державного бюджету: </w:t>
      </w:r>
      <w:proofErr w:type="spellStart"/>
      <w:r w:rsidRPr="00661E13">
        <w:rPr>
          <w:b/>
          <w:sz w:val="24"/>
          <w:szCs w:val="24"/>
          <w:lang w:val="ru-RU"/>
        </w:rPr>
        <w:t>перерозподіл</w:t>
      </w:r>
      <w:proofErr w:type="spellEnd"/>
      <w:r w:rsidRPr="00661E13">
        <w:rPr>
          <w:b/>
          <w:sz w:val="24"/>
          <w:szCs w:val="24"/>
          <w:lang w:val="ru-RU"/>
        </w:rPr>
        <w:t xml:space="preserve"> ВВП та </w:t>
      </w:r>
      <w:proofErr w:type="spellStart"/>
      <w:r w:rsidRPr="00661E13">
        <w:rPr>
          <w:b/>
          <w:sz w:val="24"/>
          <w:szCs w:val="24"/>
          <w:lang w:val="ru-RU"/>
        </w:rPr>
        <w:t>національного</w:t>
      </w:r>
      <w:proofErr w:type="spellEnd"/>
      <w:r w:rsidRPr="00661E13">
        <w:rPr>
          <w:b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sz w:val="24"/>
          <w:szCs w:val="24"/>
          <w:lang w:val="ru-RU"/>
        </w:rPr>
        <w:t>багатства</w:t>
      </w:r>
      <w:proofErr w:type="spellEnd"/>
      <w:r w:rsidRPr="00661E13">
        <w:rPr>
          <w:b/>
          <w:sz w:val="24"/>
          <w:szCs w:val="24"/>
          <w:lang w:val="ru-RU"/>
        </w:rPr>
        <w:t xml:space="preserve">, </w:t>
      </w:r>
      <w:proofErr w:type="spellStart"/>
      <w:r w:rsidRPr="00661E13">
        <w:rPr>
          <w:b/>
          <w:sz w:val="24"/>
          <w:szCs w:val="24"/>
          <w:lang w:val="ru-RU"/>
        </w:rPr>
        <w:t>втручання</w:t>
      </w:r>
      <w:proofErr w:type="spellEnd"/>
      <w:r w:rsidRPr="00661E13">
        <w:rPr>
          <w:b/>
          <w:sz w:val="24"/>
          <w:szCs w:val="24"/>
          <w:lang w:val="ru-RU"/>
        </w:rPr>
        <w:t xml:space="preserve"> в </w:t>
      </w:r>
      <w:proofErr w:type="spellStart"/>
      <w:r w:rsidRPr="00661E13">
        <w:rPr>
          <w:b/>
          <w:sz w:val="24"/>
          <w:szCs w:val="24"/>
          <w:lang w:val="ru-RU"/>
        </w:rPr>
        <w:t>процеси</w:t>
      </w:r>
      <w:proofErr w:type="spellEnd"/>
      <w:r w:rsidRPr="00661E13">
        <w:rPr>
          <w:b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sz w:val="24"/>
          <w:szCs w:val="24"/>
          <w:lang w:val="ru-RU"/>
        </w:rPr>
        <w:t>суспільного</w:t>
      </w:r>
      <w:proofErr w:type="spellEnd"/>
      <w:r w:rsidRPr="00661E13">
        <w:rPr>
          <w:b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sz w:val="24"/>
          <w:szCs w:val="24"/>
          <w:lang w:val="ru-RU"/>
        </w:rPr>
        <w:t>відтворення</w:t>
      </w:r>
      <w:proofErr w:type="spellEnd"/>
      <w:r w:rsidRPr="00661E13">
        <w:rPr>
          <w:b/>
          <w:sz w:val="24"/>
          <w:szCs w:val="24"/>
          <w:lang w:val="ru-RU"/>
        </w:rPr>
        <w:t xml:space="preserve">, </w:t>
      </w:r>
      <w:proofErr w:type="spellStart"/>
      <w:r w:rsidRPr="00661E13">
        <w:rPr>
          <w:b/>
          <w:sz w:val="24"/>
          <w:szCs w:val="24"/>
          <w:lang w:val="ru-RU"/>
        </w:rPr>
        <w:t>здійснення</w:t>
      </w:r>
      <w:proofErr w:type="spellEnd"/>
      <w:r w:rsidRPr="00661E13">
        <w:rPr>
          <w:b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sz w:val="24"/>
          <w:szCs w:val="24"/>
          <w:lang w:val="ru-RU"/>
        </w:rPr>
        <w:t>соціальної</w:t>
      </w:r>
      <w:proofErr w:type="spellEnd"/>
      <w:r w:rsidRPr="00661E13">
        <w:rPr>
          <w:b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sz w:val="24"/>
          <w:szCs w:val="24"/>
          <w:lang w:val="ru-RU"/>
        </w:rPr>
        <w:t>політики</w:t>
      </w:r>
      <w:proofErr w:type="spellEnd"/>
      <w:r w:rsidRPr="00661E13">
        <w:rPr>
          <w:b/>
          <w:sz w:val="24"/>
          <w:szCs w:val="24"/>
          <w:lang w:val="ru-RU"/>
        </w:rPr>
        <w:t xml:space="preserve"> та </w:t>
      </w:r>
      <w:proofErr w:type="spellStart"/>
      <w:r w:rsidRPr="00661E13">
        <w:rPr>
          <w:b/>
          <w:sz w:val="24"/>
          <w:szCs w:val="24"/>
          <w:lang w:val="ru-RU"/>
        </w:rPr>
        <w:t>забезпечення</w:t>
      </w:r>
      <w:proofErr w:type="spellEnd"/>
      <w:r w:rsidRPr="00661E13">
        <w:rPr>
          <w:b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sz w:val="24"/>
          <w:szCs w:val="24"/>
          <w:lang w:val="ru-RU"/>
        </w:rPr>
        <w:t>економічної</w:t>
      </w:r>
      <w:proofErr w:type="spellEnd"/>
      <w:r w:rsidRPr="00661E13">
        <w:rPr>
          <w:b/>
          <w:sz w:val="24"/>
          <w:szCs w:val="24"/>
          <w:lang w:val="ru-RU"/>
        </w:rPr>
        <w:t xml:space="preserve"> </w:t>
      </w:r>
      <w:proofErr w:type="spellStart"/>
      <w:r w:rsidRPr="00661E13">
        <w:rPr>
          <w:b/>
          <w:sz w:val="24"/>
          <w:szCs w:val="24"/>
          <w:lang w:val="ru-RU"/>
        </w:rPr>
        <w:t>стабільності</w:t>
      </w:r>
      <w:proofErr w:type="spellEnd"/>
      <w:r w:rsidRPr="00661E13">
        <w:rPr>
          <w:b/>
          <w:sz w:val="24"/>
          <w:szCs w:val="24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A4B2C" w:rsidRPr="00661E13">
        <w:trPr>
          <w:jc w:val="center"/>
        </w:trPr>
        <w:tc>
          <w:tcPr>
            <w:tcW w:w="9360" w:type="dxa"/>
            <w:tcBorders>
              <w:top w:val="single" w:sz="6" w:space="0" w:color="1B365D"/>
              <w:left w:val="single" w:sz="12" w:space="0" w:color="1B365D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A4B2C" w:rsidRPr="00661E13" w:rsidRDefault="008358A5">
            <w:pPr>
              <w:spacing w:before="40" w:after="80"/>
              <w:rPr>
                <w:sz w:val="24"/>
                <w:szCs w:val="24"/>
                <w:lang w:val="ru-RU"/>
              </w:rPr>
            </w:pP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Місце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внесення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відповіді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висновків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студента: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</w:t>
            </w: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_______________________________________________________________________</w:t>
            </w:r>
            <w:r w:rsidR="00264835" w:rsidRPr="00661E13">
              <w:rPr>
                <w:color w:val="94A3B8"/>
                <w:sz w:val="24"/>
                <w:szCs w:val="24"/>
                <w:lang w:val="ru-RU"/>
              </w:rPr>
              <w:t>___________________________________________</w:t>
            </w:r>
            <w:r w:rsidRPr="00661E13">
              <w:rPr>
                <w:color w:val="94A3B8"/>
                <w:sz w:val="24"/>
                <w:szCs w:val="24"/>
              </w:rPr>
              <w:t>_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</w:t>
            </w:r>
            <w:r w:rsidR="00264835" w:rsidRPr="00661E13">
              <w:rPr>
                <w:color w:val="94A3B8"/>
                <w:sz w:val="24"/>
                <w:szCs w:val="24"/>
                <w:lang w:val="ru-RU"/>
              </w:rPr>
              <w:t>___________________________________________</w:t>
            </w:r>
            <w:r w:rsidRPr="00661E13">
              <w:rPr>
                <w:color w:val="94A3B8"/>
                <w:sz w:val="24"/>
                <w:szCs w:val="24"/>
              </w:rPr>
              <w:t>___________________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___________________________________________</w:t>
            </w:r>
            <w:r w:rsidR="00264835" w:rsidRPr="00661E13">
              <w:rPr>
                <w:color w:val="94A3B8"/>
                <w:sz w:val="24"/>
                <w:szCs w:val="24"/>
                <w:lang w:val="ru-RU"/>
              </w:rPr>
              <w:t>___________________________________________</w:t>
            </w:r>
            <w:r w:rsidRPr="00661E13">
              <w:rPr>
                <w:color w:val="94A3B8"/>
                <w:sz w:val="24"/>
                <w:szCs w:val="24"/>
              </w:rPr>
              <w:t>________________________________________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_______________</w:t>
            </w:r>
            <w:r w:rsidRPr="00661E13">
              <w:rPr>
                <w:color w:val="94A3B8"/>
                <w:sz w:val="24"/>
                <w:szCs w:val="24"/>
              </w:rPr>
              <w:t>________________________________</w:t>
            </w:r>
            <w:r w:rsidR="00264835" w:rsidRPr="00661E13">
              <w:rPr>
                <w:color w:val="94A3B8"/>
                <w:sz w:val="24"/>
                <w:szCs w:val="24"/>
                <w:lang w:val="ru-RU"/>
              </w:rPr>
              <w:t>___________________________________________</w:t>
            </w:r>
            <w:r w:rsidRPr="00661E13">
              <w:rPr>
                <w:color w:val="94A3B8"/>
                <w:sz w:val="24"/>
                <w:szCs w:val="24"/>
              </w:rPr>
              <w:t>____________________________________</w:t>
            </w:r>
          </w:p>
        </w:tc>
      </w:tr>
    </w:tbl>
    <w:p w:rsidR="008A4B2C" w:rsidRPr="00661E13" w:rsidRDefault="008A4B2C">
      <w:pPr>
        <w:spacing w:after="120"/>
        <w:rPr>
          <w:sz w:val="24"/>
          <w:szCs w:val="24"/>
        </w:rPr>
      </w:pPr>
    </w:p>
    <w:p w:rsidR="008A4B2C" w:rsidRPr="00661E13" w:rsidRDefault="00264835">
      <w:pPr>
        <w:keepNext/>
        <w:spacing w:before="200" w:after="80"/>
        <w:rPr>
          <w:sz w:val="24"/>
          <w:szCs w:val="24"/>
          <w:lang w:val="ru-RU"/>
        </w:rPr>
      </w:pPr>
      <w:proofErr w:type="spellStart"/>
      <w:r w:rsidRPr="00661E13">
        <w:rPr>
          <w:b/>
          <w:color w:val="0F172A"/>
          <w:sz w:val="24"/>
          <w:szCs w:val="24"/>
          <w:lang w:val="ru-RU"/>
        </w:rPr>
        <w:t>Завдання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3</w:t>
      </w:r>
      <w:r w:rsidR="008358A5" w:rsidRPr="00661E13">
        <w:rPr>
          <w:b/>
          <w:color w:val="0F172A"/>
          <w:sz w:val="24"/>
          <w:szCs w:val="24"/>
          <w:lang w:val="ru-RU"/>
        </w:rPr>
        <w:t xml:space="preserve">.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Класифікація</w:t>
      </w:r>
      <w:proofErr w:type="spellEnd"/>
      <w:r w:rsidR="008358A5"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доходів</w:t>
      </w:r>
      <w:proofErr w:type="spellEnd"/>
      <w:r w:rsidR="008358A5" w:rsidRPr="00661E13">
        <w:rPr>
          <w:b/>
          <w:color w:val="0F172A"/>
          <w:sz w:val="24"/>
          <w:szCs w:val="24"/>
          <w:lang w:val="ru-RU"/>
        </w:rPr>
        <w:t xml:space="preserve"> державного бюджету за Бюджетною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классифікацією</w:t>
      </w:r>
      <w:proofErr w:type="spellEnd"/>
    </w:p>
    <w:p w:rsidR="008A4B2C" w:rsidRPr="00661E13" w:rsidRDefault="008358A5">
      <w:pPr>
        <w:spacing w:after="80"/>
        <w:rPr>
          <w:sz w:val="24"/>
          <w:szCs w:val="24"/>
          <w:lang w:val="ru-RU"/>
        </w:rPr>
      </w:pPr>
      <w:r w:rsidRPr="00661E13">
        <w:rPr>
          <w:sz w:val="24"/>
          <w:szCs w:val="24"/>
          <w:lang w:val="ru-RU"/>
        </w:rPr>
        <w:t xml:space="preserve">Доходи бюджету — </w:t>
      </w:r>
      <w:proofErr w:type="spellStart"/>
      <w:r w:rsidRPr="00661E13">
        <w:rPr>
          <w:sz w:val="24"/>
          <w:szCs w:val="24"/>
          <w:lang w:val="ru-RU"/>
        </w:rPr>
        <w:t>це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податкові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неподаткові</w:t>
      </w:r>
      <w:proofErr w:type="spellEnd"/>
      <w:r w:rsidRPr="00661E13">
        <w:rPr>
          <w:sz w:val="24"/>
          <w:szCs w:val="24"/>
          <w:lang w:val="ru-RU"/>
        </w:rPr>
        <w:t xml:space="preserve"> та </w:t>
      </w:r>
      <w:proofErr w:type="spellStart"/>
      <w:r w:rsidRPr="00661E13">
        <w:rPr>
          <w:sz w:val="24"/>
          <w:szCs w:val="24"/>
          <w:lang w:val="ru-RU"/>
        </w:rPr>
        <w:t>інші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надходження</w:t>
      </w:r>
      <w:proofErr w:type="spellEnd"/>
      <w:r w:rsidRPr="00661E13">
        <w:rPr>
          <w:sz w:val="24"/>
          <w:szCs w:val="24"/>
          <w:lang w:val="ru-RU"/>
        </w:rPr>
        <w:t xml:space="preserve"> на </w:t>
      </w:r>
      <w:proofErr w:type="spellStart"/>
      <w:r w:rsidRPr="00661E13">
        <w:rPr>
          <w:sz w:val="24"/>
          <w:szCs w:val="24"/>
          <w:lang w:val="ru-RU"/>
        </w:rPr>
        <w:t>безповоротній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основі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справляння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яких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передбачено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законодавством</w:t>
      </w:r>
      <w:proofErr w:type="spellEnd"/>
      <w:r w:rsidRPr="00661E13">
        <w:rPr>
          <w:sz w:val="24"/>
          <w:szCs w:val="24"/>
          <w:lang w:val="ru-RU"/>
        </w:rPr>
        <w:t xml:space="preserve"> (</w:t>
      </w:r>
      <w:proofErr w:type="spellStart"/>
      <w:r w:rsidRPr="00661E13">
        <w:rPr>
          <w:sz w:val="24"/>
          <w:szCs w:val="24"/>
          <w:lang w:val="ru-RU"/>
        </w:rPr>
        <w:t>включаючи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трансферти</w:t>
      </w:r>
      <w:proofErr w:type="spellEnd"/>
      <w:r w:rsidRPr="00661E13">
        <w:rPr>
          <w:sz w:val="24"/>
          <w:szCs w:val="24"/>
          <w:lang w:val="ru-RU"/>
        </w:rPr>
        <w:t xml:space="preserve">, плату за </w:t>
      </w:r>
      <w:proofErr w:type="spellStart"/>
      <w:r w:rsidRPr="00661E13">
        <w:rPr>
          <w:sz w:val="24"/>
          <w:szCs w:val="24"/>
          <w:lang w:val="ru-RU"/>
        </w:rPr>
        <w:t>адміністративні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послуги</w:t>
      </w:r>
      <w:proofErr w:type="spellEnd"/>
      <w:r w:rsidRPr="00661E13">
        <w:rPr>
          <w:sz w:val="24"/>
          <w:szCs w:val="24"/>
          <w:lang w:val="ru-RU"/>
        </w:rPr>
        <w:t xml:space="preserve"> та </w:t>
      </w:r>
      <w:proofErr w:type="spellStart"/>
      <w:r w:rsidRPr="00661E13">
        <w:rPr>
          <w:sz w:val="24"/>
          <w:szCs w:val="24"/>
          <w:lang w:val="ru-RU"/>
        </w:rPr>
        <w:t>власні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надходження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бюджетних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установ</w:t>
      </w:r>
      <w:proofErr w:type="spellEnd"/>
      <w:r w:rsidRPr="00661E13">
        <w:rPr>
          <w:sz w:val="24"/>
          <w:szCs w:val="24"/>
          <w:lang w:val="ru-RU"/>
        </w:rPr>
        <w:t>).</w:t>
      </w:r>
    </w:p>
    <w:p w:rsidR="008A4B2C" w:rsidRPr="00661E13" w:rsidRDefault="008358A5">
      <w:pPr>
        <w:spacing w:after="80"/>
        <w:rPr>
          <w:sz w:val="24"/>
          <w:szCs w:val="24"/>
          <w:lang w:val="ru-RU"/>
        </w:rPr>
      </w:pPr>
      <w:proofErr w:type="spellStart"/>
      <w:r w:rsidRPr="00661E13">
        <w:rPr>
          <w:sz w:val="24"/>
          <w:szCs w:val="24"/>
          <w:lang w:val="ru-RU"/>
        </w:rPr>
        <w:t>Розподіліть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наведені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види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доходів</w:t>
      </w:r>
      <w:proofErr w:type="spellEnd"/>
      <w:r w:rsidRPr="00661E13">
        <w:rPr>
          <w:sz w:val="24"/>
          <w:szCs w:val="24"/>
          <w:lang w:val="ru-RU"/>
        </w:rPr>
        <w:t xml:space="preserve"> за </w:t>
      </w:r>
      <w:proofErr w:type="spellStart"/>
      <w:r w:rsidRPr="00661E13">
        <w:rPr>
          <w:sz w:val="24"/>
          <w:szCs w:val="24"/>
          <w:lang w:val="ru-RU"/>
        </w:rPr>
        <w:t>відповідними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розділами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Бюджетної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класифікації</w:t>
      </w:r>
      <w:proofErr w:type="spellEnd"/>
      <w:r w:rsidRPr="00661E13">
        <w:rPr>
          <w:sz w:val="24"/>
          <w:szCs w:val="24"/>
          <w:lang w:val="ru-RU"/>
        </w:rPr>
        <w:t xml:space="preserve"> (</w:t>
      </w:r>
      <w:proofErr w:type="spellStart"/>
      <w:r w:rsidRPr="00661E13">
        <w:rPr>
          <w:sz w:val="24"/>
          <w:szCs w:val="24"/>
          <w:lang w:val="ru-RU"/>
        </w:rPr>
        <w:t>Податкові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надходження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Неподаткові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надходження</w:t>
      </w:r>
      <w:proofErr w:type="spellEnd"/>
      <w:r w:rsidRPr="00661E13">
        <w:rPr>
          <w:sz w:val="24"/>
          <w:szCs w:val="24"/>
          <w:lang w:val="ru-RU"/>
        </w:rPr>
        <w:t xml:space="preserve">, Доходи </w:t>
      </w:r>
      <w:proofErr w:type="spellStart"/>
      <w:r w:rsidRPr="00661E13">
        <w:rPr>
          <w:sz w:val="24"/>
          <w:szCs w:val="24"/>
          <w:lang w:val="ru-RU"/>
        </w:rPr>
        <w:t>від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операцій</w:t>
      </w:r>
      <w:proofErr w:type="spellEnd"/>
      <w:r w:rsidRPr="00661E13">
        <w:rPr>
          <w:sz w:val="24"/>
          <w:szCs w:val="24"/>
          <w:lang w:val="ru-RU"/>
        </w:rPr>
        <w:t xml:space="preserve"> з </w:t>
      </w:r>
      <w:proofErr w:type="spellStart"/>
      <w:r w:rsidRPr="00661E13">
        <w:rPr>
          <w:sz w:val="24"/>
          <w:szCs w:val="24"/>
          <w:lang w:val="ru-RU"/>
        </w:rPr>
        <w:t>капіталом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Трансферти</w:t>
      </w:r>
      <w:proofErr w:type="spellEnd"/>
      <w:r w:rsidRPr="00661E13">
        <w:rPr>
          <w:sz w:val="24"/>
          <w:szCs w:val="24"/>
          <w:lang w:val="ru-RU"/>
        </w:rPr>
        <w:t>):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4608"/>
      </w:tblGrid>
      <w:tr w:rsidR="008A4B2C" w:rsidRPr="00661E13">
        <w:trPr>
          <w:jc w:val="center"/>
        </w:trPr>
        <w:tc>
          <w:tcPr>
            <w:tcW w:w="4752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proofErr w:type="spellStart"/>
            <w:r w:rsidRPr="00661E13">
              <w:rPr>
                <w:b/>
                <w:color w:val="FFFFFF"/>
                <w:sz w:val="24"/>
                <w:szCs w:val="24"/>
              </w:rPr>
              <w:t>Назва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61E13">
              <w:rPr>
                <w:b/>
                <w:color w:val="FFFFFF"/>
                <w:sz w:val="24"/>
                <w:szCs w:val="24"/>
              </w:rPr>
              <w:t>доходу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661E13">
              <w:rPr>
                <w:b/>
                <w:color w:val="FFFFFF"/>
                <w:sz w:val="24"/>
                <w:szCs w:val="24"/>
              </w:rPr>
              <w:t>надходження</w:t>
            </w:r>
            <w:proofErr w:type="spellEnd"/>
          </w:p>
        </w:tc>
        <w:tc>
          <w:tcPr>
            <w:tcW w:w="4608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color w:val="FFFFFF"/>
                <w:sz w:val="24"/>
                <w:szCs w:val="24"/>
              </w:rPr>
              <w:t>Розділ Бюджетної класифікації доходів</w:t>
            </w:r>
          </w:p>
        </w:tc>
      </w:tr>
      <w:tr w:rsidR="008A4B2C" w:rsidRPr="00661E13">
        <w:trPr>
          <w:jc w:val="center"/>
        </w:trPr>
        <w:tc>
          <w:tcPr>
            <w:tcW w:w="47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  <w:lang w:val="ru-RU"/>
              </w:rPr>
            </w:pPr>
            <w:proofErr w:type="spellStart"/>
            <w:r w:rsidRPr="00661E13">
              <w:rPr>
                <w:sz w:val="24"/>
                <w:szCs w:val="24"/>
                <w:lang w:val="ru-RU"/>
              </w:rPr>
              <w:t>Податок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додану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вартість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(ПДВ)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  <w:lang w:val="ru-RU"/>
              </w:rPr>
            </w:pPr>
          </w:p>
        </w:tc>
      </w:tr>
      <w:tr w:rsidR="008A4B2C" w:rsidRPr="00661E13">
        <w:trPr>
          <w:jc w:val="center"/>
        </w:trPr>
        <w:tc>
          <w:tcPr>
            <w:tcW w:w="4752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  <w:lang w:val="ru-RU"/>
              </w:rPr>
            </w:pPr>
            <w:proofErr w:type="spellStart"/>
            <w:r w:rsidRPr="00661E13">
              <w:rPr>
                <w:sz w:val="24"/>
                <w:szCs w:val="24"/>
                <w:lang w:val="ru-RU"/>
              </w:rPr>
              <w:t>Офіційні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ґранти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іноземних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урядів</w:t>
            </w:r>
            <w:proofErr w:type="spellEnd"/>
          </w:p>
        </w:tc>
        <w:tc>
          <w:tcPr>
            <w:tcW w:w="4608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  <w:lang w:val="ru-RU"/>
              </w:rPr>
            </w:pPr>
          </w:p>
        </w:tc>
      </w:tr>
      <w:tr w:rsidR="008A4B2C" w:rsidRPr="00661E13">
        <w:trPr>
          <w:jc w:val="center"/>
        </w:trPr>
        <w:tc>
          <w:tcPr>
            <w:tcW w:w="47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proofErr w:type="spellStart"/>
            <w:r w:rsidRPr="00661E13">
              <w:rPr>
                <w:sz w:val="24"/>
                <w:szCs w:val="24"/>
              </w:rPr>
              <w:t>Адміністративні</w:t>
            </w:r>
            <w:proofErr w:type="spellEnd"/>
            <w:r w:rsidRPr="00661E13">
              <w:rPr>
                <w:sz w:val="24"/>
                <w:szCs w:val="24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</w:rPr>
              <w:t>збори</w:t>
            </w:r>
            <w:proofErr w:type="spellEnd"/>
            <w:r w:rsidRPr="00661E13">
              <w:rPr>
                <w:sz w:val="24"/>
                <w:szCs w:val="24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</w:rPr>
              <w:t>та</w:t>
            </w:r>
            <w:proofErr w:type="spellEnd"/>
            <w:r w:rsidRPr="00661E13">
              <w:rPr>
                <w:sz w:val="24"/>
                <w:szCs w:val="24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</w:rPr>
              <w:t>платежі</w:t>
            </w:r>
            <w:proofErr w:type="spellEnd"/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</w:p>
        </w:tc>
      </w:tr>
      <w:tr w:rsidR="008A4B2C" w:rsidRPr="00661E13">
        <w:trPr>
          <w:jc w:val="center"/>
        </w:trPr>
        <w:tc>
          <w:tcPr>
            <w:tcW w:w="4752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sz w:val="24"/>
                <w:szCs w:val="24"/>
              </w:rPr>
              <w:t>Власні надходження бюджетних установ</w:t>
            </w:r>
          </w:p>
        </w:tc>
        <w:tc>
          <w:tcPr>
            <w:tcW w:w="4608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</w:p>
        </w:tc>
      </w:tr>
      <w:tr w:rsidR="008A4B2C" w:rsidRPr="00661E13">
        <w:trPr>
          <w:jc w:val="center"/>
        </w:trPr>
        <w:tc>
          <w:tcPr>
            <w:tcW w:w="47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sz w:val="24"/>
                <w:szCs w:val="24"/>
              </w:rPr>
              <w:t>Військовий збір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</w:p>
        </w:tc>
      </w:tr>
      <w:tr w:rsidR="008A4B2C" w:rsidRPr="00661E13">
        <w:trPr>
          <w:jc w:val="center"/>
        </w:trPr>
        <w:tc>
          <w:tcPr>
            <w:tcW w:w="4752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  <w:lang w:val="ru-RU"/>
              </w:rPr>
            </w:pPr>
            <w:r w:rsidRPr="00661E13">
              <w:rPr>
                <w:sz w:val="24"/>
                <w:szCs w:val="24"/>
                <w:lang w:val="ru-RU"/>
              </w:rPr>
              <w:lastRenderedPageBreak/>
              <w:t xml:space="preserve">Доходи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продажу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державних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запасів</w:t>
            </w:r>
            <w:proofErr w:type="spellEnd"/>
          </w:p>
        </w:tc>
        <w:tc>
          <w:tcPr>
            <w:tcW w:w="4608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  <w:lang w:val="ru-RU"/>
              </w:rPr>
            </w:pPr>
          </w:p>
        </w:tc>
      </w:tr>
      <w:tr w:rsidR="008A4B2C" w:rsidRPr="00661E13">
        <w:trPr>
          <w:jc w:val="center"/>
        </w:trPr>
        <w:tc>
          <w:tcPr>
            <w:tcW w:w="47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  <w:lang w:val="ru-RU"/>
              </w:rPr>
            </w:pPr>
            <w:r w:rsidRPr="00661E13">
              <w:rPr>
                <w:sz w:val="24"/>
                <w:szCs w:val="24"/>
                <w:lang w:val="ru-RU"/>
              </w:rPr>
              <w:t xml:space="preserve">Доходи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власності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підприємництва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61E13">
              <w:rPr>
                <w:sz w:val="24"/>
                <w:szCs w:val="24"/>
                <w:lang w:val="ru-RU"/>
              </w:rPr>
              <w:t>дивіденди</w:t>
            </w:r>
            <w:proofErr w:type="spellEnd"/>
            <w:r w:rsidRPr="00661E13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  <w:lang w:val="ru-RU"/>
              </w:rPr>
            </w:pPr>
          </w:p>
        </w:tc>
      </w:tr>
      <w:tr w:rsidR="008A4B2C" w:rsidRPr="00661E13">
        <w:trPr>
          <w:jc w:val="center"/>
        </w:trPr>
        <w:tc>
          <w:tcPr>
            <w:tcW w:w="4752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proofErr w:type="spellStart"/>
            <w:r w:rsidRPr="00661E13">
              <w:rPr>
                <w:sz w:val="24"/>
                <w:szCs w:val="24"/>
              </w:rPr>
              <w:t>Дотації</w:t>
            </w:r>
            <w:proofErr w:type="spellEnd"/>
            <w:r w:rsidRPr="00661E13">
              <w:rPr>
                <w:sz w:val="24"/>
                <w:szCs w:val="24"/>
              </w:rPr>
              <w:t xml:space="preserve"> </w:t>
            </w:r>
            <w:proofErr w:type="spellStart"/>
            <w:r w:rsidRPr="00661E13">
              <w:rPr>
                <w:sz w:val="24"/>
                <w:szCs w:val="24"/>
              </w:rPr>
              <w:t>вирівнювання</w:t>
            </w:r>
            <w:proofErr w:type="spellEnd"/>
            <w:r w:rsidRPr="00661E13">
              <w:rPr>
                <w:sz w:val="24"/>
                <w:szCs w:val="24"/>
              </w:rPr>
              <w:t xml:space="preserve"> з </w:t>
            </w:r>
            <w:proofErr w:type="spellStart"/>
            <w:r w:rsidRPr="00661E13">
              <w:rPr>
                <w:sz w:val="24"/>
                <w:szCs w:val="24"/>
              </w:rPr>
              <w:t>держбюджету</w:t>
            </w:r>
            <w:proofErr w:type="spellEnd"/>
          </w:p>
        </w:tc>
        <w:tc>
          <w:tcPr>
            <w:tcW w:w="4608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</w:p>
        </w:tc>
      </w:tr>
    </w:tbl>
    <w:p w:rsidR="008A4B2C" w:rsidRPr="00661E13" w:rsidRDefault="008A4B2C">
      <w:pPr>
        <w:spacing w:after="80"/>
        <w:rPr>
          <w:sz w:val="24"/>
          <w:szCs w:val="24"/>
        </w:rPr>
      </w:pPr>
    </w:p>
    <w:p w:rsidR="008A4B2C" w:rsidRPr="00661E13" w:rsidRDefault="009B2F7D">
      <w:pPr>
        <w:keepNext/>
        <w:spacing w:before="200" w:after="80"/>
        <w:rPr>
          <w:sz w:val="24"/>
          <w:szCs w:val="24"/>
          <w:lang w:val="ru-RU"/>
        </w:rPr>
      </w:pPr>
      <w:proofErr w:type="spellStart"/>
      <w:r w:rsidRPr="00661E13">
        <w:rPr>
          <w:b/>
          <w:color w:val="0F172A"/>
          <w:sz w:val="24"/>
          <w:szCs w:val="24"/>
          <w:lang w:val="ru-RU"/>
        </w:rPr>
        <w:t>Завдання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4</w:t>
      </w:r>
      <w:r w:rsidR="008358A5" w:rsidRPr="00661E13">
        <w:rPr>
          <w:b/>
          <w:color w:val="0F172A"/>
          <w:sz w:val="24"/>
          <w:szCs w:val="24"/>
          <w:lang w:val="ru-RU"/>
        </w:rPr>
        <w:t xml:space="preserve">.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Застосування</w:t>
      </w:r>
      <w:proofErr w:type="spellEnd"/>
      <w:r w:rsidR="008358A5"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класифікацій</w:t>
      </w:r>
      <w:proofErr w:type="spellEnd"/>
      <w:r w:rsidR="008358A5"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видатків</w:t>
      </w:r>
      <w:proofErr w:type="spellEnd"/>
      <w:r w:rsidR="008358A5" w:rsidRPr="00661E13">
        <w:rPr>
          <w:b/>
          <w:color w:val="0F172A"/>
          <w:sz w:val="24"/>
          <w:szCs w:val="24"/>
          <w:lang w:val="ru-RU"/>
        </w:rPr>
        <w:t xml:space="preserve"> </w:t>
      </w:r>
    </w:p>
    <w:p w:rsidR="008A4B2C" w:rsidRPr="00661E13" w:rsidRDefault="008358A5">
      <w:pPr>
        <w:spacing w:after="80"/>
        <w:rPr>
          <w:sz w:val="24"/>
          <w:szCs w:val="24"/>
          <w:lang w:val="ru-RU"/>
        </w:rPr>
      </w:pPr>
      <w:proofErr w:type="spellStart"/>
      <w:r w:rsidRPr="00661E13">
        <w:rPr>
          <w:sz w:val="24"/>
          <w:szCs w:val="24"/>
          <w:lang w:val="ru-RU"/>
        </w:rPr>
        <w:t>Бюджетним</w:t>
      </w:r>
      <w:proofErr w:type="spellEnd"/>
      <w:r w:rsidRPr="00661E13">
        <w:rPr>
          <w:sz w:val="24"/>
          <w:szCs w:val="24"/>
          <w:lang w:val="ru-RU"/>
        </w:rPr>
        <w:t xml:space="preserve"> кодексом </w:t>
      </w:r>
      <w:proofErr w:type="spellStart"/>
      <w:r w:rsidRPr="00661E13">
        <w:rPr>
          <w:sz w:val="24"/>
          <w:szCs w:val="24"/>
          <w:lang w:val="ru-RU"/>
        </w:rPr>
        <w:t>України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передбачено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декілька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видів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класифікації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видатків</w:t>
      </w:r>
      <w:proofErr w:type="spellEnd"/>
      <w:r w:rsidRPr="00661E13">
        <w:rPr>
          <w:sz w:val="24"/>
          <w:szCs w:val="24"/>
          <w:lang w:val="ru-RU"/>
        </w:rPr>
        <w:t xml:space="preserve"> т</w:t>
      </w:r>
      <w:r w:rsidRPr="00661E13">
        <w:rPr>
          <w:sz w:val="24"/>
          <w:szCs w:val="24"/>
          <w:lang w:val="ru-RU"/>
        </w:rPr>
        <w:t xml:space="preserve">а </w:t>
      </w:r>
      <w:proofErr w:type="spellStart"/>
      <w:r w:rsidRPr="00661E13">
        <w:rPr>
          <w:sz w:val="24"/>
          <w:szCs w:val="24"/>
          <w:lang w:val="ru-RU"/>
        </w:rPr>
        <w:t>кредитування</w:t>
      </w:r>
      <w:proofErr w:type="spellEnd"/>
      <w:r w:rsidRPr="00661E13">
        <w:rPr>
          <w:sz w:val="24"/>
          <w:szCs w:val="24"/>
          <w:lang w:val="ru-RU"/>
        </w:rPr>
        <w:t xml:space="preserve">: </w:t>
      </w:r>
      <w:proofErr w:type="spellStart"/>
      <w:r w:rsidRPr="00661E13">
        <w:rPr>
          <w:sz w:val="24"/>
          <w:szCs w:val="24"/>
          <w:lang w:val="ru-RU"/>
        </w:rPr>
        <w:t>програмну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відомчу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функціональну</w:t>
      </w:r>
      <w:proofErr w:type="spellEnd"/>
      <w:r w:rsidRPr="00661E13">
        <w:rPr>
          <w:sz w:val="24"/>
          <w:szCs w:val="24"/>
          <w:lang w:val="ru-RU"/>
        </w:rPr>
        <w:t xml:space="preserve"> та </w:t>
      </w:r>
      <w:proofErr w:type="spellStart"/>
      <w:r w:rsidRPr="00661E13">
        <w:rPr>
          <w:sz w:val="24"/>
          <w:szCs w:val="24"/>
          <w:lang w:val="ru-RU"/>
        </w:rPr>
        <w:t>економічну</w:t>
      </w:r>
      <w:proofErr w:type="spellEnd"/>
      <w:r w:rsidRPr="00661E13">
        <w:rPr>
          <w:sz w:val="24"/>
          <w:szCs w:val="24"/>
          <w:lang w:val="ru-RU"/>
        </w:rPr>
        <w:t>.</w:t>
      </w:r>
    </w:p>
    <w:p w:rsidR="008A4B2C" w:rsidRPr="00661E13" w:rsidRDefault="008358A5">
      <w:pPr>
        <w:spacing w:after="80"/>
        <w:rPr>
          <w:sz w:val="24"/>
          <w:szCs w:val="24"/>
          <w:lang w:val="ru-RU"/>
        </w:rPr>
      </w:pPr>
      <w:r w:rsidRPr="00661E13">
        <w:rPr>
          <w:sz w:val="24"/>
          <w:szCs w:val="24"/>
          <w:lang w:val="ru-RU"/>
        </w:rPr>
        <w:t xml:space="preserve">1. </w:t>
      </w:r>
      <w:proofErr w:type="spellStart"/>
      <w:r w:rsidRPr="00661E13">
        <w:rPr>
          <w:sz w:val="24"/>
          <w:szCs w:val="24"/>
          <w:lang w:val="ru-RU"/>
        </w:rPr>
        <w:t>Визначте</w:t>
      </w:r>
      <w:proofErr w:type="spellEnd"/>
      <w:r w:rsidRPr="00661E13">
        <w:rPr>
          <w:sz w:val="24"/>
          <w:szCs w:val="24"/>
          <w:lang w:val="ru-RU"/>
        </w:rPr>
        <w:t xml:space="preserve"> вид </w:t>
      </w:r>
      <w:proofErr w:type="spellStart"/>
      <w:r w:rsidRPr="00661E13">
        <w:rPr>
          <w:sz w:val="24"/>
          <w:szCs w:val="24"/>
          <w:lang w:val="ru-RU"/>
        </w:rPr>
        <w:t>класифікації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видатків</w:t>
      </w:r>
      <w:proofErr w:type="spellEnd"/>
      <w:r w:rsidRPr="00661E13">
        <w:rPr>
          <w:sz w:val="24"/>
          <w:szCs w:val="24"/>
          <w:lang w:val="ru-RU"/>
        </w:rPr>
        <w:t xml:space="preserve"> для кожного </w:t>
      </w:r>
      <w:proofErr w:type="spellStart"/>
      <w:proofErr w:type="gramStart"/>
      <w:r w:rsidRPr="00661E13">
        <w:rPr>
          <w:sz w:val="24"/>
          <w:szCs w:val="24"/>
          <w:lang w:val="ru-RU"/>
        </w:rPr>
        <w:t>випадку</w:t>
      </w:r>
      <w:proofErr w:type="spellEnd"/>
      <w:r w:rsidRPr="00661E13">
        <w:rPr>
          <w:sz w:val="24"/>
          <w:szCs w:val="24"/>
          <w:lang w:val="ru-RU"/>
        </w:rPr>
        <w:t>:</w:t>
      </w:r>
      <w:r w:rsidRPr="00661E13">
        <w:rPr>
          <w:sz w:val="24"/>
          <w:szCs w:val="24"/>
          <w:lang w:val="ru-RU"/>
        </w:rPr>
        <w:br/>
        <w:t xml:space="preserve">   </w:t>
      </w:r>
      <w:proofErr w:type="gramEnd"/>
      <w:r w:rsidRPr="00661E13">
        <w:rPr>
          <w:sz w:val="24"/>
          <w:szCs w:val="24"/>
          <w:lang w:val="ru-RU"/>
        </w:rPr>
        <w:t xml:space="preserve">• а) </w:t>
      </w:r>
      <w:proofErr w:type="spellStart"/>
      <w:r w:rsidRPr="00661E13">
        <w:rPr>
          <w:sz w:val="24"/>
          <w:szCs w:val="24"/>
          <w:lang w:val="ru-RU"/>
        </w:rPr>
        <w:t>Розподіл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видатків</w:t>
      </w:r>
      <w:proofErr w:type="spellEnd"/>
      <w:r w:rsidRPr="00661E13">
        <w:rPr>
          <w:sz w:val="24"/>
          <w:szCs w:val="24"/>
          <w:lang w:val="ru-RU"/>
        </w:rPr>
        <w:t xml:space="preserve"> за </w:t>
      </w:r>
      <w:proofErr w:type="spellStart"/>
      <w:r w:rsidRPr="00661E13">
        <w:rPr>
          <w:sz w:val="24"/>
          <w:szCs w:val="24"/>
          <w:lang w:val="ru-RU"/>
        </w:rPr>
        <w:t>Міністерством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освіти</w:t>
      </w:r>
      <w:proofErr w:type="spellEnd"/>
      <w:r w:rsidRPr="00661E13">
        <w:rPr>
          <w:sz w:val="24"/>
          <w:szCs w:val="24"/>
          <w:lang w:val="ru-RU"/>
        </w:rPr>
        <w:t xml:space="preserve"> і науки </w:t>
      </w:r>
      <w:proofErr w:type="spellStart"/>
      <w:r w:rsidRPr="00661E13">
        <w:rPr>
          <w:sz w:val="24"/>
          <w:szCs w:val="24"/>
          <w:lang w:val="ru-RU"/>
        </w:rPr>
        <w:t>України</w:t>
      </w:r>
      <w:proofErr w:type="spellEnd"/>
      <w:r w:rsidRPr="00661E13">
        <w:rPr>
          <w:sz w:val="24"/>
          <w:szCs w:val="24"/>
          <w:lang w:val="ru-RU"/>
        </w:rPr>
        <w:t xml:space="preserve"> та </w:t>
      </w:r>
      <w:proofErr w:type="spellStart"/>
      <w:r w:rsidRPr="00661E13">
        <w:rPr>
          <w:sz w:val="24"/>
          <w:szCs w:val="24"/>
          <w:lang w:val="ru-RU"/>
        </w:rPr>
        <w:t>Міністерством</w:t>
      </w:r>
      <w:proofErr w:type="spellEnd"/>
      <w:r w:rsidRPr="00661E13">
        <w:rPr>
          <w:sz w:val="24"/>
          <w:szCs w:val="24"/>
          <w:lang w:val="ru-RU"/>
        </w:rPr>
        <w:t xml:space="preserve"> оборони </w:t>
      </w:r>
      <w:proofErr w:type="spellStart"/>
      <w:r w:rsidRPr="00661E13">
        <w:rPr>
          <w:sz w:val="24"/>
          <w:szCs w:val="24"/>
          <w:lang w:val="ru-RU"/>
        </w:rPr>
        <w:t>України</w:t>
      </w:r>
      <w:proofErr w:type="spellEnd"/>
      <w:r w:rsidRPr="00661E13">
        <w:rPr>
          <w:sz w:val="24"/>
          <w:szCs w:val="24"/>
          <w:lang w:val="ru-RU"/>
        </w:rPr>
        <w:t>;</w:t>
      </w:r>
      <w:r w:rsidRPr="00661E13">
        <w:rPr>
          <w:sz w:val="24"/>
          <w:szCs w:val="24"/>
          <w:lang w:val="ru-RU"/>
        </w:rPr>
        <w:br/>
        <w:t xml:space="preserve">   • б) </w:t>
      </w:r>
      <w:proofErr w:type="spellStart"/>
      <w:r w:rsidRPr="00661E13">
        <w:rPr>
          <w:sz w:val="24"/>
          <w:szCs w:val="24"/>
          <w:lang w:val="ru-RU"/>
        </w:rPr>
        <w:t>Фінансування</w:t>
      </w:r>
      <w:proofErr w:type="spellEnd"/>
      <w:r w:rsidRPr="00661E13">
        <w:rPr>
          <w:sz w:val="24"/>
          <w:szCs w:val="24"/>
          <w:lang w:val="ru-RU"/>
        </w:rPr>
        <w:t xml:space="preserve"> за бюджетно</w:t>
      </w:r>
      <w:r w:rsidRPr="00661E13">
        <w:rPr>
          <w:sz w:val="24"/>
          <w:szCs w:val="24"/>
          <w:lang w:val="ru-RU"/>
        </w:rPr>
        <w:t xml:space="preserve">ю </w:t>
      </w:r>
      <w:proofErr w:type="spellStart"/>
      <w:r w:rsidRPr="00661E13">
        <w:rPr>
          <w:sz w:val="24"/>
          <w:szCs w:val="24"/>
          <w:lang w:val="ru-RU"/>
        </w:rPr>
        <w:t>програмою</w:t>
      </w:r>
      <w:proofErr w:type="spellEnd"/>
      <w:r w:rsidRPr="00661E13">
        <w:rPr>
          <w:sz w:val="24"/>
          <w:szCs w:val="24"/>
          <w:lang w:val="ru-RU"/>
        </w:rPr>
        <w:t xml:space="preserve"> «</w:t>
      </w:r>
      <w:proofErr w:type="spellStart"/>
      <w:r w:rsidRPr="00661E13">
        <w:rPr>
          <w:sz w:val="24"/>
          <w:szCs w:val="24"/>
          <w:lang w:val="ru-RU"/>
        </w:rPr>
        <w:t>Розвиток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фізичної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культури</w:t>
      </w:r>
      <w:proofErr w:type="spellEnd"/>
      <w:r w:rsidRPr="00661E13">
        <w:rPr>
          <w:sz w:val="24"/>
          <w:szCs w:val="24"/>
          <w:lang w:val="ru-RU"/>
        </w:rPr>
        <w:t xml:space="preserve"> та спорту»;</w:t>
      </w:r>
      <w:r w:rsidRPr="00661E13">
        <w:rPr>
          <w:sz w:val="24"/>
          <w:szCs w:val="24"/>
          <w:lang w:val="ru-RU"/>
        </w:rPr>
        <w:br/>
        <w:t xml:space="preserve">   • в) </w:t>
      </w:r>
      <w:proofErr w:type="spellStart"/>
      <w:r w:rsidRPr="00661E13">
        <w:rPr>
          <w:sz w:val="24"/>
          <w:szCs w:val="24"/>
          <w:lang w:val="ru-RU"/>
        </w:rPr>
        <w:t>Групування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видатків</w:t>
      </w:r>
      <w:proofErr w:type="spellEnd"/>
      <w:r w:rsidRPr="00661E13">
        <w:rPr>
          <w:sz w:val="24"/>
          <w:szCs w:val="24"/>
          <w:lang w:val="ru-RU"/>
        </w:rPr>
        <w:t xml:space="preserve"> за </w:t>
      </w:r>
      <w:proofErr w:type="spellStart"/>
      <w:r w:rsidRPr="00661E13">
        <w:rPr>
          <w:sz w:val="24"/>
          <w:szCs w:val="24"/>
          <w:lang w:val="ru-RU"/>
        </w:rPr>
        <w:t>розділами</w:t>
      </w:r>
      <w:proofErr w:type="spellEnd"/>
      <w:r w:rsidRPr="00661E13">
        <w:rPr>
          <w:sz w:val="24"/>
          <w:szCs w:val="24"/>
          <w:lang w:val="ru-RU"/>
        </w:rPr>
        <w:t xml:space="preserve"> «</w:t>
      </w:r>
      <w:proofErr w:type="spellStart"/>
      <w:r w:rsidRPr="00661E13">
        <w:rPr>
          <w:sz w:val="24"/>
          <w:szCs w:val="24"/>
          <w:lang w:val="ru-RU"/>
        </w:rPr>
        <w:t>Охорона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здоров'я</w:t>
      </w:r>
      <w:proofErr w:type="spellEnd"/>
      <w:r w:rsidRPr="00661E13">
        <w:rPr>
          <w:sz w:val="24"/>
          <w:szCs w:val="24"/>
          <w:lang w:val="ru-RU"/>
        </w:rPr>
        <w:t>», «Оборона», «</w:t>
      </w:r>
      <w:proofErr w:type="spellStart"/>
      <w:r w:rsidRPr="00661E13">
        <w:rPr>
          <w:sz w:val="24"/>
          <w:szCs w:val="24"/>
          <w:lang w:val="ru-RU"/>
        </w:rPr>
        <w:t>Соціальний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захист</w:t>
      </w:r>
      <w:proofErr w:type="spellEnd"/>
      <w:r w:rsidRPr="00661E13">
        <w:rPr>
          <w:sz w:val="24"/>
          <w:szCs w:val="24"/>
          <w:lang w:val="ru-RU"/>
        </w:rPr>
        <w:t>».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A4B2C" w:rsidRPr="00661E13">
        <w:trPr>
          <w:jc w:val="center"/>
        </w:trPr>
        <w:tc>
          <w:tcPr>
            <w:tcW w:w="9360" w:type="dxa"/>
            <w:tcBorders>
              <w:top w:val="single" w:sz="6" w:space="0" w:color="1B365D"/>
              <w:left w:val="single" w:sz="12" w:space="0" w:color="1B365D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A4B2C" w:rsidRPr="00661E13" w:rsidRDefault="008358A5">
            <w:pPr>
              <w:spacing w:before="40" w:after="80"/>
              <w:rPr>
                <w:sz w:val="24"/>
                <w:szCs w:val="24"/>
                <w:lang w:val="ru-RU"/>
              </w:rPr>
            </w:pP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Місце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внесення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відповіді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>висновків</w:t>
            </w:r>
            <w:proofErr w:type="spellEnd"/>
            <w:r w:rsidRPr="00661E13">
              <w:rPr>
                <w:b/>
                <w:color w:val="1B365D"/>
                <w:sz w:val="24"/>
                <w:szCs w:val="24"/>
                <w:lang w:val="ru-RU"/>
              </w:rPr>
              <w:t xml:space="preserve"> студента: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</w:t>
            </w: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____________________________________________________________________________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___________________________________________________________________________________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___________________________________________________________________________________</w:t>
            </w:r>
          </w:p>
          <w:p w:rsidR="008A4B2C" w:rsidRPr="00661E13" w:rsidRDefault="008358A5">
            <w:pPr>
              <w:spacing w:before="40" w:after="40"/>
              <w:rPr>
                <w:sz w:val="24"/>
                <w:szCs w:val="24"/>
              </w:rPr>
            </w:pPr>
            <w:r w:rsidRPr="00661E13">
              <w:rPr>
                <w:color w:val="94A3B8"/>
                <w:sz w:val="24"/>
                <w:szCs w:val="24"/>
              </w:rPr>
              <w:t>___________</w:t>
            </w:r>
            <w:r w:rsidRPr="00661E13">
              <w:rPr>
                <w:color w:val="94A3B8"/>
                <w:sz w:val="24"/>
                <w:szCs w:val="24"/>
              </w:rPr>
              <w:t>________________________________________________________________________</w:t>
            </w:r>
          </w:p>
        </w:tc>
      </w:tr>
    </w:tbl>
    <w:p w:rsidR="008A4B2C" w:rsidRPr="00661E13" w:rsidRDefault="008A4B2C">
      <w:pPr>
        <w:spacing w:after="120"/>
        <w:rPr>
          <w:sz w:val="24"/>
          <w:szCs w:val="24"/>
        </w:rPr>
      </w:pPr>
    </w:p>
    <w:p w:rsidR="00555A74" w:rsidRPr="00555A74" w:rsidRDefault="009B2F7D" w:rsidP="00555A74">
      <w:pPr>
        <w:spacing w:after="0" w:line="240" w:lineRule="auto"/>
        <w:rPr>
          <w:b/>
          <w:color w:val="0F172A"/>
          <w:sz w:val="24"/>
          <w:szCs w:val="24"/>
          <w:lang w:val="ru-RU"/>
        </w:rPr>
      </w:pPr>
      <w:proofErr w:type="spellStart"/>
      <w:r w:rsidRPr="00661E13">
        <w:rPr>
          <w:b/>
          <w:color w:val="0F172A"/>
          <w:sz w:val="24"/>
          <w:szCs w:val="24"/>
          <w:lang w:val="ru-RU"/>
        </w:rPr>
        <w:t>Завдання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5</w:t>
      </w:r>
      <w:r w:rsidRPr="00661E13">
        <w:rPr>
          <w:b/>
          <w:color w:val="0F172A"/>
          <w:sz w:val="24"/>
          <w:szCs w:val="24"/>
          <w:lang w:val="ru-RU"/>
        </w:rPr>
        <w:t xml:space="preserve">. </w:t>
      </w:r>
      <w:r w:rsidR="00555A74" w:rsidRPr="00555A74">
        <w:rPr>
          <w:b/>
          <w:color w:val="0F172A"/>
          <w:sz w:val="24"/>
          <w:szCs w:val="24"/>
          <w:lang w:val="ru-RU"/>
        </w:rPr>
        <w:t xml:space="preserve">Практична </w:t>
      </w:r>
      <w:proofErr w:type="spellStart"/>
      <w:r w:rsidR="00555A74" w:rsidRPr="00555A74">
        <w:rPr>
          <w:b/>
          <w:color w:val="0F172A"/>
          <w:sz w:val="24"/>
          <w:szCs w:val="24"/>
          <w:lang w:val="ru-RU"/>
        </w:rPr>
        <w:t>розмежованість</w:t>
      </w:r>
      <w:proofErr w:type="spellEnd"/>
      <w:r w:rsidR="00555A74" w:rsidRPr="00555A74">
        <w:rPr>
          <w:b/>
          <w:color w:val="0F172A"/>
          <w:sz w:val="24"/>
          <w:szCs w:val="24"/>
          <w:lang w:val="ru-RU"/>
        </w:rPr>
        <w:t xml:space="preserve"> та </w:t>
      </w:r>
      <w:proofErr w:type="spellStart"/>
      <w:r w:rsidR="00555A74" w:rsidRPr="00555A74">
        <w:rPr>
          <w:b/>
          <w:color w:val="0F172A"/>
          <w:sz w:val="24"/>
          <w:szCs w:val="24"/>
          <w:lang w:val="ru-RU"/>
        </w:rPr>
        <w:t>ідентифікація</w:t>
      </w:r>
      <w:proofErr w:type="spellEnd"/>
      <w:r w:rsidR="00555A74" w:rsidRPr="00555A74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="00555A74" w:rsidRPr="00555A74">
        <w:rPr>
          <w:b/>
          <w:color w:val="0F172A"/>
          <w:sz w:val="24"/>
          <w:szCs w:val="24"/>
          <w:lang w:val="ru-RU"/>
        </w:rPr>
        <w:t>категорій</w:t>
      </w:r>
      <w:proofErr w:type="spellEnd"/>
      <w:r w:rsidR="00555A74" w:rsidRPr="00555A74">
        <w:rPr>
          <w:b/>
          <w:color w:val="0F172A"/>
          <w:sz w:val="24"/>
          <w:szCs w:val="24"/>
          <w:lang w:val="ru-RU"/>
        </w:rPr>
        <w:t xml:space="preserve"> «доходи бюджету» та «</w:t>
      </w:r>
      <w:proofErr w:type="spellStart"/>
      <w:r w:rsidR="00555A74" w:rsidRPr="00555A74">
        <w:rPr>
          <w:b/>
          <w:color w:val="0F172A"/>
          <w:sz w:val="24"/>
          <w:szCs w:val="24"/>
          <w:lang w:val="ru-RU"/>
        </w:rPr>
        <w:t>надходження</w:t>
      </w:r>
      <w:proofErr w:type="spellEnd"/>
      <w:r w:rsidR="00555A74" w:rsidRPr="00555A74">
        <w:rPr>
          <w:b/>
          <w:color w:val="0F172A"/>
          <w:sz w:val="24"/>
          <w:szCs w:val="24"/>
          <w:lang w:val="ru-RU"/>
        </w:rPr>
        <w:t xml:space="preserve"> бюджету»</w:t>
      </w:r>
    </w:p>
    <w:p w:rsidR="00555A74" w:rsidRPr="00555A74" w:rsidRDefault="00555A74" w:rsidP="009B2F7D">
      <w:pPr>
        <w:spacing w:after="80"/>
        <w:rPr>
          <w:sz w:val="24"/>
          <w:szCs w:val="24"/>
          <w:lang w:val="ru-RU"/>
        </w:rPr>
      </w:pPr>
      <w:proofErr w:type="spellStart"/>
      <w:r w:rsidRPr="00555A74">
        <w:rPr>
          <w:sz w:val="24"/>
          <w:szCs w:val="24"/>
          <w:lang w:val="ru-RU"/>
        </w:rPr>
        <w:t>Інструкція</w:t>
      </w:r>
      <w:proofErr w:type="spellEnd"/>
      <w:r w:rsidRPr="00555A74">
        <w:rPr>
          <w:sz w:val="24"/>
          <w:szCs w:val="24"/>
          <w:lang w:val="ru-RU"/>
        </w:rPr>
        <w:t xml:space="preserve"> для студента: </w:t>
      </w:r>
      <w:proofErr w:type="spellStart"/>
      <w:r w:rsidRPr="00555A74">
        <w:rPr>
          <w:sz w:val="24"/>
          <w:szCs w:val="24"/>
          <w:lang w:val="ru-RU"/>
        </w:rPr>
        <w:t>Проаналізуйте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наведені</w:t>
      </w:r>
      <w:proofErr w:type="spellEnd"/>
      <w:r w:rsidRPr="00555A74">
        <w:rPr>
          <w:sz w:val="24"/>
          <w:szCs w:val="24"/>
          <w:lang w:val="ru-RU"/>
        </w:rPr>
        <w:t xml:space="preserve"> у </w:t>
      </w:r>
      <w:proofErr w:type="spellStart"/>
      <w:r w:rsidRPr="00555A74">
        <w:rPr>
          <w:sz w:val="24"/>
          <w:szCs w:val="24"/>
          <w:lang w:val="ru-RU"/>
        </w:rPr>
        <w:t>першій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колонці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фінансові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операції</w:t>
      </w:r>
      <w:proofErr w:type="spellEnd"/>
      <w:r w:rsidRPr="00555A74">
        <w:rPr>
          <w:sz w:val="24"/>
          <w:szCs w:val="24"/>
          <w:lang w:val="ru-RU"/>
        </w:rPr>
        <w:t xml:space="preserve"> та </w:t>
      </w:r>
      <w:proofErr w:type="spellStart"/>
      <w:r w:rsidRPr="00555A74">
        <w:rPr>
          <w:sz w:val="24"/>
          <w:szCs w:val="24"/>
          <w:lang w:val="ru-RU"/>
        </w:rPr>
        <w:t>джерела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формування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фінансових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ресурсів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держави</w:t>
      </w:r>
      <w:proofErr w:type="spellEnd"/>
      <w:r w:rsidRPr="00555A74">
        <w:rPr>
          <w:sz w:val="24"/>
          <w:szCs w:val="24"/>
          <w:lang w:val="ru-RU"/>
        </w:rPr>
        <w:t xml:space="preserve">. У </w:t>
      </w:r>
      <w:proofErr w:type="spellStart"/>
      <w:r w:rsidRPr="00555A74">
        <w:rPr>
          <w:sz w:val="24"/>
          <w:szCs w:val="24"/>
          <w:lang w:val="ru-RU"/>
        </w:rPr>
        <w:t>другій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колонці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визначте</w:t>
      </w:r>
      <w:proofErr w:type="spellEnd"/>
      <w:r w:rsidRPr="00555A74">
        <w:rPr>
          <w:sz w:val="24"/>
          <w:szCs w:val="24"/>
          <w:lang w:val="ru-RU"/>
        </w:rPr>
        <w:t xml:space="preserve"> й </w:t>
      </w:r>
      <w:proofErr w:type="spellStart"/>
      <w:r w:rsidRPr="00555A74">
        <w:rPr>
          <w:sz w:val="24"/>
          <w:szCs w:val="24"/>
          <w:lang w:val="ru-RU"/>
        </w:rPr>
        <w:t>впишіть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категорію</w:t>
      </w:r>
      <w:proofErr w:type="spellEnd"/>
      <w:r w:rsidRPr="00555A74">
        <w:rPr>
          <w:sz w:val="24"/>
          <w:szCs w:val="24"/>
          <w:lang w:val="ru-RU"/>
        </w:rPr>
        <w:t xml:space="preserve"> ресурсу: «</w:t>
      </w:r>
      <w:proofErr w:type="spellStart"/>
      <w:r w:rsidRPr="00555A74">
        <w:rPr>
          <w:sz w:val="24"/>
          <w:szCs w:val="24"/>
          <w:lang w:val="ru-RU"/>
        </w:rPr>
        <w:t>Дохід</w:t>
      </w:r>
      <w:proofErr w:type="spellEnd"/>
      <w:r w:rsidRPr="00555A74">
        <w:rPr>
          <w:sz w:val="24"/>
          <w:szCs w:val="24"/>
          <w:lang w:val="ru-RU"/>
        </w:rPr>
        <w:t xml:space="preserve"> бюджету» (</w:t>
      </w:r>
      <w:proofErr w:type="spellStart"/>
      <w:r w:rsidRPr="00555A74">
        <w:rPr>
          <w:sz w:val="24"/>
          <w:szCs w:val="24"/>
          <w:lang w:val="ru-RU"/>
        </w:rPr>
        <w:t>який</w:t>
      </w:r>
      <w:proofErr w:type="spellEnd"/>
      <w:r w:rsidRPr="00555A74">
        <w:rPr>
          <w:sz w:val="24"/>
          <w:szCs w:val="24"/>
          <w:lang w:val="ru-RU"/>
        </w:rPr>
        <w:t xml:space="preserve"> є </w:t>
      </w:r>
      <w:proofErr w:type="spellStart"/>
      <w:r w:rsidRPr="00555A74">
        <w:rPr>
          <w:sz w:val="24"/>
          <w:szCs w:val="24"/>
          <w:lang w:val="ru-RU"/>
        </w:rPr>
        <w:t>безповоротною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складовою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надходжень</w:t>
      </w:r>
      <w:proofErr w:type="spellEnd"/>
      <w:r w:rsidRPr="00555A74">
        <w:rPr>
          <w:sz w:val="24"/>
          <w:szCs w:val="24"/>
          <w:lang w:val="ru-RU"/>
        </w:rPr>
        <w:t xml:space="preserve">) </w:t>
      </w:r>
      <w:proofErr w:type="spellStart"/>
      <w:r w:rsidRPr="00555A74">
        <w:rPr>
          <w:sz w:val="24"/>
          <w:szCs w:val="24"/>
          <w:lang w:val="ru-RU"/>
        </w:rPr>
        <w:t>чи</w:t>
      </w:r>
      <w:proofErr w:type="spellEnd"/>
      <w:r w:rsidRPr="00555A74">
        <w:rPr>
          <w:sz w:val="24"/>
          <w:szCs w:val="24"/>
          <w:lang w:val="ru-RU"/>
        </w:rPr>
        <w:t xml:space="preserve"> «</w:t>
      </w:r>
      <w:proofErr w:type="spellStart"/>
      <w:r w:rsidRPr="00555A74">
        <w:rPr>
          <w:sz w:val="24"/>
          <w:szCs w:val="24"/>
          <w:lang w:val="ru-RU"/>
        </w:rPr>
        <w:t>Надходження</w:t>
      </w:r>
      <w:proofErr w:type="spellEnd"/>
      <w:r w:rsidRPr="00555A74">
        <w:rPr>
          <w:sz w:val="24"/>
          <w:szCs w:val="24"/>
          <w:lang w:val="ru-RU"/>
        </w:rPr>
        <w:t xml:space="preserve"> бюджету, </w:t>
      </w:r>
      <w:proofErr w:type="spellStart"/>
      <w:r w:rsidRPr="00555A74">
        <w:rPr>
          <w:sz w:val="24"/>
          <w:szCs w:val="24"/>
          <w:lang w:val="ru-RU"/>
        </w:rPr>
        <w:t>що</w:t>
      </w:r>
      <w:proofErr w:type="spellEnd"/>
      <w:r w:rsidRPr="00555A74">
        <w:rPr>
          <w:sz w:val="24"/>
          <w:szCs w:val="24"/>
          <w:lang w:val="ru-RU"/>
        </w:rPr>
        <w:t xml:space="preserve"> не є доходом» (</w:t>
      </w:r>
      <w:proofErr w:type="spellStart"/>
      <w:r w:rsidRPr="00555A74">
        <w:rPr>
          <w:sz w:val="24"/>
          <w:szCs w:val="24"/>
          <w:lang w:val="ru-RU"/>
        </w:rPr>
        <w:t>джерела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фінансування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дефіциту</w:t>
      </w:r>
      <w:proofErr w:type="spellEnd"/>
      <w:r w:rsidRPr="00555A74">
        <w:rPr>
          <w:sz w:val="24"/>
          <w:szCs w:val="24"/>
          <w:lang w:val="ru-RU"/>
        </w:rPr>
        <w:t xml:space="preserve">, </w:t>
      </w:r>
      <w:proofErr w:type="spellStart"/>
      <w:r w:rsidRPr="00555A74">
        <w:rPr>
          <w:sz w:val="24"/>
          <w:szCs w:val="24"/>
          <w:lang w:val="ru-RU"/>
        </w:rPr>
        <w:t>повернення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кредитів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тощо</w:t>
      </w:r>
      <w:proofErr w:type="spellEnd"/>
      <w:r w:rsidRPr="00555A74">
        <w:rPr>
          <w:sz w:val="24"/>
          <w:szCs w:val="24"/>
          <w:lang w:val="ru-RU"/>
        </w:rPr>
        <w:t xml:space="preserve">), та додайте </w:t>
      </w:r>
      <w:proofErr w:type="spellStart"/>
      <w:r w:rsidRPr="00555A74">
        <w:rPr>
          <w:sz w:val="24"/>
          <w:szCs w:val="24"/>
          <w:lang w:val="ru-RU"/>
        </w:rPr>
        <w:t>коротке</w:t>
      </w:r>
      <w:proofErr w:type="spellEnd"/>
      <w:r w:rsidRPr="00555A74">
        <w:rPr>
          <w:sz w:val="24"/>
          <w:szCs w:val="24"/>
          <w:lang w:val="ru-RU"/>
        </w:rPr>
        <w:t xml:space="preserve"> </w:t>
      </w:r>
      <w:proofErr w:type="spellStart"/>
      <w:r w:rsidRPr="00555A74">
        <w:rPr>
          <w:sz w:val="24"/>
          <w:szCs w:val="24"/>
          <w:lang w:val="ru-RU"/>
        </w:rPr>
        <w:t>обґрунтування</w:t>
      </w:r>
      <w:proofErr w:type="spellEnd"/>
      <w:r w:rsidR="009B2F7D" w:rsidRPr="00661E13">
        <w:rPr>
          <w:sz w:val="24"/>
          <w:szCs w:val="24"/>
          <w:lang w:val="ru-RU"/>
        </w:rPr>
        <w:t xml:space="preserve"> за </w:t>
      </w:r>
      <w:proofErr w:type="spellStart"/>
      <w:r w:rsidR="009B2F7D" w:rsidRPr="00661E13">
        <w:rPr>
          <w:sz w:val="24"/>
          <w:szCs w:val="24"/>
          <w:lang w:val="ru-RU"/>
        </w:rPr>
        <w:t>Бюджетним</w:t>
      </w:r>
      <w:proofErr w:type="spellEnd"/>
      <w:r w:rsidR="009B2F7D" w:rsidRPr="00661E13">
        <w:rPr>
          <w:sz w:val="24"/>
          <w:szCs w:val="24"/>
          <w:lang w:val="ru-RU"/>
        </w:rPr>
        <w:t xml:space="preserve"> кодексом </w:t>
      </w:r>
      <w:proofErr w:type="spellStart"/>
      <w:r w:rsidR="009B2F7D" w:rsidRPr="00661E13">
        <w:rPr>
          <w:sz w:val="24"/>
          <w:szCs w:val="24"/>
          <w:lang w:val="ru-RU"/>
        </w:rPr>
        <w:t>України</w:t>
      </w:r>
      <w:proofErr w:type="spellEnd"/>
      <w:r w:rsidRPr="00555A74">
        <w:rPr>
          <w:sz w:val="24"/>
          <w:szCs w:val="24"/>
          <w:lang w:val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"/>
        <w:gridCol w:w="5337"/>
        <w:gridCol w:w="4333"/>
      </w:tblGrid>
      <w:tr w:rsidR="00555A74" w:rsidRPr="00555A74" w:rsidTr="009B2F7D">
        <w:trPr>
          <w:divId w:val="1107191929"/>
        </w:trPr>
        <w:tc>
          <w:tcPr>
            <w:tcW w:w="0" w:type="auto"/>
            <w:shd w:val="clear" w:color="auto" w:fill="365F91" w:themeFill="accent1" w:themeFillShade="BF"/>
            <w:hideMark/>
          </w:tcPr>
          <w:p w:rsidR="00555A74" w:rsidRPr="00555A74" w:rsidRDefault="00555A74" w:rsidP="00661E13">
            <w:pPr>
              <w:spacing w:after="0"/>
              <w:rPr>
                <w:b/>
                <w:color w:val="FFFFFF"/>
                <w:sz w:val="24"/>
                <w:szCs w:val="24"/>
              </w:rPr>
            </w:pPr>
            <w:r w:rsidRPr="00555A74">
              <w:rPr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0" w:type="auto"/>
            <w:shd w:val="clear" w:color="auto" w:fill="365F91" w:themeFill="accent1" w:themeFillShade="BF"/>
            <w:hideMark/>
          </w:tcPr>
          <w:p w:rsidR="00555A74" w:rsidRPr="00555A74" w:rsidRDefault="00555A74" w:rsidP="00661E13">
            <w:pPr>
              <w:spacing w:after="0"/>
              <w:rPr>
                <w:b/>
                <w:color w:val="FFFFFF"/>
                <w:sz w:val="24"/>
                <w:szCs w:val="24"/>
              </w:rPr>
            </w:pPr>
            <w:proofErr w:type="spellStart"/>
            <w:r w:rsidRPr="00555A74">
              <w:rPr>
                <w:b/>
                <w:color w:val="FFFFFF"/>
                <w:sz w:val="24"/>
                <w:szCs w:val="24"/>
              </w:rPr>
              <w:t>Перелік</w:t>
            </w:r>
            <w:proofErr w:type="spellEnd"/>
            <w:r w:rsidRPr="00555A74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555A74">
              <w:rPr>
                <w:b/>
                <w:color w:val="FFFFFF"/>
                <w:sz w:val="24"/>
                <w:szCs w:val="24"/>
              </w:rPr>
              <w:t>операцій</w:t>
            </w:r>
            <w:proofErr w:type="spellEnd"/>
            <w:r w:rsidRPr="00555A74">
              <w:rPr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555A74">
              <w:rPr>
                <w:b/>
                <w:color w:val="FFFFFF"/>
                <w:sz w:val="24"/>
                <w:szCs w:val="24"/>
              </w:rPr>
              <w:t>джерел</w:t>
            </w:r>
            <w:proofErr w:type="spellEnd"/>
            <w:r w:rsidRPr="00555A74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555A74">
              <w:rPr>
                <w:b/>
                <w:color w:val="FFFFFF"/>
                <w:sz w:val="24"/>
                <w:szCs w:val="24"/>
              </w:rPr>
              <w:t>фінансових</w:t>
            </w:r>
            <w:proofErr w:type="spellEnd"/>
            <w:r w:rsidRPr="00555A74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555A74">
              <w:rPr>
                <w:b/>
                <w:color w:val="FFFFFF"/>
                <w:sz w:val="24"/>
                <w:szCs w:val="24"/>
              </w:rPr>
              <w:t>ресурсів</w:t>
            </w:r>
            <w:proofErr w:type="spellEnd"/>
          </w:p>
        </w:tc>
        <w:tc>
          <w:tcPr>
            <w:tcW w:w="0" w:type="auto"/>
            <w:shd w:val="clear" w:color="auto" w:fill="365F91" w:themeFill="accent1" w:themeFillShade="BF"/>
            <w:hideMark/>
          </w:tcPr>
          <w:p w:rsidR="00555A74" w:rsidRPr="00555A74" w:rsidRDefault="009B2F7D" w:rsidP="00661E13">
            <w:pPr>
              <w:spacing w:after="0"/>
              <w:rPr>
                <w:b/>
                <w:color w:val="FFFFFF"/>
                <w:sz w:val="24"/>
                <w:szCs w:val="24"/>
                <w:lang w:val="ru-RU"/>
              </w:rPr>
            </w:pPr>
            <w:r w:rsidRPr="00661E13">
              <w:rPr>
                <w:b/>
                <w:color w:val="FFFFFF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55A74" w:rsidRPr="00555A74">
              <w:rPr>
                <w:b/>
                <w:color w:val="FFFFFF"/>
                <w:sz w:val="24"/>
                <w:szCs w:val="24"/>
                <w:lang w:val="ru-RU"/>
              </w:rPr>
              <w:t>Дохід</w:t>
            </w:r>
            <w:proofErr w:type="spellEnd"/>
            <w:r w:rsidR="00555A74" w:rsidRPr="00555A74">
              <w:rPr>
                <w:b/>
                <w:color w:val="FFFFFF"/>
                <w:sz w:val="24"/>
                <w:szCs w:val="24"/>
                <w:lang w:val="ru-RU"/>
              </w:rPr>
              <w:t xml:space="preserve"> бюджету </w:t>
            </w:r>
            <w:proofErr w:type="spellStart"/>
            <w:r w:rsidR="00555A74" w:rsidRPr="00555A74">
              <w:rPr>
                <w:b/>
                <w:color w:val="FFFFFF"/>
                <w:sz w:val="24"/>
                <w:szCs w:val="24"/>
                <w:lang w:val="ru-RU"/>
              </w:rPr>
              <w:t>ч</w:t>
            </w:r>
            <w:r w:rsidRPr="00661E13">
              <w:rPr>
                <w:b/>
                <w:color w:val="FFFFFF"/>
                <w:sz w:val="24"/>
                <w:szCs w:val="24"/>
                <w:lang w:val="ru-RU"/>
              </w:rPr>
              <w:t>и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1E13">
              <w:rPr>
                <w:b/>
                <w:color w:val="FFFFFF"/>
                <w:sz w:val="24"/>
                <w:szCs w:val="24"/>
                <w:lang w:val="ru-RU"/>
              </w:rPr>
              <w:t>Надходження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61E13">
              <w:rPr>
                <w:b/>
                <w:color w:val="FFFFFF"/>
                <w:sz w:val="24"/>
                <w:szCs w:val="24"/>
                <w:lang w:val="ru-RU"/>
              </w:rPr>
              <w:t>що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  <w:lang w:val="ru-RU"/>
              </w:rPr>
              <w:t xml:space="preserve"> не є доходом (</w:t>
            </w:r>
            <w:proofErr w:type="spellStart"/>
            <w:r w:rsidRPr="00661E13">
              <w:rPr>
                <w:b/>
                <w:color w:val="FFFFFF"/>
                <w:sz w:val="24"/>
                <w:szCs w:val="24"/>
                <w:lang w:val="ru-RU"/>
              </w:rPr>
              <w:t>вписати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  <w:lang w:val="ru-RU"/>
              </w:rPr>
              <w:t>)</w:t>
            </w: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Надходження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сплати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податку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додану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вартість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(ПДВ)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Кошти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отримані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випуску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розміщення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державних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облігацій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(ОВДП)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Повернення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55A74">
              <w:rPr>
                <w:sz w:val="24"/>
                <w:szCs w:val="24"/>
                <w:lang w:val="ru-RU"/>
              </w:rPr>
              <w:t>до бюджету</w:t>
            </w:r>
            <w:proofErr w:type="gram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раніше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наданого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r w:rsidRPr="00555A74">
              <w:rPr>
                <w:sz w:val="24"/>
                <w:szCs w:val="24"/>
                <w:lang w:val="ru-RU"/>
              </w:rPr>
              <w:lastRenderedPageBreak/>
              <w:t xml:space="preserve">кредиту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підприємству</w:t>
            </w:r>
            <w:proofErr w:type="spellEnd"/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Кошти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приватизації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об'єкта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державної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власності</w:t>
            </w:r>
            <w:proofErr w:type="spellEnd"/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Отримання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безповоротної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грантової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допомоги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іноземного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уряду (трансферт)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Адміністративні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збори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платежі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надання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державних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послуг</w:t>
            </w:r>
            <w:proofErr w:type="spellEnd"/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Повернення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бюджетних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коштів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з депозитного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рахунку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в банку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Дивіденди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нараховані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частку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держави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в статутному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капіталі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АТ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Надходження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внаслідок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продажу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цінних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паперів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що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належат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державі</w:t>
            </w:r>
            <w:proofErr w:type="spellEnd"/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555A74" w:rsidRPr="00555A74">
        <w:trPr>
          <w:divId w:val="1107191929"/>
        </w:trPr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r w:rsidRPr="00555A74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  <w:proofErr w:type="spellStart"/>
            <w:r w:rsidRPr="00555A74">
              <w:rPr>
                <w:sz w:val="24"/>
                <w:szCs w:val="24"/>
                <w:lang w:val="ru-RU"/>
              </w:rPr>
              <w:t>Надходження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продажу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державних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запасів</w:t>
            </w:r>
            <w:proofErr w:type="spellEnd"/>
            <w:r w:rsidRPr="00555A74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555A74">
              <w:rPr>
                <w:sz w:val="24"/>
                <w:szCs w:val="24"/>
                <w:lang w:val="ru-RU"/>
              </w:rPr>
              <w:t>резервів</w:t>
            </w:r>
            <w:proofErr w:type="spellEnd"/>
          </w:p>
        </w:tc>
        <w:tc>
          <w:tcPr>
            <w:tcW w:w="0" w:type="auto"/>
            <w:hideMark/>
          </w:tcPr>
          <w:p w:rsidR="00555A74" w:rsidRPr="00555A74" w:rsidRDefault="00555A74" w:rsidP="00661E1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</w:tbl>
    <w:p w:rsidR="008A4B2C" w:rsidRPr="00661E13" w:rsidRDefault="008A4B2C">
      <w:pPr>
        <w:spacing w:after="120"/>
        <w:rPr>
          <w:sz w:val="24"/>
          <w:szCs w:val="24"/>
        </w:rPr>
      </w:pPr>
    </w:p>
    <w:p w:rsidR="008A4B2C" w:rsidRPr="00661E13" w:rsidRDefault="009B2F7D">
      <w:pPr>
        <w:keepNext/>
        <w:spacing w:before="200" w:after="80"/>
        <w:rPr>
          <w:sz w:val="24"/>
          <w:szCs w:val="24"/>
          <w:lang w:val="ru-RU"/>
        </w:rPr>
      </w:pPr>
      <w:proofErr w:type="spellStart"/>
      <w:r w:rsidRPr="00661E13">
        <w:rPr>
          <w:b/>
          <w:color w:val="0F172A"/>
          <w:sz w:val="24"/>
          <w:szCs w:val="24"/>
          <w:lang w:val="ru-RU"/>
        </w:rPr>
        <w:t>Завдання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6</w:t>
      </w:r>
      <w:r w:rsidR="008358A5" w:rsidRPr="00661E13">
        <w:rPr>
          <w:b/>
          <w:color w:val="0F172A"/>
          <w:sz w:val="24"/>
          <w:szCs w:val="24"/>
          <w:lang w:val="ru-RU"/>
        </w:rPr>
        <w:t xml:space="preserve">.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Оцінка</w:t>
      </w:r>
      <w:proofErr w:type="spellEnd"/>
      <w:r w:rsidR="008358A5"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показників</w:t>
      </w:r>
      <w:proofErr w:type="spellEnd"/>
      <w:r w:rsidR="008358A5" w:rsidRPr="00661E13">
        <w:rPr>
          <w:b/>
          <w:color w:val="0F172A"/>
          <w:sz w:val="24"/>
          <w:szCs w:val="24"/>
          <w:lang w:val="ru-RU"/>
        </w:rPr>
        <w:t xml:space="preserve"> стану бюджету та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систематизація</w:t>
      </w:r>
      <w:proofErr w:type="spellEnd"/>
      <w:r w:rsidR="008358A5" w:rsidRPr="00661E13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видів</w:t>
      </w:r>
      <w:proofErr w:type="spellEnd"/>
      <w:r w:rsidR="008358A5" w:rsidRPr="00661E13">
        <w:rPr>
          <w:b/>
          <w:color w:val="0F172A"/>
          <w:sz w:val="24"/>
          <w:szCs w:val="24"/>
          <w:lang w:val="ru-RU"/>
        </w:rPr>
        <w:t xml:space="preserve"> бюджетного </w:t>
      </w:r>
      <w:proofErr w:type="spellStart"/>
      <w:r w:rsidR="008358A5" w:rsidRPr="00661E13">
        <w:rPr>
          <w:b/>
          <w:color w:val="0F172A"/>
          <w:sz w:val="24"/>
          <w:szCs w:val="24"/>
          <w:lang w:val="ru-RU"/>
        </w:rPr>
        <w:t>дефіциту</w:t>
      </w:r>
      <w:proofErr w:type="spellEnd"/>
    </w:p>
    <w:p w:rsidR="008A4B2C" w:rsidRPr="00661E13" w:rsidRDefault="008358A5">
      <w:pPr>
        <w:spacing w:after="80"/>
        <w:rPr>
          <w:sz w:val="24"/>
          <w:szCs w:val="24"/>
          <w:lang w:val="ru-RU"/>
        </w:rPr>
      </w:pPr>
      <w:proofErr w:type="spellStart"/>
      <w:r w:rsidRPr="00661E13">
        <w:rPr>
          <w:sz w:val="24"/>
          <w:szCs w:val="24"/>
          <w:lang w:val="ru-RU"/>
        </w:rPr>
        <w:t>Бюджетний</w:t>
      </w:r>
      <w:proofErr w:type="spellEnd"/>
      <w:r w:rsidRPr="00661E13">
        <w:rPr>
          <w:sz w:val="24"/>
          <w:szCs w:val="24"/>
          <w:lang w:val="ru-RU"/>
        </w:rPr>
        <w:t xml:space="preserve"> стан </w:t>
      </w:r>
      <w:proofErr w:type="spellStart"/>
      <w:r w:rsidRPr="00661E13">
        <w:rPr>
          <w:sz w:val="24"/>
          <w:szCs w:val="24"/>
          <w:lang w:val="ru-RU"/>
        </w:rPr>
        <w:t>характеризується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рівновагою</w:t>
      </w:r>
      <w:proofErr w:type="spellEnd"/>
      <w:r w:rsidRPr="00661E13">
        <w:rPr>
          <w:sz w:val="24"/>
          <w:szCs w:val="24"/>
          <w:lang w:val="ru-RU"/>
        </w:rPr>
        <w:t xml:space="preserve">, </w:t>
      </w:r>
      <w:proofErr w:type="spellStart"/>
      <w:r w:rsidRPr="00661E13">
        <w:rPr>
          <w:sz w:val="24"/>
          <w:szCs w:val="24"/>
          <w:lang w:val="ru-RU"/>
        </w:rPr>
        <w:t>дефіцитом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або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профіцитом</w:t>
      </w:r>
      <w:proofErr w:type="spellEnd"/>
      <w:r w:rsidRPr="00661E13">
        <w:rPr>
          <w:sz w:val="24"/>
          <w:szCs w:val="24"/>
          <w:lang w:val="ru-RU"/>
        </w:rPr>
        <w:t xml:space="preserve">. </w:t>
      </w:r>
      <w:proofErr w:type="spellStart"/>
      <w:r w:rsidRPr="00661E13">
        <w:rPr>
          <w:sz w:val="24"/>
          <w:szCs w:val="24"/>
          <w:lang w:val="ru-RU"/>
        </w:rPr>
        <w:t>Перевищення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видатків</w:t>
      </w:r>
      <w:proofErr w:type="spellEnd"/>
      <w:r w:rsidRPr="00661E13">
        <w:rPr>
          <w:sz w:val="24"/>
          <w:szCs w:val="24"/>
          <w:lang w:val="ru-RU"/>
        </w:rPr>
        <w:t xml:space="preserve"> над доходами </w:t>
      </w:r>
      <w:proofErr w:type="spellStart"/>
      <w:r w:rsidRPr="00661E13">
        <w:rPr>
          <w:sz w:val="24"/>
          <w:szCs w:val="24"/>
          <w:lang w:val="ru-RU"/>
        </w:rPr>
        <w:t>утворює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дефіцит</w:t>
      </w:r>
      <w:proofErr w:type="spellEnd"/>
      <w:r w:rsidRPr="00661E13">
        <w:rPr>
          <w:sz w:val="24"/>
          <w:szCs w:val="24"/>
          <w:lang w:val="ru-RU"/>
        </w:rPr>
        <w:t>.</w:t>
      </w:r>
    </w:p>
    <w:p w:rsidR="008A4B2C" w:rsidRPr="00661E13" w:rsidRDefault="008358A5">
      <w:pPr>
        <w:spacing w:after="80"/>
        <w:rPr>
          <w:sz w:val="24"/>
          <w:szCs w:val="24"/>
          <w:lang w:val="ru-RU"/>
        </w:rPr>
      </w:pPr>
      <w:r w:rsidRPr="00661E13">
        <w:rPr>
          <w:sz w:val="24"/>
          <w:szCs w:val="24"/>
          <w:lang w:val="ru-RU"/>
        </w:rPr>
        <w:t xml:space="preserve">1. </w:t>
      </w:r>
      <w:proofErr w:type="spellStart"/>
      <w:r w:rsidRPr="00661E13">
        <w:rPr>
          <w:sz w:val="24"/>
          <w:szCs w:val="24"/>
          <w:lang w:val="ru-RU"/>
        </w:rPr>
        <w:t>Заповніть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аналітичну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таблицю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щодо</w:t>
      </w:r>
      <w:proofErr w:type="spellEnd"/>
      <w:r w:rsidRPr="00661E13">
        <w:rPr>
          <w:sz w:val="24"/>
          <w:szCs w:val="24"/>
          <w:lang w:val="ru-RU"/>
        </w:rPr>
        <w:t xml:space="preserve"> </w:t>
      </w:r>
      <w:proofErr w:type="spellStart"/>
      <w:r w:rsidRPr="00661E13">
        <w:rPr>
          <w:sz w:val="24"/>
          <w:szCs w:val="24"/>
          <w:lang w:val="ru-RU"/>
        </w:rPr>
        <w:t>видів</w:t>
      </w:r>
      <w:proofErr w:type="spellEnd"/>
      <w:r w:rsidRPr="00661E13">
        <w:rPr>
          <w:sz w:val="24"/>
          <w:szCs w:val="24"/>
          <w:lang w:val="ru-RU"/>
        </w:rPr>
        <w:t xml:space="preserve"> бюджетного </w:t>
      </w:r>
      <w:proofErr w:type="spellStart"/>
      <w:r w:rsidRPr="00661E13">
        <w:rPr>
          <w:sz w:val="24"/>
          <w:szCs w:val="24"/>
          <w:lang w:val="ru-RU"/>
        </w:rPr>
        <w:t>дефіциту</w:t>
      </w:r>
      <w:proofErr w:type="spellEnd"/>
      <w:r w:rsidRPr="00661E13">
        <w:rPr>
          <w:sz w:val="24"/>
          <w:szCs w:val="24"/>
          <w:lang w:val="ru-RU"/>
        </w:rPr>
        <w:t>: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168"/>
        <w:gridCol w:w="3600"/>
      </w:tblGrid>
      <w:tr w:rsidR="008A4B2C" w:rsidRPr="00661E13">
        <w:trPr>
          <w:jc w:val="center"/>
        </w:trPr>
        <w:tc>
          <w:tcPr>
            <w:tcW w:w="2592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proofErr w:type="spellStart"/>
            <w:r w:rsidRPr="00661E13">
              <w:rPr>
                <w:b/>
                <w:color w:val="FFFFFF"/>
                <w:sz w:val="24"/>
                <w:szCs w:val="24"/>
              </w:rPr>
              <w:t>Ознака</w:t>
            </w:r>
            <w:proofErr w:type="spellEnd"/>
            <w:r w:rsidRPr="00661E13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61E13">
              <w:rPr>
                <w:b/>
                <w:color w:val="FFFFFF"/>
                <w:sz w:val="24"/>
                <w:szCs w:val="24"/>
              </w:rPr>
              <w:t>классифікації</w:t>
            </w:r>
            <w:proofErr w:type="spellEnd"/>
          </w:p>
        </w:tc>
        <w:tc>
          <w:tcPr>
            <w:tcW w:w="3168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color w:val="FFFFFF"/>
                <w:sz w:val="24"/>
                <w:szCs w:val="24"/>
              </w:rPr>
              <w:t>Різновиди</w:t>
            </w:r>
            <w:r w:rsidRPr="00661E13">
              <w:rPr>
                <w:b/>
                <w:color w:val="FFFFFF"/>
                <w:sz w:val="24"/>
                <w:szCs w:val="24"/>
              </w:rPr>
              <w:t xml:space="preserve"> бюджетного дефіциту</w:t>
            </w:r>
          </w:p>
        </w:tc>
        <w:tc>
          <w:tcPr>
            <w:tcW w:w="3600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color w:val="FFFFFF"/>
                <w:sz w:val="24"/>
                <w:szCs w:val="24"/>
              </w:rPr>
              <w:t>Економічний зміст та наслідки</w:t>
            </w:r>
          </w:p>
        </w:tc>
      </w:tr>
      <w:tr w:rsidR="008A4B2C" w:rsidRPr="00661E13">
        <w:trPr>
          <w:jc w:val="center"/>
        </w:trPr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sz w:val="24"/>
                <w:szCs w:val="24"/>
              </w:rPr>
              <w:t>За формою прояву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sz w:val="24"/>
                <w:szCs w:val="24"/>
              </w:rPr>
              <w:t>Відкритий / Прихований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</w:p>
        </w:tc>
      </w:tr>
      <w:tr w:rsidR="008A4B2C" w:rsidRPr="00661E13">
        <w:trPr>
          <w:jc w:val="center"/>
        </w:trPr>
        <w:tc>
          <w:tcPr>
            <w:tcW w:w="2592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sz w:val="24"/>
                <w:szCs w:val="24"/>
              </w:rPr>
              <w:t>За причинами виникнення</w:t>
            </w:r>
          </w:p>
        </w:tc>
        <w:tc>
          <w:tcPr>
            <w:tcW w:w="3168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sz w:val="24"/>
                <w:szCs w:val="24"/>
              </w:rPr>
              <w:t>Вимушений / Свідомий</w:t>
            </w:r>
          </w:p>
        </w:tc>
        <w:tc>
          <w:tcPr>
            <w:tcW w:w="3600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</w:p>
        </w:tc>
      </w:tr>
      <w:tr w:rsidR="008A4B2C" w:rsidRPr="00661E13">
        <w:trPr>
          <w:jc w:val="center"/>
        </w:trPr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b/>
                <w:sz w:val="24"/>
                <w:szCs w:val="24"/>
              </w:rPr>
              <w:t>За напрямами фінансування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358A5">
            <w:pPr>
              <w:rPr>
                <w:sz w:val="24"/>
                <w:szCs w:val="24"/>
              </w:rPr>
            </w:pPr>
            <w:r w:rsidRPr="00661E13">
              <w:rPr>
                <w:sz w:val="24"/>
                <w:szCs w:val="24"/>
              </w:rPr>
              <w:t>Активний / Пасивний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4B2C" w:rsidRPr="00661E13" w:rsidRDefault="008A4B2C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8A4B2C" w:rsidRPr="00661E13" w:rsidRDefault="008A4B2C">
      <w:pPr>
        <w:spacing w:after="120"/>
        <w:rPr>
          <w:sz w:val="24"/>
          <w:szCs w:val="24"/>
        </w:rPr>
      </w:pPr>
    </w:p>
    <w:p w:rsidR="00661E13" w:rsidRPr="00661E13" w:rsidRDefault="00661E13" w:rsidP="009B2F7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ru-RU" w:eastAsia="ru-RU"/>
        </w:rPr>
      </w:pPr>
      <w:proofErr w:type="spellStart"/>
      <w:r w:rsidRPr="00661E13">
        <w:rPr>
          <w:b/>
          <w:color w:val="0F172A"/>
          <w:sz w:val="24"/>
          <w:szCs w:val="24"/>
          <w:lang w:val="ru-RU"/>
        </w:rPr>
        <w:t>Завдання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7</w:t>
      </w:r>
      <w:r w:rsidRPr="00661E13">
        <w:rPr>
          <w:b/>
          <w:color w:val="0F172A"/>
          <w:sz w:val="24"/>
          <w:szCs w:val="24"/>
          <w:lang w:val="ru-RU"/>
        </w:rPr>
        <w:t>.</w:t>
      </w:r>
      <w:r w:rsidRPr="00661E13">
        <w:rPr>
          <w:b/>
          <w:color w:val="0F172A"/>
          <w:sz w:val="24"/>
          <w:szCs w:val="24"/>
          <w:lang w:val="ru-RU"/>
        </w:rPr>
        <w:t xml:space="preserve"> </w:t>
      </w:r>
      <w:r w:rsidRPr="00555A74">
        <w:rPr>
          <w:b/>
          <w:color w:val="0F172A"/>
          <w:sz w:val="24"/>
          <w:szCs w:val="24"/>
          <w:lang w:val="ru-RU"/>
        </w:rPr>
        <w:t xml:space="preserve">Практична </w:t>
      </w:r>
      <w:proofErr w:type="spellStart"/>
      <w:r w:rsidRPr="00555A74">
        <w:rPr>
          <w:b/>
          <w:color w:val="0F172A"/>
          <w:sz w:val="24"/>
          <w:szCs w:val="24"/>
          <w:lang w:val="ru-RU"/>
        </w:rPr>
        <w:t>розмежованість</w:t>
      </w:r>
      <w:proofErr w:type="spellEnd"/>
      <w:r w:rsidRPr="00555A74">
        <w:rPr>
          <w:b/>
          <w:color w:val="0F172A"/>
          <w:sz w:val="24"/>
          <w:szCs w:val="24"/>
          <w:lang w:val="ru-RU"/>
        </w:rPr>
        <w:t xml:space="preserve"> та </w:t>
      </w:r>
      <w:proofErr w:type="spellStart"/>
      <w:r w:rsidRPr="00555A74">
        <w:rPr>
          <w:b/>
          <w:color w:val="0F172A"/>
          <w:sz w:val="24"/>
          <w:szCs w:val="24"/>
          <w:lang w:val="ru-RU"/>
        </w:rPr>
        <w:t>ідентифікація</w:t>
      </w:r>
      <w:proofErr w:type="spellEnd"/>
      <w:r w:rsidRPr="00555A74">
        <w:rPr>
          <w:b/>
          <w:color w:val="0F172A"/>
          <w:sz w:val="24"/>
          <w:szCs w:val="24"/>
          <w:lang w:val="ru-RU"/>
        </w:rPr>
        <w:t xml:space="preserve"> </w:t>
      </w:r>
      <w:proofErr w:type="spellStart"/>
      <w:r w:rsidRPr="00555A74">
        <w:rPr>
          <w:b/>
          <w:color w:val="0F172A"/>
          <w:sz w:val="24"/>
          <w:szCs w:val="24"/>
          <w:lang w:val="ru-RU"/>
        </w:rPr>
        <w:t>категорій</w:t>
      </w:r>
      <w:proofErr w:type="spellEnd"/>
      <w:r w:rsidRPr="00555A74">
        <w:rPr>
          <w:b/>
          <w:color w:val="0F172A"/>
          <w:sz w:val="24"/>
          <w:szCs w:val="24"/>
          <w:lang w:val="ru-RU"/>
        </w:rPr>
        <w:t xml:space="preserve"> «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Видатки</w:t>
      </w:r>
      <w:proofErr w:type="spellEnd"/>
      <w:r w:rsidRPr="00661E13">
        <w:rPr>
          <w:b/>
          <w:color w:val="0F172A"/>
          <w:sz w:val="24"/>
          <w:szCs w:val="24"/>
          <w:lang w:val="ru-RU"/>
        </w:rPr>
        <w:t xml:space="preserve"> бюджету</w:t>
      </w:r>
      <w:r w:rsidRPr="00555A74">
        <w:rPr>
          <w:b/>
          <w:color w:val="0F172A"/>
          <w:sz w:val="24"/>
          <w:szCs w:val="24"/>
          <w:lang w:val="ru-RU"/>
        </w:rPr>
        <w:t>» та «</w:t>
      </w:r>
      <w:proofErr w:type="spellStart"/>
      <w:r w:rsidRPr="00661E13">
        <w:rPr>
          <w:b/>
          <w:color w:val="0F172A"/>
          <w:sz w:val="24"/>
          <w:szCs w:val="24"/>
          <w:lang w:val="ru-RU"/>
        </w:rPr>
        <w:t>Витрати</w:t>
      </w:r>
      <w:proofErr w:type="spellEnd"/>
      <w:r w:rsidRPr="00555A74">
        <w:rPr>
          <w:b/>
          <w:color w:val="0F172A"/>
          <w:sz w:val="24"/>
          <w:szCs w:val="24"/>
          <w:lang w:val="ru-RU"/>
        </w:rPr>
        <w:t xml:space="preserve"> бюджету»</w:t>
      </w:r>
    </w:p>
    <w:p w:rsidR="009B2F7D" w:rsidRPr="009B2F7D" w:rsidRDefault="009B2F7D" w:rsidP="00661E13">
      <w:pPr>
        <w:spacing w:after="80"/>
        <w:rPr>
          <w:sz w:val="24"/>
          <w:szCs w:val="24"/>
          <w:lang w:val="ru-RU"/>
        </w:rPr>
      </w:pPr>
      <w:proofErr w:type="spellStart"/>
      <w:r w:rsidRPr="009B2F7D">
        <w:rPr>
          <w:sz w:val="24"/>
          <w:szCs w:val="24"/>
          <w:lang w:val="ru-RU"/>
        </w:rPr>
        <w:t>Інструкція</w:t>
      </w:r>
      <w:proofErr w:type="spellEnd"/>
      <w:r w:rsidRPr="009B2F7D">
        <w:rPr>
          <w:sz w:val="24"/>
          <w:szCs w:val="24"/>
          <w:lang w:val="ru-RU"/>
        </w:rPr>
        <w:t xml:space="preserve"> для студента: </w:t>
      </w:r>
      <w:proofErr w:type="spellStart"/>
      <w:r w:rsidRPr="009B2F7D">
        <w:rPr>
          <w:sz w:val="24"/>
          <w:szCs w:val="24"/>
          <w:lang w:val="ru-RU"/>
        </w:rPr>
        <w:t>Проаналізуйте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наведені</w:t>
      </w:r>
      <w:proofErr w:type="spellEnd"/>
      <w:r w:rsidRPr="009B2F7D">
        <w:rPr>
          <w:sz w:val="24"/>
          <w:szCs w:val="24"/>
          <w:lang w:val="ru-RU"/>
        </w:rPr>
        <w:t xml:space="preserve"> у </w:t>
      </w:r>
      <w:proofErr w:type="spellStart"/>
      <w:r w:rsidRPr="009B2F7D">
        <w:rPr>
          <w:sz w:val="24"/>
          <w:szCs w:val="24"/>
          <w:lang w:val="ru-RU"/>
        </w:rPr>
        <w:t>першій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колонці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напрями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використання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бюджетних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коштів</w:t>
      </w:r>
      <w:proofErr w:type="spellEnd"/>
      <w:r w:rsidRPr="009B2F7D">
        <w:rPr>
          <w:sz w:val="24"/>
          <w:szCs w:val="24"/>
          <w:lang w:val="ru-RU"/>
        </w:rPr>
        <w:t xml:space="preserve">. У </w:t>
      </w:r>
      <w:proofErr w:type="spellStart"/>
      <w:r w:rsidRPr="009B2F7D">
        <w:rPr>
          <w:sz w:val="24"/>
          <w:szCs w:val="24"/>
          <w:lang w:val="ru-RU"/>
        </w:rPr>
        <w:t>другій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колонці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визначте</w:t>
      </w:r>
      <w:proofErr w:type="spellEnd"/>
      <w:r w:rsidRPr="009B2F7D">
        <w:rPr>
          <w:sz w:val="24"/>
          <w:szCs w:val="24"/>
          <w:lang w:val="ru-RU"/>
        </w:rPr>
        <w:t xml:space="preserve"> й </w:t>
      </w:r>
      <w:proofErr w:type="spellStart"/>
      <w:r w:rsidRPr="009B2F7D">
        <w:rPr>
          <w:sz w:val="24"/>
          <w:szCs w:val="24"/>
          <w:lang w:val="ru-RU"/>
        </w:rPr>
        <w:t>впишіть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відповідну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категорію</w:t>
      </w:r>
      <w:proofErr w:type="spellEnd"/>
      <w:r w:rsidRPr="009B2F7D">
        <w:rPr>
          <w:sz w:val="24"/>
          <w:szCs w:val="24"/>
          <w:lang w:val="ru-RU"/>
        </w:rPr>
        <w:t>: «</w:t>
      </w:r>
      <w:proofErr w:type="spellStart"/>
      <w:r w:rsidRPr="009B2F7D">
        <w:rPr>
          <w:sz w:val="24"/>
          <w:szCs w:val="24"/>
          <w:lang w:val="ru-RU"/>
        </w:rPr>
        <w:t>Видатки</w:t>
      </w:r>
      <w:proofErr w:type="spellEnd"/>
      <w:r w:rsidRPr="009B2F7D">
        <w:rPr>
          <w:sz w:val="24"/>
          <w:szCs w:val="24"/>
          <w:lang w:val="ru-RU"/>
        </w:rPr>
        <w:t xml:space="preserve"> бюджету» </w:t>
      </w:r>
      <w:proofErr w:type="spellStart"/>
      <w:r w:rsidRPr="009B2F7D">
        <w:rPr>
          <w:sz w:val="24"/>
          <w:szCs w:val="24"/>
          <w:lang w:val="ru-RU"/>
        </w:rPr>
        <w:t>чи</w:t>
      </w:r>
      <w:proofErr w:type="spellEnd"/>
      <w:r w:rsidRPr="009B2F7D">
        <w:rPr>
          <w:sz w:val="24"/>
          <w:szCs w:val="24"/>
          <w:lang w:val="ru-RU"/>
        </w:rPr>
        <w:t xml:space="preserve"> «</w:t>
      </w:r>
      <w:proofErr w:type="spellStart"/>
      <w:r w:rsidRPr="009B2F7D">
        <w:rPr>
          <w:sz w:val="24"/>
          <w:szCs w:val="24"/>
          <w:lang w:val="ru-RU"/>
        </w:rPr>
        <w:t>Витрати</w:t>
      </w:r>
      <w:proofErr w:type="spellEnd"/>
      <w:r w:rsidRPr="009B2F7D">
        <w:rPr>
          <w:sz w:val="24"/>
          <w:szCs w:val="24"/>
          <w:lang w:val="ru-RU"/>
        </w:rPr>
        <w:t xml:space="preserve"> бюджету, </w:t>
      </w:r>
      <w:proofErr w:type="spellStart"/>
      <w:r w:rsidRPr="009B2F7D">
        <w:rPr>
          <w:sz w:val="24"/>
          <w:szCs w:val="24"/>
          <w:lang w:val="ru-RU"/>
        </w:rPr>
        <w:t>що</w:t>
      </w:r>
      <w:proofErr w:type="spellEnd"/>
      <w:r w:rsidRPr="009B2F7D">
        <w:rPr>
          <w:sz w:val="24"/>
          <w:szCs w:val="24"/>
          <w:lang w:val="ru-RU"/>
        </w:rPr>
        <w:t xml:space="preserve"> не є </w:t>
      </w:r>
      <w:proofErr w:type="spellStart"/>
      <w:r w:rsidRPr="009B2F7D">
        <w:rPr>
          <w:sz w:val="24"/>
          <w:szCs w:val="24"/>
          <w:lang w:val="ru-RU"/>
        </w:rPr>
        <w:t>видатками</w:t>
      </w:r>
      <w:proofErr w:type="spellEnd"/>
      <w:r w:rsidRPr="009B2F7D">
        <w:rPr>
          <w:sz w:val="24"/>
          <w:szCs w:val="24"/>
          <w:lang w:val="ru-RU"/>
        </w:rPr>
        <w:t>» (</w:t>
      </w:r>
      <w:proofErr w:type="spellStart"/>
      <w:r w:rsidRPr="009B2F7D">
        <w:rPr>
          <w:sz w:val="24"/>
          <w:szCs w:val="24"/>
          <w:lang w:val="ru-RU"/>
        </w:rPr>
        <w:t>погашення</w:t>
      </w:r>
      <w:proofErr w:type="spellEnd"/>
      <w:r w:rsidRPr="009B2F7D">
        <w:rPr>
          <w:sz w:val="24"/>
          <w:szCs w:val="24"/>
          <w:lang w:val="ru-RU"/>
        </w:rPr>
        <w:t xml:space="preserve"> боргу / </w:t>
      </w:r>
      <w:proofErr w:type="spellStart"/>
      <w:r w:rsidRPr="009B2F7D">
        <w:rPr>
          <w:sz w:val="24"/>
          <w:szCs w:val="24"/>
          <w:lang w:val="ru-RU"/>
        </w:rPr>
        <w:t>надання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кредитів</w:t>
      </w:r>
      <w:proofErr w:type="spellEnd"/>
      <w:r w:rsidRPr="009B2F7D">
        <w:rPr>
          <w:sz w:val="24"/>
          <w:szCs w:val="24"/>
          <w:lang w:val="ru-RU"/>
        </w:rPr>
        <w:t xml:space="preserve"> / </w:t>
      </w:r>
      <w:proofErr w:type="spellStart"/>
      <w:r w:rsidRPr="009B2F7D">
        <w:rPr>
          <w:sz w:val="24"/>
          <w:szCs w:val="24"/>
          <w:lang w:val="ru-RU"/>
        </w:rPr>
        <w:t>придбання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активів</w:t>
      </w:r>
      <w:proofErr w:type="spellEnd"/>
      <w:r w:rsidRPr="009B2F7D">
        <w:rPr>
          <w:sz w:val="24"/>
          <w:szCs w:val="24"/>
          <w:lang w:val="ru-RU"/>
        </w:rPr>
        <w:t xml:space="preserve">) та </w:t>
      </w:r>
      <w:proofErr w:type="spellStart"/>
      <w:r w:rsidRPr="009B2F7D">
        <w:rPr>
          <w:sz w:val="24"/>
          <w:szCs w:val="24"/>
          <w:lang w:val="ru-RU"/>
        </w:rPr>
        <w:t>надайте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коротке</w:t>
      </w:r>
      <w:proofErr w:type="spellEnd"/>
      <w:r w:rsidRPr="009B2F7D">
        <w:rPr>
          <w:sz w:val="24"/>
          <w:szCs w:val="24"/>
          <w:lang w:val="ru-RU"/>
        </w:rPr>
        <w:t xml:space="preserve"> </w:t>
      </w:r>
      <w:proofErr w:type="spellStart"/>
      <w:r w:rsidRPr="009B2F7D">
        <w:rPr>
          <w:sz w:val="24"/>
          <w:szCs w:val="24"/>
          <w:lang w:val="ru-RU"/>
        </w:rPr>
        <w:t>обґрунтування</w:t>
      </w:r>
      <w:proofErr w:type="spellEnd"/>
      <w:r w:rsidRPr="009B2F7D">
        <w:rPr>
          <w:sz w:val="24"/>
          <w:szCs w:val="24"/>
          <w:lang w:val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4916"/>
        <w:gridCol w:w="4735"/>
      </w:tblGrid>
      <w:tr w:rsidR="009B2F7D" w:rsidRPr="009B2F7D" w:rsidTr="00661E13">
        <w:tc>
          <w:tcPr>
            <w:tcW w:w="0" w:type="auto"/>
            <w:shd w:val="clear" w:color="auto" w:fill="365F91" w:themeFill="accent1" w:themeFillShade="BF"/>
            <w:hideMark/>
          </w:tcPr>
          <w:p w:rsidR="009B2F7D" w:rsidRPr="009B2F7D" w:rsidRDefault="009B2F7D" w:rsidP="00661E13">
            <w:pPr>
              <w:spacing w:after="0"/>
              <w:rPr>
                <w:b/>
                <w:color w:val="FFFFFF"/>
                <w:sz w:val="24"/>
                <w:szCs w:val="24"/>
              </w:rPr>
            </w:pPr>
            <w:r w:rsidRPr="009B2F7D">
              <w:rPr>
                <w:b/>
                <w:color w:val="FFFFF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0" w:type="auto"/>
            <w:shd w:val="clear" w:color="auto" w:fill="365F91" w:themeFill="accent1" w:themeFillShade="BF"/>
            <w:hideMark/>
          </w:tcPr>
          <w:p w:rsidR="009B2F7D" w:rsidRPr="009B2F7D" w:rsidRDefault="009B2F7D" w:rsidP="00661E13">
            <w:pPr>
              <w:spacing w:after="0"/>
              <w:rPr>
                <w:b/>
                <w:color w:val="FFFFFF"/>
                <w:sz w:val="24"/>
                <w:szCs w:val="24"/>
              </w:rPr>
            </w:pP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Напрям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використання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бюджетних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коштів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фінансова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операція</w:t>
            </w:r>
            <w:proofErr w:type="spellEnd"/>
          </w:p>
        </w:tc>
        <w:tc>
          <w:tcPr>
            <w:tcW w:w="0" w:type="auto"/>
            <w:shd w:val="clear" w:color="auto" w:fill="365F91" w:themeFill="accent1" w:themeFillShade="BF"/>
            <w:hideMark/>
          </w:tcPr>
          <w:p w:rsidR="009B2F7D" w:rsidRPr="009B2F7D" w:rsidRDefault="009B2F7D" w:rsidP="00661E13">
            <w:pPr>
              <w:spacing w:after="0"/>
              <w:rPr>
                <w:b/>
                <w:color w:val="FFFFFF"/>
                <w:sz w:val="24"/>
                <w:szCs w:val="24"/>
              </w:rPr>
            </w:pP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Визначення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 студента (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Видатки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 бюджету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чи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Витрати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,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що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 не є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видатками</w:t>
            </w:r>
            <w:proofErr w:type="spellEnd"/>
            <w:r w:rsidRPr="009B2F7D">
              <w:rPr>
                <w:b/>
                <w:color w:val="FFFFFF"/>
                <w:sz w:val="24"/>
                <w:szCs w:val="24"/>
              </w:rPr>
              <w:t xml:space="preserve">) та </w:t>
            </w:r>
            <w:proofErr w:type="spellStart"/>
            <w:r w:rsidRPr="009B2F7D">
              <w:rPr>
                <w:b/>
                <w:color w:val="FFFFFF"/>
                <w:sz w:val="24"/>
                <w:szCs w:val="24"/>
              </w:rPr>
              <w:t>обґрунтування</w:t>
            </w:r>
            <w:proofErr w:type="spellEnd"/>
          </w:p>
        </w:tc>
      </w:tr>
      <w:tr w:rsidR="009B2F7D" w:rsidRPr="009B2F7D" w:rsidTr="00661E13">
        <w:trPr>
          <w:trHeight w:val="570"/>
        </w:trPr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proofErr w:type="spellStart"/>
            <w:r w:rsidRPr="009B2F7D">
              <w:rPr>
                <w:sz w:val="24"/>
                <w:szCs w:val="24"/>
              </w:rPr>
              <w:t>Виплата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заробітної</w:t>
            </w:r>
            <w:proofErr w:type="spellEnd"/>
            <w:r w:rsidRPr="009B2F7D">
              <w:rPr>
                <w:sz w:val="24"/>
                <w:szCs w:val="24"/>
              </w:rPr>
              <w:t xml:space="preserve"> плати </w:t>
            </w:r>
            <w:proofErr w:type="spellStart"/>
            <w:r w:rsidRPr="009B2F7D">
              <w:rPr>
                <w:sz w:val="24"/>
                <w:szCs w:val="24"/>
              </w:rPr>
              <w:t>працівникам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державних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закладів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9B2F7D" w:rsidRPr="009B2F7D" w:rsidTr="009B2F7D"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proofErr w:type="spellStart"/>
            <w:r w:rsidRPr="009B2F7D">
              <w:rPr>
                <w:sz w:val="24"/>
                <w:szCs w:val="24"/>
              </w:rPr>
              <w:t>Погашення</w:t>
            </w:r>
            <w:proofErr w:type="spellEnd"/>
            <w:r w:rsidRPr="009B2F7D">
              <w:rPr>
                <w:sz w:val="24"/>
                <w:szCs w:val="24"/>
              </w:rPr>
              <w:t xml:space="preserve"> основного боргу за </w:t>
            </w:r>
            <w:proofErr w:type="spellStart"/>
            <w:r w:rsidRPr="009B2F7D">
              <w:rPr>
                <w:sz w:val="24"/>
                <w:szCs w:val="24"/>
              </w:rPr>
              <w:t>зовнішньою</w:t>
            </w:r>
            <w:proofErr w:type="spellEnd"/>
            <w:r w:rsidRPr="009B2F7D">
              <w:rPr>
                <w:sz w:val="24"/>
                <w:szCs w:val="24"/>
              </w:rPr>
              <w:t xml:space="preserve"> державною </w:t>
            </w:r>
            <w:proofErr w:type="spellStart"/>
            <w:r w:rsidRPr="009B2F7D">
              <w:rPr>
                <w:sz w:val="24"/>
                <w:szCs w:val="24"/>
              </w:rPr>
              <w:t>позикою</w:t>
            </w:r>
            <w:proofErr w:type="spellEnd"/>
            <w:r w:rsidRPr="009B2F7D">
              <w:rPr>
                <w:sz w:val="24"/>
                <w:szCs w:val="24"/>
              </w:rPr>
              <w:t xml:space="preserve"> (МВФ / </w:t>
            </w:r>
            <w:proofErr w:type="spellStart"/>
            <w:r w:rsidRPr="009B2F7D">
              <w:rPr>
                <w:sz w:val="24"/>
                <w:szCs w:val="24"/>
              </w:rPr>
              <w:t>облігації</w:t>
            </w:r>
            <w:proofErr w:type="spellEnd"/>
            <w:r w:rsidRPr="009B2F7D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9B2F7D" w:rsidRPr="009B2F7D" w:rsidTr="009B2F7D"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proofErr w:type="spellStart"/>
            <w:r w:rsidRPr="009B2F7D">
              <w:rPr>
                <w:sz w:val="24"/>
                <w:szCs w:val="24"/>
              </w:rPr>
              <w:t>Надання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пільгового</w:t>
            </w:r>
            <w:proofErr w:type="spellEnd"/>
            <w:r w:rsidRPr="009B2F7D">
              <w:rPr>
                <w:sz w:val="24"/>
                <w:szCs w:val="24"/>
              </w:rPr>
              <w:t xml:space="preserve"> державного кредиту молодим </w:t>
            </w:r>
            <w:proofErr w:type="spellStart"/>
            <w:r w:rsidRPr="009B2F7D">
              <w:rPr>
                <w:sz w:val="24"/>
                <w:szCs w:val="24"/>
              </w:rPr>
              <w:t>сім'ям</w:t>
            </w:r>
            <w:proofErr w:type="spellEnd"/>
            <w:r w:rsidRPr="009B2F7D">
              <w:rPr>
                <w:sz w:val="24"/>
                <w:szCs w:val="24"/>
              </w:rPr>
              <w:t xml:space="preserve"> на </w:t>
            </w:r>
            <w:proofErr w:type="spellStart"/>
            <w:r w:rsidRPr="009B2F7D">
              <w:rPr>
                <w:sz w:val="24"/>
                <w:szCs w:val="24"/>
              </w:rPr>
              <w:t>будівництво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житла</w:t>
            </w:r>
            <w:proofErr w:type="spellEnd"/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9B2F7D" w:rsidRPr="009B2F7D" w:rsidTr="009B2F7D"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proofErr w:type="spellStart"/>
            <w:r w:rsidRPr="009B2F7D">
              <w:rPr>
                <w:sz w:val="24"/>
                <w:szCs w:val="24"/>
              </w:rPr>
              <w:t>Закупівля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медикаментів</w:t>
            </w:r>
            <w:proofErr w:type="spellEnd"/>
            <w:r w:rsidRPr="009B2F7D">
              <w:rPr>
                <w:sz w:val="24"/>
                <w:szCs w:val="24"/>
              </w:rPr>
              <w:t xml:space="preserve"> та </w:t>
            </w:r>
            <w:proofErr w:type="spellStart"/>
            <w:r w:rsidRPr="009B2F7D">
              <w:rPr>
                <w:sz w:val="24"/>
                <w:szCs w:val="24"/>
              </w:rPr>
              <w:t>обладнання</w:t>
            </w:r>
            <w:proofErr w:type="spellEnd"/>
            <w:r w:rsidRPr="009B2F7D">
              <w:rPr>
                <w:sz w:val="24"/>
                <w:szCs w:val="24"/>
              </w:rPr>
              <w:t xml:space="preserve"> для </w:t>
            </w:r>
            <w:proofErr w:type="spellStart"/>
            <w:r w:rsidRPr="009B2F7D">
              <w:rPr>
                <w:sz w:val="24"/>
                <w:szCs w:val="24"/>
              </w:rPr>
              <w:t>міської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клінічної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лікарні</w:t>
            </w:r>
            <w:proofErr w:type="spellEnd"/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9B2F7D" w:rsidRPr="009B2F7D" w:rsidTr="009B2F7D"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proofErr w:type="spellStart"/>
            <w:r w:rsidRPr="009B2F7D">
              <w:rPr>
                <w:sz w:val="24"/>
                <w:szCs w:val="24"/>
              </w:rPr>
              <w:t>Придбання</w:t>
            </w:r>
            <w:proofErr w:type="spellEnd"/>
            <w:r w:rsidRPr="009B2F7D">
              <w:rPr>
                <w:sz w:val="24"/>
                <w:szCs w:val="24"/>
              </w:rPr>
              <w:t xml:space="preserve"> державою пакета </w:t>
            </w:r>
            <w:proofErr w:type="spellStart"/>
            <w:r w:rsidRPr="009B2F7D">
              <w:rPr>
                <w:sz w:val="24"/>
                <w:szCs w:val="24"/>
              </w:rPr>
              <w:t>акцій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стратегічного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підприємства</w:t>
            </w:r>
            <w:proofErr w:type="spellEnd"/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9B2F7D" w:rsidRPr="009B2F7D" w:rsidTr="009B2F7D"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r w:rsidRPr="009B2F7D">
              <w:rPr>
                <w:sz w:val="24"/>
                <w:szCs w:val="24"/>
              </w:rPr>
              <w:t xml:space="preserve">Оплата </w:t>
            </w:r>
            <w:proofErr w:type="spellStart"/>
            <w:r w:rsidRPr="009B2F7D">
              <w:rPr>
                <w:sz w:val="24"/>
                <w:szCs w:val="24"/>
              </w:rPr>
              <w:t>комунальних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послуг</w:t>
            </w:r>
            <w:proofErr w:type="spellEnd"/>
            <w:r w:rsidRPr="009B2F7D">
              <w:rPr>
                <w:sz w:val="24"/>
                <w:szCs w:val="24"/>
              </w:rPr>
              <w:t xml:space="preserve"> та </w:t>
            </w:r>
            <w:proofErr w:type="spellStart"/>
            <w:r w:rsidRPr="009B2F7D">
              <w:rPr>
                <w:sz w:val="24"/>
                <w:szCs w:val="24"/>
              </w:rPr>
              <w:t>енергоносіїв</w:t>
            </w:r>
            <w:proofErr w:type="spellEnd"/>
            <w:r w:rsidRPr="009B2F7D">
              <w:rPr>
                <w:sz w:val="24"/>
                <w:szCs w:val="24"/>
              </w:rPr>
              <w:t xml:space="preserve"> бюджетною </w:t>
            </w:r>
            <w:proofErr w:type="spellStart"/>
            <w:r w:rsidRPr="009B2F7D">
              <w:rPr>
                <w:sz w:val="24"/>
                <w:szCs w:val="24"/>
              </w:rPr>
              <w:t>установою</w:t>
            </w:r>
            <w:proofErr w:type="spellEnd"/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9B2F7D" w:rsidRPr="009B2F7D" w:rsidTr="009B2F7D"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proofErr w:type="spellStart"/>
            <w:r w:rsidRPr="009B2F7D">
              <w:rPr>
                <w:sz w:val="24"/>
                <w:szCs w:val="24"/>
              </w:rPr>
              <w:t>Виплата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пенсій</w:t>
            </w:r>
            <w:proofErr w:type="spellEnd"/>
            <w:r w:rsidRPr="009B2F7D">
              <w:rPr>
                <w:sz w:val="24"/>
                <w:szCs w:val="24"/>
              </w:rPr>
              <w:t xml:space="preserve"> та </w:t>
            </w:r>
            <w:proofErr w:type="spellStart"/>
            <w:r w:rsidRPr="009B2F7D">
              <w:rPr>
                <w:sz w:val="24"/>
                <w:szCs w:val="24"/>
              </w:rPr>
              <w:t>соціальних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допомог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населенню</w:t>
            </w:r>
            <w:proofErr w:type="spellEnd"/>
            <w:r w:rsidRPr="009B2F7D">
              <w:rPr>
                <w:sz w:val="24"/>
                <w:szCs w:val="24"/>
              </w:rPr>
              <w:t xml:space="preserve"> з бюджету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9B2F7D" w:rsidRPr="009B2F7D" w:rsidTr="009B2F7D"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proofErr w:type="spellStart"/>
            <w:r w:rsidRPr="009B2F7D">
              <w:rPr>
                <w:sz w:val="24"/>
                <w:szCs w:val="24"/>
              </w:rPr>
              <w:t>Погашення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випущених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раніше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облігацій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внутрішньої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державної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позики</w:t>
            </w:r>
            <w:proofErr w:type="spellEnd"/>
            <w:r w:rsidRPr="009B2F7D">
              <w:rPr>
                <w:sz w:val="24"/>
                <w:szCs w:val="24"/>
              </w:rPr>
              <w:t xml:space="preserve"> (ОВДП)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9B2F7D" w:rsidRPr="009B2F7D" w:rsidTr="009B2F7D"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proofErr w:type="spellStart"/>
            <w:r w:rsidRPr="009B2F7D">
              <w:rPr>
                <w:sz w:val="24"/>
                <w:szCs w:val="24"/>
              </w:rPr>
              <w:t>Розміщення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тимчасово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вільних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коштів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спеціального</w:t>
            </w:r>
            <w:proofErr w:type="spellEnd"/>
            <w:r w:rsidRPr="009B2F7D">
              <w:rPr>
                <w:sz w:val="24"/>
                <w:szCs w:val="24"/>
              </w:rPr>
              <w:t xml:space="preserve"> фонду на депозитному </w:t>
            </w:r>
            <w:proofErr w:type="spellStart"/>
            <w:r w:rsidRPr="009B2F7D">
              <w:rPr>
                <w:sz w:val="24"/>
                <w:szCs w:val="24"/>
              </w:rPr>
              <w:t>рахунку</w:t>
            </w:r>
            <w:proofErr w:type="spellEnd"/>
            <w:r w:rsidRPr="009B2F7D">
              <w:rPr>
                <w:sz w:val="24"/>
                <w:szCs w:val="24"/>
              </w:rPr>
              <w:t xml:space="preserve"> в банку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9B2F7D" w:rsidRPr="009B2F7D" w:rsidTr="009B2F7D"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  <w:r w:rsidRPr="009B2F7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sz w:val="24"/>
                <w:szCs w:val="24"/>
              </w:rPr>
            </w:pPr>
            <w:proofErr w:type="spellStart"/>
            <w:r w:rsidRPr="009B2F7D">
              <w:rPr>
                <w:sz w:val="24"/>
                <w:szCs w:val="24"/>
              </w:rPr>
              <w:t>Фінансування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капітального</w:t>
            </w:r>
            <w:proofErr w:type="spellEnd"/>
            <w:r w:rsidRPr="009B2F7D">
              <w:rPr>
                <w:sz w:val="24"/>
                <w:szCs w:val="24"/>
              </w:rPr>
              <w:t xml:space="preserve"> ремонту </w:t>
            </w:r>
            <w:proofErr w:type="spellStart"/>
            <w:r w:rsidRPr="009B2F7D">
              <w:rPr>
                <w:sz w:val="24"/>
                <w:szCs w:val="24"/>
              </w:rPr>
              <w:t>автомобільної</w:t>
            </w:r>
            <w:proofErr w:type="spellEnd"/>
            <w:r w:rsidRPr="009B2F7D">
              <w:rPr>
                <w:sz w:val="24"/>
                <w:szCs w:val="24"/>
              </w:rPr>
              <w:t xml:space="preserve"> дороги </w:t>
            </w:r>
            <w:proofErr w:type="spellStart"/>
            <w:r w:rsidRPr="009B2F7D">
              <w:rPr>
                <w:sz w:val="24"/>
                <w:szCs w:val="24"/>
              </w:rPr>
              <w:t>загальнодержавного</w:t>
            </w:r>
            <w:proofErr w:type="spellEnd"/>
            <w:r w:rsidRPr="009B2F7D">
              <w:rPr>
                <w:sz w:val="24"/>
                <w:szCs w:val="24"/>
              </w:rPr>
              <w:t xml:space="preserve"> </w:t>
            </w:r>
            <w:proofErr w:type="spellStart"/>
            <w:r w:rsidRPr="009B2F7D">
              <w:rPr>
                <w:sz w:val="24"/>
                <w:szCs w:val="24"/>
              </w:rPr>
              <w:t>значення</w:t>
            </w:r>
            <w:proofErr w:type="spellEnd"/>
          </w:p>
        </w:tc>
        <w:tc>
          <w:tcPr>
            <w:tcW w:w="0" w:type="auto"/>
            <w:hideMark/>
          </w:tcPr>
          <w:p w:rsidR="009B2F7D" w:rsidRPr="009B2F7D" w:rsidRDefault="009B2F7D" w:rsidP="00661E13">
            <w:pPr>
              <w:spacing w:after="0"/>
              <w:rPr>
                <w:b/>
                <w:sz w:val="24"/>
                <w:szCs w:val="24"/>
              </w:rPr>
            </w:pPr>
          </w:p>
        </w:tc>
      </w:tr>
    </w:tbl>
    <w:p w:rsidR="009B2F7D" w:rsidRPr="00661E13" w:rsidRDefault="009B2F7D">
      <w:pPr>
        <w:spacing w:after="120"/>
        <w:rPr>
          <w:sz w:val="24"/>
          <w:szCs w:val="24"/>
          <w:lang w:val="ru-RU"/>
        </w:rPr>
      </w:pPr>
    </w:p>
    <w:sectPr w:rsidR="009B2F7D" w:rsidRPr="00661E13" w:rsidSect="00034616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8A5" w:rsidRDefault="008358A5">
      <w:pPr>
        <w:spacing w:after="0" w:line="240" w:lineRule="auto"/>
      </w:pPr>
      <w:r>
        <w:separator/>
      </w:r>
    </w:p>
  </w:endnote>
  <w:endnote w:type="continuationSeparator" w:id="0">
    <w:p w:rsidR="008358A5" w:rsidRDefault="0083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B2C" w:rsidRPr="00264835" w:rsidRDefault="008358A5">
    <w:pPr>
      <w:pStyle w:val="a7"/>
      <w:jc w:val="center"/>
      <w:rPr>
        <w:lang w:val="ru-RU"/>
      </w:rPr>
    </w:pPr>
    <w:r w:rsidRPr="00264835">
      <w:rPr>
        <w:color w:val="64748B"/>
        <w:sz w:val="17"/>
        <w:lang w:val="ru-RU"/>
      </w:rPr>
      <w:t>Тема: Державний бюджет, його призначення та роль в суспільстві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8A5" w:rsidRDefault="008358A5">
      <w:pPr>
        <w:spacing w:after="0" w:line="240" w:lineRule="auto"/>
      </w:pPr>
      <w:r>
        <w:separator/>
      </w:r>
    </w:p>
  </w:footnote>
  <w:footnote w:type="continuationSeparator" w:id="0">
    <w:p w:rsidR="008358A5" w:rsidRDefault="00835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B2C" w:rsidRPr="00264835" w:rsidRDefault="008358A5">
    <w:pPr>
      <w:pStyle w:val="a5"/>
      <w:jc w:val="right"/>
      <w:rPr>
        <w:lang w:val="ru-RU"/>
      </w:rPr>
    </w:pPr>
    <w:r w:rsidRPr="00264835">
      <w:rPr>
        <w:color w:val="64748B"/>
        <w:sz w:val="17"/>
        <w:lang w:val="ru-RU"/>
      </w:rPr>
      <w:t>Дисципліна «Фінанси» | Практичні завдання (2 курс бакалаврату)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64835"/>
    <w:rsid w:val="0029639D"/>
    <w:rsid w:val="00326F90"/>
    <w:rsid w:val="00555A74"/>
    <w:rsid w:val="00661E13"/>
    <w:rsid w:val="008358A5"/>
    <w:rsid w:val="008A4B2C"/>
    <w:rsid w:val="009B2F7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3F87C18-BD0F-4EFF-98A5-28A8D5FE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1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28FE9A-DF00-449A-9472-A24B209B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1043</Words>
  <Characters>5950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Оксана</cp:lastModifiedBy>
  <cp:revision>2</cp:revision>
  <dcterms:created xsi:type="dcterms:W3CDTF">2013-12-23T23:15:00Z</dcterms:created>
  <dcterms:modified xsi:type="dcterms:W3CDTF">2026-10-26T05:50:00Z</dcterms:modified>
  <cp:category/>
</cp:coreProperties>
</file>