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D669A" w14:textId="77777777" w:rsidR="00695311" w:rsidRDefault="00000000" w:rsidP="00B3141A">
      <w:pPr>
        <w:keepNext/>
        <w:spacing w:after="0"/>
        <w:ind w:firstLine="567"/>
        <w:jc w:val="center"/>
        <w:rPr>
          <w:sz w:val="24"/>
          <w:lang w:val="uk-UA"/>
        </w:rPr>
      </w:pPr>
      <w:proofErr w:type="spellStart"/>
      <w:r>
        <w:rPr>
          <w:sz w:val="24"/>
        </w:rPr>
        <w:t>Практичне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завдання</w:t>
      </w:r>
      <w:proofErr w:type="spellEnd"/>
      <w:r>
        <w:rPr>
          <w:sz w:val="24"/>
        </w:rPr>
        <w:t xml:space="preserve"> 7</w:t>
      </w:r>
    </w:p>
    <w:p w14:paraId="71A01C30" w14:textId="77777777" w:rsidR="00B3141A" w:rsidRPr="00B3141A" w:rsidRDefault="00B3141A" w:rsidP="00B3141A">
      <w:pPr>
        <w:keepNext/>
        <w:spacing w:after="0"/>
        <w:ind w:firstLine="567"/>
        <w:jc w:val="center"/>
        <w:rPr>
          <w:lang w:val="uk-UA"/>
        </w:rPr>
      </w:pPr>
    </w:p>
    <w:p w14:paraId="5E65FDE1" w14:textId="77777777" w:rsidR="00695311" w:rsidRDefault="00000000" w:rsidP="00B3141A">
      <w:pPr>
        <w:keepNext/>
        <w:spacing w:after="0"/>
        <w:ind w:firstLine="567"/>
        <w:jc w:val="center"/>
        <w:rPr>
          <w:b/>
          <w:sz w:val="24"/>
          <w:lang w:val="uk-UA"/>
        </w:rPr>
      </w:pPr>
      <w:proofErr w:type="spellStart"/>
      <w:r>
        <w:rPr>
          <w:b/>
          <w:sz w:val="24"/>
        </w:rPr>
        <w:t>Пошук</w:t>
      </w:r>
      <w:proofErr w:type="spellEnd"/>
      <w:r>
        <w:rPr>
          <w:b/>
          <w:sz w:val="24"/>
        </w:rPr>
        <w:t xml:space="preserve"> і </w:t>
      </w:r>
      <w:proofErr w:type="spellStart"/>
      <w:r>
        <w:rPr>
          <w:b/>
          <w:sz w:val="24"/>
        </w:rPr>
        <w:t>систематизація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наукових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джерел</w:t>
      </w:r>
      <w:proofErr w:type="spellEnd"/>
    </w:p>
    <w:p w14:paraId="3ECFFD96" w14:textId="77777777" w:rsidR="00B3141A" w:rsidRPr="00B3141A" w:rsidRDefault="00B3141A" w:rsidP="00B3141A">
      <w:pPr>
        <w:keepNext/>
        <w:spacing w:after="0"/>
        <w:ind w:firstLine="567"/>
        <w:jc w:val="center"/>
        <w:rPr>
          <w:lang w:val="uk-UA"/>
        </w:rPr>
      </w:pPr>
    </w:p>
    <w:p w14:paraId="09C99C13" w14:textId="68449299" w:rsidR="00695311" w:rsidRDefault="00000000" w:rsidP="00B3141A">
      <w:pPr>
        <w:spacing w:after="0"/>
        <w:ind w:firstLine="567"/>
        <w:jc w:val="both"/>
      </w:pPr>
      <w:proofErr w:type="spellStart"/>
      <w:r>
        <w:rPr>
          <w:b/>
        </w:rPr>
        <w:t>Мета</w:t>
      </w:r>
      <w:proofErr w:type="spellEnd"/>
      <w:r>
        <w:rPr>
          <w:b/>
        </w:rPr>
        <w:t xml:space="preserve"> </w:t>
      </w:r>
      <w:r w:rsidR="00B3141A">
        <w:rPr>
          <w:b/>
        </w:rPr>
        <w:t>-</w:t>
      </w:r>
      <w:r>
        <w:rPr>
          <w:b/>
        </w:rPr>
        <w:t xml:space="preserve"> </w:t>
      </w:r>
      <w:proofErr w:type="spellStart"/>
      <w:r>
        <w:t>сформувати</w:t>
      </w:r>
      <w:proofErr w:type="spellEnd"/>
      <w:r>
        <w:t xml:space="preserve"> </w:t>
      </w:r>
      <w:proofErr w:type="spellStart"/>
      <w:r>
        <w:t>відтворювану</w:t>
      </w:r>
      <w:proofErr w:type="spellEnd"/>
      <w:r>
        <w:t xml:space="preserve"> </w:t>
      </w:r>
      <w:proofErr w:type="spellStart"/>
      <w:r>
        <w:t>стратегію</w:t>
      </w:r>
      <w:proofErr w:type="spellEnd"/>
      <w:r>
        <w:t xml:space="preserve"> пошуку фахових публікацій, критично відібрати релевантні праці та систематизувати їхній внесок у пояснення власної наукової проблеми.</w:t>
      </w:r>
    </w:p>
    <w:p w14:paraId="569AA1C4" w14:textId="77777777" w:rsidR="00B3141A" w:rsidRDefault="00B3141A" w:rsidP="00B3141A">
      <w:pPr>
        <w:keepNext/>
        <w:spacing w:after="0"/>
        <w:ind w:firstLine="567"/>
        <w:rPr>
          <w:b/>
          <w:sz w:val="22"/>
          <w:lang w:val="uk-UA"/>
        </w:rPr>
      </w:pPr>
    </w:p>
    <w:p w14:paraId="167537A2" w14:textId="4C403769" w:rsidR="00695311" w:rsidRDefault="00000000" w:rsidP="00B3141A">
      <w:pPr>
        <w:keepNext/>
        <w:spacing w:after="0"/>
        <w:ind w:firstLine="567"/>
      </w:pPr>
      <w:proofErr w:type="spellStart"/>
      <w:r>
        <w:rPr>
          <w:b/>
          <w:sz w:val="22"/>
        </w:rPr>
        <w:t>Матеріали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для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виконання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завдання</w:t>
      </w:r>
      <w:proofErr w:type="spellEnd"/>
    </w:p>
    <w:p w14:paraId="29E3F434" w14:textId="32EDA668" w:rsidR="00695311" w:rsidRDefault="00B3141A" w:rsidP="00B3141A">
      <w:pPr>
        <w:spacing w:after="0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наукова</w:t>
      </w:r>
      <w:proofErr w:type="spellEnd"/>
      <w:r w:rsidR="00000000">
        <w:t xml:space="preserve"> </w:t>
      </w:r>
      <w:proofErr w:type="spellStart"/>
      <w:r w:rsidR="00000000">
        <w:t>проблема</w:t>
      </w:r>
      <w:proofErr w:type="spellEnd"/>
      <w:r w:rsidR="00000000">
        <w:t xml:space="preserve">, </w:t>
      </w:r>
      <w:proofErr w:type="spellStart"/>
      <w:r w:rsidR="00000000">
        <w:t>дослідницьке</w:t>
      </w:r>
      <w:proofErr w:type="spellEnd"/>
      <w:r w:rsidR="00000000">
        <w:t xml:space="preserve"> питання та ключові поняття з практичних завдань 2, 3 і 5;</w:t>
      </w:r>
    </w:p>
    <w:p w14:paraId="291C4B21" w14:textId="75B3DE78" w:rsidR="00695311" w:rsidRDefault="00B3141A" w:rsidP="00B3141A">
      <w:pPr>
        <w:spacing w:after="0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наукові</w:t>
      </w:r>
      <w:proofErr w:type="spellEnd"/>
      <w:r w:rsidR="00000000">
        <w:t xml:space="preserve"> </w:t>
      </w:r>
      <w:proofErr w:type="spellStart"/>
      <w:r w:rsidR="00000000">
        <w:t>статті</w:t>
      </w:r>
      <w:proofErr w:type="spellEnd"/>
      <w:r w:rsidR="00000000">
        <w:t xml:space="preserve">, </w:t>
      </w:r>
      <w:proofErr w:type="spellStart"/>
      <w:r w:rsidR="00000000">
        <w:t>уже</w:t>
      </w:r>
      <w:proofErr w:type="spellEnd"/>
      <w:r w:rsidR="00000000">
        <w:t xml:space="preserve"> використані в практичних завданнях 1–4;</w:t>
      </w:r>
    </w:p>
    <w:p w14:paraId="3D7AFB78" w14:textId="61D44EA3" w:rsidR="00695311" w:rsidRDefault="00B3141A" w:rsidP="00B3141A">
      <w:pPr>
        <w:spacing w:after="0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доступні</w:t>
      </w:r>
      <w:proofErr w:type="spellEnd"/>
      <w:r w:rsidR="00000000">
        <w:t xml:space="preserve"> </w:t>
      </w:r>
      <w:proofErr w:type="spellStart"/>
      <w:r w:rsidR="00000000">
        <w:t>пошукові</w:t>
      </w:r>
      <w:proofErr w:type="spellEnd"/>
      <w:r w:rsidR="00000000">
        <w:t xml:space="preserve"> </w:t>
      </w:r>
      <w:proofErr w:type="spellStart"/>
      <w:r w:rsidR="00000000">
        <w:t>ресурси</w:t>
      </w:r>
      <w:proofErr w:type="spellEnd"/>
      <w:r w:rsidR="00000000">
        <w:t xml:space="preserve"> й наукові бази (наприклад, Google Scholar, бібліотечні каталоги, репозитарії та сайти фахових видань).</w:t>
      </w:r>
    </w:p>
    <w:p w14:paraId="07DB163F" w14:textId="77777777" w:rsidR="00B3141A" w:rsidRDefault="00B3141A" w:rsidP="00B3141A">
      <w:pPr>
        <w:keepNext/>
        <w:spacing w:after="0"/>
        <w:ind w:firstLine="567"/>
        <w:rPr>
          <w:b/>
          <w:sz w:val="22"/>
          <w:lang w:val="uk-UA"/>
        </w:rPr>
      </w:pPr>
    </w:p>
    <w:p w14:paraId="320DF333" w14:textId="053CC841" w:rsidR="00695311" w:rsidRDefault="00000000" w:rsidP="00B3141A">
      <w:pPr>
        <w:keepNext/>
        <w:spacing w:after="0"/>
        <w:ind w:firstLine="567"/>
      </w:pPr>
      <w:proofErr w:type="spellStart"/>
      <w:r>
        <w:rPr>
          <w:b/>
          <w:sz w:val="22"/>
        </w:rPr>
        <w:t>Завдання</w:t>
      </w:r>
      <w:proofErr w:type="spellEnd"/>
    </w:p>
    <w:p w14:paraId="5C37C5BD" w14:textId="77777777" w:rsidR="00695311" w:rsidRDefault="00000000" w:rsidP="00B3141A">
      <w:pPr>
        <w:spacing w:after="0"/>
        <w:ind w:firstLine="567"/>
        <w:jc w:val="both"/>
      </w:pPr>
      <w:r>
        <w:t>Розширте раніше сформовану наукову основу дослідження. Завдання полягає не лише у збиранні бібліографічного списку, а у поясненні, як результати відібраних праць допомагають дослідити проблему.</w:t>
      </w:r>
    </w:p>
    <w:p w14:paraId="62A9D82C" w14:textId="77777777" w:rsidR="00695311" w:rsidRDefault="00000000" w:rsidP="00B3141A">
      <w:pPr>
        <w:spacing w:after="0"/>
        <w:ind w:firstLine="567"/>
        <w:jc w:val="both"/>
      </w:pPr>
      <w:r>
        <w:rPr>
          <w:b/>
        </w:rPr>
        <w:t xml:space="preserve">1. </w:t>
      </w:r>
      <w:r>
        <w:t>Складіть перелік основних пошукових понять українською й англійською мовами; підготуйте щонайменше два конкретні пошукові запити із синонімами або логічними операторами.</w:t>
      </w:r>
    </w:p>
    <w:p w14:paraId="28D6FB22" w14:textId="77777777" w:rsidR="00695311" w:rsidRDefault="00000000" w:rsidP="00B3141A">
      <w:pPr>
        <w:spacing w:after="0"/>
        <w:ind w:firstLine="567"/>
        <w:jc w:val="both"/>
      </w:pPr>
      <w:r>
        <w:rPr>
          <w:b/>
        </w:rPr>
        <w:t xml:space="preserve">2. </w:t>
      </w:r>
      <w:r>
        <w:t>Здійсніть пошук щонайменше у двох ресурсах. Зафіксуйте ресурс, запит, дату пошуку, критерії включення та виключення публікацій.</w:t>
      </w:r>
    </w:p>
    <w:p w14:paraId="5A6D1773" w14:textId="77777777" w:rsidR="00695311" w:rsidRDefault="00000000" w:rsidP="00B3141A">
      <w:pPr>
        <w:spacing w:after="0"/>
        <w:ind w:firstLine="567"/>
        <w:jc w:val="both"/>
      </w:pPr>
      <w:r>
        <w:rPr>
          <w:b/>
        </w:rPr>
        <w:t xml:space="preserve">3. </w:t>
      </w:r>
      <w:r>
        <w:t>Сформуйте добірку щонайменше п’яти релевантних наукових праць, опублікованих у фахових рецензованих виданнях. Раніше опрацьовані статті зараховуються до цієї кількості; для кожної праці наведіть бібліографічний опис, DOI за наявності та активне посилання.</w:t>
      </w:r>
    </w:p>
    <w:p w14:paraId="26297749" w14:textId="23720088" w:rsidR="00695311" w:rsidRDefault="00000000" w:rsidP="00B3141A">
      <w:pPr>
        <w:spacing w:after="0"/>
        <w:ind w:firstLine="567"/>
        <w:jc w:val="both"/>
      </w:pPr>
      <w:r>
        <w:rPr>
          <w:b/>
        </w:rPr>
        <w:t xml:space="preserve">4. </w:t>
      </w:r>
      <w:r>
        <w:t xml:space="preserve">Підготуйте </w:t>
      </w:r>
      <w:proofErr w:type="spellStart"/>
      <w:r>
        <w:t>аналітичну</w:t>
      </w:r>
      <w:proofErr w:type="spellEnd"/>
      <w:r>
        <w:t xml:space="preserve"> </w:t>
      </w:r>
      <w:proofErr w:type="spellStart"/>
      <w:r>
        <w:t>таблицю</w:t>
      </w:r>
      <w:proofErr w:type="spellEnd"/>
      <w:r>
        <w:t xml:space="preserve">: </w:t>
      </w:r>
      <w:proofErr w:type="spellStart"/>
      <w:r>
        <w:t>джерело</w:t>
      </w:r>
      <w:proofErr w:type="spellEnd"/>
      <w:r>
        <w:t xml:space="preserve"> </w:t>
      </w:r>
      <w:r w:rsidR="00B3141A">
        <w:t>-</w:t>
      </w:r>
      <w:r>
        <w:t xml:space="preserve"> </w:t>
      </w:r>
      <w:proofErr w:type="spellStart"/>
      <w:r>
        <w:t>дослідницьке</w:t>
      </w:r>
      <w:proofErr w:type="spellEnd"/>
      <w:r>
        <w:t xml:space="preserve"> </w:t>
      </w:r>
      <w:proofErr w:type="spellStart"/>
      <w:r>
        <w:t>питання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аспект</w:t>
      </w:r>
      <w:proofErr w:type="spellEnd"/>
      <w:r>
        <w:t xml:space="preserve"> </w:t>
      </w:r>
      <w:r w:rsidR="00B3141A">
        <w:t>-</w:t>
      </w:r>
      <w:r>
        <w:t xml:space="preserve"> </w:t>
      </w:r>
      <w:proofErr w:type="spellStart"/>
      <w:r>
        <w:t>використані</w:t>
      </w:r>
      <w:proofErr w:type="spellEnd"/>
      <w:r>
        <w:t xml:space="preserve"> </w:t>
      </w:r>
      <w:proofErr w:type="spellStart"/>
      <w:r>
        <w:t>дані</w:t>
      </w:r>
      <w:proofErr w:type="spellEnd"/>
      <w:r>
        <w:t xml:space="preserve"> й </w:t>
      </w:r>
      <w:proofErr w:type="spellStart"/>
      <w:r>
        <w:t>метод</w:t>
      </w:r>
      <w:proofErr w:type="spellEnd"/>
      <w:r>
        <w:t xml:space="preserve"> </w:t>
      </w:r>
      <w:r w:rsidR="00B3141A">
        <w:t>-</w:t>
      </w:r>
      <w:r>
        <w:t xml:space="preserve"> </w:t>
      </w:r>
      <w:proofErr w:type="spellStart"/>
      <w:r>
        <w:t>ключовий</w:t>
      </w:r>
      <w:proofErr w:type="spellEnd"/>
      <w:r>
        <w:t xml:space="preserve"> </w:t>
      </w:r>
      <w:proofErr w:type="spellStart"/>
      <w:r>
        <w:t>результат</w:t>
      </w:r>
      <w:proofErr w:type="spellEnd"/>
      <w:r>
        <w:t xml:space="preserve"> </w:t>
      </w:r>
      <w:r w:rsidR="00B3141A">
        <w:t>-</w:t>
      </w:r>
      <w:r>
        <w:t xml:space="preserve"> внесок у </w:t>
      </w:r>
      <w:proofErr w:type="spellStart"/>
      <w:r>
        <w:t>Ваше</w:t>
      </w:r>
      <w:proofErr w:type="spellEnd"/>
      <w:r>
        <w:t xml:space="preserve"> </w:t>
      </w:r>
      <w:proofErr w:type="spellStart"/>
      <w:r>
        <w:t>дослідження</w:t>
      </w:r>
      <w:proofErr w:type="spellEnd"/>
      <w:r>
        <w:t xml:space="preserve"> </w:t>
      </w:r>
      <w:r w:rsidR="00B3141A">
        <w:t>-</w:t>
      </w:r>
      <w:r>
        <w:t xml:space="preserve"> </w:t>
      </w:r>
      <w:proofErr w:type="spellStart"/>
      <w:r>
        <w:t>обмеження</w:t>
      </w:r>
      <w:proofErr w:type="spellEnd"/>
      <w:r>
        <w:t>.</w:t>
      </w:r>
    </w:p>
    <w:p w14:paraId="1FD20390" w14:textId="77777777" w:rsidR="00695311" w:rsidRDefault="00000000" w:rsidP="00B3141A">
      <w:pPr>
        <w:spacing w:after="0"/>
        <w:ind w:firstLine="567"/>
        <w:jc w:val="both"/>
      </w:pPr>
      <w:r>
        <w:rPr>
          <w:b/>
        </w:rPr>
        <w:t xml:space="preserve">5. </w:t>
      </w:r>
      <w:r>
        <w:t>Узагальніть, що в науковій літературі вже пояснено, які підходи або результати відрізняються та яка прогалина залишається значущою для власного дослідницького питання.</w:t>
      </w:r>
    </w:p>
    <w:p w14:paraId="56DF6F32" w14:textId="77777777" w:rsidR="00695311" w:rsidRDefault="00000000" w:rsidP="00B3141A">
      <w:pPr>
        <w:spacing w:after="0"/>
        <w:ind w:firstLine="567"/>
        <w:jc w:val="both"/>
      </w:pPr>
      <w:r>
        <w:rPr>
          <w:b/>
        </w:rPr>
        <w:t xml:space="preserve">6. </w:t>
      </w:r>
      <w:r>
        <w:t>Дайте стислі відповіді на питання для аналізу, посилаючись на конкретні праці.</w:t>
      </w:r>
    </w:p>
    <w:p w14:paraId="0F168317" w14:textId="77777777" w:rsidR="00B3141A" w:rsidRDefault="00B3141A" w:rsidP="00B3141A">
      <w:pPr>
        <w:keepNext/>
        <w:spacing w:after="0"/>
        <w:ind w:firstLine="567"/>
        <w:rPr>
          <w:b/>
          <w:sz w:val="22"/>
          <w:lang w:val="uk-UA"/>
        </w:rPr>
      </w:pPr>
    </w:p>
    <w:p w14:paraId="54B9C0BB" w14:textId="7AF11DF0" w:rsidR="00695311" w:rsidRDefault="00000000" w:rsidP="00B3141A">
      <w:pPr>
        <w:keepNext/>
        <w:spacing w:after="0"/>
        <w:ind w:firstLine="567"/>
      </w:pPr>
      <w:proofErr w:type="spellStart"/>
      <w:r>
        <w:rPr>
          <w:b/>
          <w:sz w:val="22"/>
        </w:rPr>
        <w:t>Питання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для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аналізу</w:t>
      </w:r>
      <w:proofErr w:type="spellEnd"/>
    </w:p>
    <w:p w14:paraId="7523B187" w14:textId="77777777" w:rsidR="00695311" w:rsidRDefault="00000000" w:rsidP="00B3141A">
      <w:pPr>
        <w:spacing w:after="0"/>
        <w:ind w:firstLine="567"/>
        <w:jc w:val="both"/>
      </w:pPr>
      <w:r>
        <w:rPr>
          <w:b/>
        </w:rPr>
        <w:t xml:space="preserve">1. </w:t>
      </w:r>
      <w:r>
        <w:t>Чому обрані пошукові запити й ресурси дозволяють знайти праці за Вашою проблемою?</w:t>
      </w:r>
    </w:p>
    <w:p w14:paraId="755E81F3" w14:textId="77777777" w:rsidR="00695311" w:rsidRDefault="00000000" w:rsidP="00B3141A">
      <w:pPr>
        <w:spacing w:after="0"/>
        <w:ind w:firstLine="567"/>
        <w:jc w:val="both"/>
      </w:pPr>
      <w:r>
        <w:rPr>
          <w:b/>
        </w:rPr>
        <w:t xml:space="preserve">2. </w:t>
      </w:r>
      <w:r>
        <w:t>За якими ознаками визначено наукову якість, релевантність і придатність відібраних публікацій?</w:t>
      </w:r>
    </w:p>
    <w:p w14:paraId="45AC357F" w14:textId="77777777" w:rsidR="00695311" w:rsidRDefault="00000000" w:rsidP="00B3141A">
      <w:pPr>
        <w:spacing w:after="0"/>
        <w:ind w:firstLine="567"/>
        <w:jc w:val="both"/>
      </w:pPr>
      <w:r>
        <w:rPr>
          <w:b/>
        </w:rPr>
        <w:t xml:space="preserve">3. </w:t>
      </w:r>
      <w:r>
        <w:t>Які ключові результати попередніх досліджень узгоджуються, а які суперечать один одному?</w:t>
      </w:r>
    </w:p>
    <w:p w14:paraId="7A8D2A77" w14:textId="77777777" w:rsidR="00695311" w:rsidRDefault="00000000" w:rsidP="00B3141A">
      <w:pPr>
        <w:spacing w:after="0"/>
        <w:ind w:firstLine="567"/>
        <w:jc w:val="both"/>
      </w:pPr>
      <w:r>
        <w:rPr>
          <w:b/>
        </w:rPr>
        <w:t xml:space="preserve">4. </w:t>
      </w:r>
      <w:r>
        <w:t>Чим відрізняються використані авторами методи, дані та межі застосування висновків?</w:t>
      </w:r>
    </w:p>
    <w:p w14:paraId="14A31590" w14:textId="77777777" w:rsidR="00695311" w:rsidRDefault="00000000" w:rsidP="00B3141A">
      <w:pPr>
        <w:spacing w:after="0"/>
        <w:ind w:firstLine="567"/>
        <w:jc w:val="both"/>
      </w:pPr>
      <w:r>
        <w:rPr>
          <w:b/>
        </w:rPr>
        <w:t xml:space="preserve">5. </w:t>
      </w:r>
      <w:r>
        <w:t>Який внесок кожної з відібраних праць у формування доказів для Вашого дослідження?</w:t>
      </w:r>
    </w:p>
    <w:p w14:paraId="4F7EF261" w14:textId="77777777" w:rsidR="00695311" w:rsidRDefault="00000000" w:rsidP="00B3141A">
      <w:pPr>
        <w:spacing w:after="0"/>
        <w:ind w:firstLine="567"/>
        <w:jc w:val="both"/>
      </w:pPr>
      <w:r>
        <w:rPr>
          <w:b/>
        </w:rPr>
        <w:t xml:space="preserve">6. </w:t>
      </w:r>
      <w:r>
        <w:t>Як забезпечено можливість відтворити пошук та перевірити бібліографічні посилання?</w:t>
      </w:r>
    </w:p>
    <w:p w14:paraId="0BCEF354" w14:textId="77777777" w:rsidR="00B3141A" w:rsidRDefault="00B3141A" w:rsidP="00B3141A">
      <w:pPr>
        <w:spacing w:after="0"/>
        <w:ind w:firstLine="567"/>
        <w:jc w:val="both"/>
        <w:rPr>
          <w:b/>
          <w:lang w:val="uk-UA"/>
        </w:rPr>
      </w:pPr>
    </w:p>
    <w:p w14:paraId="54254E80" w14:textId="6DAFC96B" w:rsidR="00695311" w:rsidRDefault="00000000" w:rsidP="00B3141A">
      <w:pPr>
        <w:spacing w:after="0"/>
        <w:ind w:firstLine="567"/>
        <w:jc w:val="both"/>
      </w:pPr>
      <w:proofErr w:type="spellStart"/>
      <w:r>
        <w:rPr>
          <w:b/>
        </w:rPr>
        <w:t>Результат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виконання</w:t>
      </w:r>
      <w:proofErr w:type="spellEnd"/>
      <w:r>
        <w:rPr>
          <w:b/>
        </w:rPr>
        <w:t xml:space="preserve"> </w:t>
      </w:r>
      <w:r w:rsidR="00B3141A">
        <w:rPr>
          <w:b/>
        </w:rPr>
        <w:t>-</w:t>
      </w:r>
      <w:r>
        <w:rPr>
          <w:b/>
        </w:rPr>
        <w:t xml:space="preserve"> </w:t>
      </w:r>
      <w:proofErr w:type="spellStart"/>
      <w:r>
        <w:t>задокументована</w:t>
      </w:r>
      <w:proofErr w:type="spellEnd"/>
      <w:r>
        <w:t xml:space="preserve"> </w:t>
      </w:r>
      <w:proofErr w:type="spellStart"/>
      <w:r>
        <w:t>пошукова</w:t>
      </w:r>
      <w:proofErr w:type="spellEnd"/>
      <w:r>
        <w:t xml:space="preserve"> </w:t>
      </w:r>
      <w:proofErr w:type="spellStart"/>
      <w:r>
        <w:t>стратегія</w:t>
      </w:r>
      <w:proofErr w:type="spellEnd"/>
      <w:r>
        <w:t>, добірка щонайменше п’яти належно оформлених наукових праць та їх аналітична систематизація з визначенням невирішених питань.</w:t>
      </w:r>
    </w:p>
    <w:p w14:paraId="0FCBB592" w14:textId="77777777" w:rsidR="00B3141A" w:rsidRDefault="00B3141A" w:rsidP="00B3141A">
      <w:pPr>
        <w:spacing w:after="0"/>
        <w:ind w:firstLine="567"/>
        <w:jc w:val="both"/>
        <w:rPr>
          <w:b/>
          <w:lang w:val="uk-UA"/>
        </w:rPr>
      </w:pPr>
    </w:p>
    <w:p w14:paraId="3641677B" w14:textId="1D598EE5" w:rsidR="00695311" w:rsidRDefault="00000000" w:rsidP="00B3141A">
      <w:pPr>
        <w:spacing w:after="0"/>
        <w:ind w:firstLine="567"/>
        <w:jc w:val="both"/>
      </w:pPr>
      <w:proofErr w:type="spellStart"/>
      <w:r>
        <w:rPr>
          <w:b/>
        </w:rPr>
        <w:t>Оцінювання</w:t>
      </w:r>
      <w:proofErr w:type="spellEnd"/>
      <w:r>
        <w:rPr>
          <w:b/>
        </w:rPr>
        <w:t xml:space="preserve"> </w:t>
      </w:r>
      <w:r w:rsidR="00B3141A">
        <w:rPr>
          <w:b/>
        </w:rPr>
        <w:t>-</w:t>
      </w:r>
      <w:r>
        <w:rPr>
          <w:b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єдиною</w:t>
      </w:r>
      <w:proofErr w:type="spellEnd"/>
      <w:r>
        <w:t xml:space="preserve"> </w:t>
      </w:r>
      <w:proofErr w:type="spellStart"/>
      <w:r>
        <w:t>рубрикою</w:t>
      </w:r>
      <w:proofErr w:type="spellEnd"/>
      <w:r>
        <w:t xml:space="preserve"> </w:t>
      </w:r>
      <w:proofErr w:type="spellStart"/>
      <w:r>
        <w:t>практичних</w:t>
      </w:r>
      <w:proofErr w:type="spellEnd"/>
      <w:r>
        <w:t xml:space="preserve"> </w:t>
      </w:r>
      <w:proofErr w:type="spellStart"/>
      <w:r>
        <w:t>робіт</w:t>
      </w:r>
      <w:proofErr w:type="spellEnd"/>
      <w:r>
        <w:t xml:space="preserve"> </w:t>
      </w:r>
      <w:r w:rsidR="00B3141A">
        <w:t>-</w:t>
      </w:r>
      <w:r>
        <w:t xml:space="preserve"> </w:t>
      </w:r>
      <w:proofErr w:type="spellStart"/>
      <w:r>
        <w:t>максимум</w:t>
      </w:r>
      <w:proofErr w:type="spellEnd"/>
      <w:r>
        <w:t xml:space="preserve"> 5 </w:t>
      </w:r>
      <w:proofErr w:type="spellStart"/>
      <w:r>
        <w:t>балів</w:t>
      </w:r>
      <w:proofErr w:type="spellEnd"/>
      <w:r>
        <w:t>. Враховуються відтворюваність пошуку, якість і релевантність джерел, точність бібліографічних відомостей, критичність систематизації та змістовність висновку щодо наукової прогалини.</w:t>
      </w:r>
    </w:p>
    <w:sectPr w:rsidR="00695311" w:rsidSect="00034616">
      <w:pgSz w:w="11906" w:h="16838"/>
      <w:pgMar w:top="771" w:right="839" w:bottom="720" w:left="839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2799243">
    <w:abstractNumId w:val="8"/>
  </w:num>
  <w:num w:numId="2" w16cid:durableId="920524746">
    <w:abstractNumId w:val="6"/>
  </w:num>
  <w:num w:numId="3" w16cid:durableId="526263240">
    <w:abstractNumId w:val="5"/>
  </w:num>
  <w:num w:numId="4" w16cid:durableId="1001158130">
    <w:abstractNumId w:val="4"/>
  </w:num>
  <w:num w:numId="5" w16cid:durableId="964189769">
    <w:abstractNumId w:val="7"/>
  </w:num>
  <w:num w:numId="6" w16cid:durableId="1940327655">
    <w:abstractNumId w:val="3"/>
  </w:num>
  <w:num w:numId="7" w16cid:durableId="992568998">
    <w:abstractNumId w:val="2"/>
  </w:num>
  <w:num w:numId="8" w16cid:durableId="524514322">
    <w:abstractNumId w:val="1"/>
  </w:num>
  <w:num w:numId="9" w16cid:durableId="939339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31E8"/>
    <w:rsid w:val="0015074B"/>
    <w:rsid w:val="00192D09"/>
    <w:rsid w:val="0029639D"/>
    <w:rsid w:val="00326F90"/>
    <w:rsid w:val="00695311"/>
    <w:rsid w:val="00AA1D8D"/>
    <w:rsid w:val="00B3141A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F28197"/>
  <w14:defaultImageDpi w14:val="300"/>
  <w15:docId w15:val="{4C98D3D9-04F3-4AB1-BFC8-24FCD8ECC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52" w:line="250" w:lineRule="auto"/>
    </w:pPr>
    <w:rPr>
      <w:rFonts w:ascii="Times New Roman" w:eastAsia="Times New Roman" w:hAnsi="Times New Roman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1739</Words>
  <Characters>992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Практичне завдання 7 — Пошук і систематизація наукових джерел</dc:title>
  <dc:subject>Методологія та організація наукових досліджень — С1.02 Міжнародні економічні відносини</dc:subject>
  <dc:creator>Саша Саша</dc:creator>
  <cp:keywords/>
  <dc:description>generated by python-docx</dc:description>
  <cp:lastModifiedBy>Саша Саша</cp:lastModifiedBy>
  <cp:revision>3</cp:revision>
  <dcterms:created xsi:type="dcterms:W3CDTF">2026-10-18T11:28:00Z</dcterms:created>
  <dcterms:modified xsi:type="dcterms:W3CDTF">2026-10-18T12:37:00Z</dcterms:modified>
  <cp:category/>
</cp:coreProperties>
</file>