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2A9F7" w14:textId="77777777" w:rsidR="000D5D2B" w:rsidRDefault="00000000">
      <w:pPr>
        <w:keepNext/>
        <w:spacing w:after="180"/>
        <w:jc w:val="center"/>
      </w:pPr>
      <w:r>
        <w:rPr>
          <w:sz w:val="24"/>
        </w:rPr>
        <w:t>Практичне завдання 3</w:t>
      </w:r>
    </w:p>
    <w:p w14:paraId="3AFF2A25" w14:textId="77777777" w:rsidR="000D5D2B" w:rsidRDefault="00000000">
      <w:pPr>
        <w:keepNext/>
        <w:spacing w:after="220"/>
        <w:jc w:val="center"/>
      </w:pPr>
      <w:r>
        <w:rPr>
          <w:b/>
          <w:sz w:val="24"/>
        </w:rPr>
        <w:t>Теоретичне обґрунтування наукового дослідження</w:t>
      </w:r>
    </w:p>
    <w:p w14:paraId="6A0096DE" w14:textId="4FD39ABC" w:rsidR="000D5D2B" w:rsidRDefault="00000000" w:rsidP="00714541">
      <w:pPr>
        <w:spacing w:after="0"/>
        <w:ind w:firstLine="567"/>
        <w:jc w:val="both"/>
      </w:pPr>
      <w:proofErr w:type="spellStart"/>
      <w:r>
        <w:rPr>
          <w:b/>
          <w:sz w:val="22"/>
        </w:rPr>
        <w:t>Мета</w:t>
      </w:r>
      <w:proofErr w:type="spellEnd"/>
      <w:r>
        <w:rPr>
          <w:b/>
          <w:sz w:val="22"/>
        </w:rPr>
        <w:t xml:space="preserve"> </w:t>
      </w:r>
      <w:r w:rsidR="00714541">
        <w:rPr>
          <w:b/>
          <w:sz w:val="22"/>
        </w:rPr>
        <w:t>-</w:t>
      </w:r>
      <w:r>
        <w:rPr>
          <w:b/>
          <w:sz w:val="22"/>
        </w:rPr>
        <w:t xml:space="preserve"> </w:t>
      </w:r>
      <w:proofErr w:type="spellStart"/>
      <w:r>
        <w:rPr>
          <w:sz w:val="22"/>
        </w:rPr>
        <w:t>критично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зіставити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теоретичні</w:t>
      </w:r>
      <w:proofErr w:type="spellEnd"/>
      <w:r>
        <w:rPr>
          <w:sz w:val="22"/>
        </w:rPr>
        <w:t xml:space="preserve"> підходи до пояснення досліджуваного явища, виокремити дискусійні положення та сформувати концептуальну модель власного дослідження відповідно </w:t>
      </w:r>
      <w:proofErr w:type="spellStart"/>
      <w:r>
        <w:rPr>
          <w:sz w:val="22"/>
        </w:rPr>
        <w:t>до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визначеної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наукової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проблеми</w:t>
      </w:r>
      <w:proofErr w:type="spellEnd"/>
      <w:r>
        <w:rPr>
          <w:sz w:val="22"/>
        </w:rPr>
        <w:t>.</w:t>
      </w:r>
    </w:p>
    <w:p w14:paraId="3513CFFC" w14:textId="77777777" w:rsidR="00714541" w:rsidRDefault="00714541" w:rsidP="00714541">
      <w:pPr>
        <w:keepNext/>
        <w:spacing w:after="0"/>
        <w:ind w:firstLine="567"/>
        <w:rPr>
          <w:b/>
          <w:sz w:val="22"/>
          <w:lang w:val="uk-UA"/>
        </w:rPr>
      </w:pPr>
    </w:p>
    <w:p w14:paraId="33A8C327" w14:textId="7A58A08A" w:rsidR="000D5D2B" w:rsidRDefault="00000000" w:rsidP="00714541">
      <w:pPr>
        <w:keepNext/>
        <w:spacing w:after="0"/>
        <w:ind w:firstLine="567"/>
      </w:pPr>
      <w:proofErr w:type="spellStart"/>
      <w:r>
        <w:rPr>
          <w:b/>
          <w:sz w:val="22"/>
        </w:rPr>
        <w:t>Матеріали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виконання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завдання</w:t>
      </w:r>
      <w:proofErr w:type="spellEnd"/>
    </w:p>
    <w:p w14:paraId="6C537659" w14:textId="5B00F067" w:rsidR="000D5D2B" w:rsidRDefault="00714541" w:rsidP="00714541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обґрунтована</w:t>
      </w:r>
      <w:proofErr w:type="spellEnd"/>
      <w:r w:rsidR="00000000">
        <w:t xml:space="preserve"> </w:t>
      </w:r>
      <w:proofErr w:type="spellStart"/>
      <w:r w:rsidR="00000000">
        <w:t>постановка</w:t>
      </w:r>
      <w:proofErr w:type="spellEnd"/>
      <w:r w:rsidR="00000000">
        <w:t xml:space="preserve"> </w:t>
      </w:r>
      <w:proofErr w:type="spellStart"/>
      <w:r w:rsidR="00000000">
        <w:t>наукової</w:t>
      </w:r>
      <w:proofErr w:type="spellEnd"/>
      <w:r w:rsidR="00000000">
        <w:t xml:space="preserve"> проблеми та дослідницьке питання, сформульовані в практичному завданні 2;</w:t>
      </w:r>
    </w:p>
    <w:p w14:paraId="58F02399" w14:textId="63A82D35" w:rsidR="000D5D2B" w:rsidRDefault="00714541" w:rsidP="00714541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дві</w:t>
      </w:r>
      <w:proofErr w:type="spellEnd"/>
      <w:r w:rsidR="00000000">
        <w:t xml:space="preserve"> </w:t>
      </w:r>
      <w:proofErr w:type="spellStart"/>
      <w:r w:rsidR="00000000">
        <w:t>наукові</w:t>
      </w:r>
      <w:proofErr w:type="spellEnd"/>
      <w:r w:rsidR="00000000">
        <w:t xml:space="preserve"> </w:t>
      </w:r>
      <w:proofErr w:type="spellStart"/>
      <w:r w:rsidR="00000000">
        <w:t>статті</w:t>
      </w:r>
      <w:proofErr w:type="spellEnd"/>
      <w:r w:rsidR="00000000">
        <w:t xml:space="preserve">, опрацьовані в практичному завданні 2; </w:t>
      </w:r>
      <w:proofErr w:type="spellStart"/>
      <w:r w:rsidR="00000000">
        <w:t>за</w:t>
      </w:r>
      <w:proofErr w:type="spellEnd"/>
      <w:r w:rsidR="00000000">
        <w:t xml:space="preserve"> </w:t>
      </w:r>
      <w:proofErr w:type="spellStart"/>
      <w:r w:rsidR="00000000">
        <w:t>потреби</w:t>
      </w:r>
      <w:proofErr w:type="spellEnd"/>
      <w:r w:rsidR="00000000">
        <w:t xml:space="preserve"> </w:t>
      </w:r>
      <w:r>
        <w:t>-</w:t>
      </w:r>
      <w:r w:rsidR="00000000">
        <w:t xml:space="preserve"> </w:t>
      </w:r>
      <w:proofErr w:type="spellStart"/>
      <w:r w:rsidR="00000000">
        <w:t>додаткова</w:t>
      </w:r>
      <w:proofErr w:type="spellEnd"/>
      <w:r w:rsidR="00000000">
        <w:t xml:space="preserve"> </w:t>
      </w:r>
      <w:proofErr w:type="spellStart"/>
      <w:r w:rsidR="00000000">
        <w:t>фахова</w:t>
      </w:r>
      <w:proofErr w:type="spellEnd"/>
      <w:r w:rsidR="00000000">
        <w:t xml:space="preserve"> </w:t>
      </w:r>
      <w:proofErr w:type="spellStart"/>
      <w:r w:rsidR="00000000">
        <w:t>праця</w:t>
      </w:r>
      <w:proofErr w:type="spellEnd"/>
      <w:r w:rsidR="00000000">
        <w:t>, що представляє іншу теоретичну позицію;</w:t>
      </w:r>
    </w:p>
    <w:p w14:paraId="0F929ABF" w14:textId="03EA740C" w:rsidR="000D5D2B" w:rsidRDefault="00714541" w:rsidP="00714541">
      <w:pPr>
        <w:spacing w:after="0"/>
        <w:ind w:firstLine="567"/>
        <w:jc w:val="both"/>
      </w:pPr>
      <w:r>
        <w:rPr>
          <w:b/>
        </w:rPr>
        <w:t>-</w:t>
      </w:r>
      <w:r w:rsidR="00000000">
        <w:rPr>
          <w:b/>
        </w:rPr>
        <w:t xml:space="preserve"> </w:t>
      </w:r>
      <w:proofErr w:type="spellStart"/>
      <w:r w:rsidR="00000000">
        <w:t>статистичне</w:t>
      </w:r>
      <w:proofErr w:type="spellEnd"/>
      <w:r w:rsidR="00000000">
        <w:t xml:space="preserve"> </w:t>
      </w:r>
      <w:proofErr w:type="spellStart"/>
      <w:r w:rsidR="00000000">
        <w:t>або</w:t>
      </w:r>
      <w:proofErr w:type="spellEnd"/>
      <w:r w:rsidR="00000000">
        <w:t xml:space="preserve"> </w:t>
      </w:r>
      <w:proofErr w:type="spellStart"/>
      <w:r w:rsidR="00000000">
        <w:t>аналітичне</w:t>
      </w:r>
      <w:proofErr w:type="spellEnd"/>
      <w:r w:rsidR="00000000">
        <w:t xml:space="preserve"> джерело й матеріал актуального практичного контексту, використані в попередніх завданнях.</w:t>
      </w:r>
    </w:p>
    <w:p w14:paraId="1CB8D88F" w14:textId="77777777" w:rsidR="00714541" w:rsidRDefault="00714541" w:rsidP="00714541">
      <w:pPr>
        <w:keepNext/>
        <w:spacing w:after="0"/>
        <w:ind w:firstLine="567"/>
        <w:rPr>
          <w:b/>
          <w:sz w:val="22"/>
          <w:lang w:val="uk-UA"/>
        </w:rPr>
      </w:pPr>
    </w:p>
    <w:p w14:paraId="06475606" w14:textId="4DC1BE92" w:rsidR="000D5D2B" w:rsidRDefault="00000000" w:rsidP="00714541">
      <w:pPr>
        <w:keepNext/>
        <w:spacing w:after="0"/>
        <w:ind w:firstLine="567"/>
        <w:jc w:val="center"/>
      </w:pPr>
      <w:proofErr w:type="spellStart"/>
      <w:r>
        <w:rPr>
          <w:b/>
          <w:sz w:val="22"/>
        </w:rPr>
        <w:t>Завдання</w:t>
      </w:r>
      <w:proofErr w:type="spellEnd"/>
    </w:p>
    <w:p w14:paraId="79BBE657" w14:textId="77777777" w:rsidR="000D5D2B" w:rsidRDefault="00000000" w:rsidP="00714541">
      <w:pPr>
        <w:spacing w:after="0"/>
        <w:ind w:firstLine="567"/>
        <w:jc w:val="both"/>
      </w:pPr>
      <w:r>
        <w:t>Продовжуючи дослідження обраної проблеми, перейдіть від виявленої суперечності до її теоретичного пояснення. Зосередьтеся не на переказі публікацій, а на положеннях, потрібних для власного дослідження.</w:t>
      </w:r>
    </w:p>
    <w:p w14:paraId="3880805B" w14:textId="77777777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1. </w:t>
      </w:r>
      <w:r>
        <w:t>Відтворіть визначену наукову проблему й дослідницьке питання (за необхідності уточніть їх, зберігаючи обраний напрям).</w:t>
      </w:r>
    </w:p>
    <w:p w14:paraId="34C8FA80" w14:textId="77777777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2. </w:t>
      </w:r>
      <w:r>
        <w:t>Визначте щонайменше дві теоретичні позиції щодо досліджуваного явища та праці, у яких їх представлено. Для нового джерела наведіть повний бібліографічний опис, DOI за наявності й активне посилання.</w:t>
      </w:r>
    </w:p>
    <w:p w14:paraId="1D3ED95E" w14:textId="3802E7BD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3. </w:t>
      </w:r>
      <w:r>
        <w:t xml:space="preserve">Подайте коротку порівняльну </w:t>
      </w:r>
      <w:proofErr w:type="spellStart"/>
      <w:r>
        <w:t>таблицю</w:t>
      </w:r>
      <w:proofErr w:type="spellEnd"/>
      <w:r>
        <w:t xml:space="preserve">: </w:t>
      </w:r>
      <w:proofErr w:type="spellStart"/>
      <w:r>
        <w:t>теоретична</w:t>
      </w:r>
      <w:proofErr w:type="spellEnd"/>
      <w:r>
        <w:t xml:space="preserve"> </w:t>
      </w:r>
      <w:proofErr w:type="spellStart"/>
      <w:r>
        <w:t>позиція</w:t>
      </w:r>
      <w:proofErr w:type="spellEnd"/>
      <w:r>
        <w:t xml:space="preserve"> </w:t>
      </w:r>
      <w:r w:rsidR="00714541">
        <w:t>-</w:t>
      </w:r>
      <w:r>
        <w:t xml:space="preserve"> </w:t>
      </w:r>
      <w:proofErr w:type="spellStart"/>
      <w:r>
        <w:t>ключові</w:t>
      </w:r>
      <w:proofErr w:type="spellEnd"/>
      <w:r>
        <w:t xml:space="preserve"> </w:t>
      </w:r>
      <w:proofErr w:type="spellStart"/>
      <w:r>
        <w:t>поняття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пояснювальний</w:t>
      </w:r>
      <w:proofErr w:type="spellEnd"/>
      <w:r>
        <w:t xml:space="preserve"> </w:t>
      </w:r>
      <w:proofErr w:type="spellStart"/>
      <w:r>
        <w:t>механізм</w:t>
      </w:r>
      <w:proofErr w:type="spellEnd"/>
      <w:r>
        <w:t xml:space="preserve"> </w:t>
      </w:r>
      <w:r w:rsidR="00714541">
        <w:t>-</w:t>
      </w:r>
      <w:r>
        <w:t xml:space="preserve"> </w:t>
      </w:r>
      <w:proofErr w:type="spellStart"/>
      <w:r>
        <w:t>можливості</w:t>
      </w:r>
      <w:proofErr w:type="spellEnd"/>
      <w:r>
        <w:t xml:space="preserve"> й </w:t>
      </w:r>
      <w:proofErr w:type="spellStart"/>
      <w:r>
        <w:t>обмеження</w:t>
      </w:r>
      <w:proofErr w:type="spellEnd"/>
      <w:r>
        <w:t>.</w:t>
      </w:r>
    </w:p>
    <w:p w14:paraId="0F25AEF6" w14:textId="77777777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4. </w:t>
      </w:r>
      <w:r>
        <w:t>Визначте, які теоретичні положення доцільно використати у власному дослідженні та які питання залишаються дискусійними.</w:t>
      </w:r>
    </w:p>
    <w:p w14:paraId="33B5D59B" w14:textId="77777777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5. </w:t>
      </w:r>
      <w:r>
        <w:t>Побудуйте схему концептуальної моделі з ключовими поняттями (категоріями) та логічними зв’язками між ними. Стисло поясніть зв’язки з опорою на джерела.</w:t>
      </w:r>
    </w:p>
    <w:p w14:paraId="61D064A9" w14:textId="77777777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6. </w:t>
      </w:r>
      <w:r>
        <w:t>Дайте стислі відповіді на питання для аналізу, посилаючись на використані праці.</w:t>
      </w:r>
    </w:p>
    <w:p w14:paraId="14032A19" w14:textId="77777777" w:rsidR="00714541" w:rsidRDefault="00714541" w:rsidP="00714541">
      <w:pPr>
        <w:keepNext/>
        <w:spacing w:after="0"/>
        <w:ind w:firstLine="567"/>
        <w:rPr>
          <w:b/>
          <w:sz w:val="22"/>
          <w:lang w:val="uk-UA"/>
        </w:rPr>
      </w:pPr>
    </w:p>
    <w:p w14:paraId="12B2A0EE" w14:textId="1DB7173C" w:rsidR="000D5D2B" w:rsidRDefault="00000000" w:rsidP="00714541">
      <w:pPr>
        <w:keepNext/>
        <w:spacing w:after="0"/>
        <w:ind w:firstLine="567"/>
      </w:pPr>
      <w:proofErr w:type="spellStart"/>
      <w:r>
        <w:rPr>
          <w:b/>
          <w:sz w:val="22"/>
        </w:rPr>
        <w:t>Питання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для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аналізу</w:t>
      </w:r>
      <w:proofErr w:type="spellEnd"/>
    </w:p>
    <w:p w14:paraId="69D495C3" w14:textId="77777777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1. </w:t>
      </w:r>
      <w:r>
        <w:t>Які теоретичні підходи пояснюють досліджуване явище та якими основними поняттями вони оперують?</w:t>
      </w:r>
    </w:p>
    <w:p w14:paraId="1B8248BC" w14:textId="77777777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2. </w:t>
      </w:r>
      <w:r>
        <w:t>Чим відрізняються вихідні припущення та механізми пояснення в розглянутих теоретичних позиціях?</w:t>
      </w:r>
    </w:p>
    <w:p w14:paraId="702D278A" w14:textId="77777777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3. </w:t>
      </w:r>
      <w:r>
        <w:t>Які наукові аргументи й результати попередніх досліджень підтверджують або обмежують кожне пояснення?</w:t>
      </w:r>
    </w:p>
    <w:p w14:paraId="0F52D1C5" w14:textId="77777777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4. </w:t>
      </w:r>
      <w:r>
        <w:t>Які невирішені чи дискусійні теоретичні положення безпосередньо стосуються сформульованої наукової проблеми?</w:t>
      </w:r>
    </w:p>
    <w:p w14:paraId="7746371F" w14:textId="77777777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5. </w:t>
      </w:r>
      <w:r>
        <w:t>Яку теоретичну позицію або поєднання положень обрано для власного дослідження та чому?</w:t>
      </w:r>
    </w:p>
    <w:p w14:paraId="5BBDA82E" w14:textId="77777777" w:rsidR="000D5D2B" w:rsidRDefault="00000000" w:rsidP="00714541">
      <w:pPr>
        <w:spacing w:after="0"/>
        <w:ind w:firstLine="567"/>
        <w:jc w:val="both"/>
      </w:pPr>
      <w:r>
        <w:rPr>
          <w:b/>
        </w:rPr>
        <w:t xml:space="preserve">6. </w:t>
      </w:r>
      <w:r>
        <w:t>Які ключові поняття та зв’язки становлять концептуальну модель? Як вона пов’язана з дослідницьким питанням і що потребує подальшої емпіричної перевірки?</w:t>
      </w:r>
    </w:p>
    <w:p w14:paraId="43FB7E52" w14:textId="77777777" w:rsidR="00714541" w:rsidRDefault="00714541" w:rsidP="00714541">
      <w:pPr>
        <w:spacing w:after="0"/>
        <w:ind w:firstLine="567"/>
        <w:jc w:val="both"/>
        <w:rPr>
          <w:b/>
          <w:lang w:val="uk-UA"/>
        </w:rPr>
      </w:pPr>
    </w:p>
    <w:p w14:paraId="15E9D9BC" w14:textId="5872B7A1" w:rsidR="000D5D2B" w:rsidRDefault="00000000" w:rsidP="00714541">
      <w:pPr>
        <w:spacing w:after="0"/>
        <w:ind w:firstLine="567"/>
        <w:jc w:val="both"/>
      </w:pPr>
      <w:proofErr w:type="spellStart"/>
      <w:r>
        <w:rPr>
          <w:b/>
        </w:rPr>
        <w:t>Результат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виконання</w:t>
      </w:r>
      <w:proofErr w:type="spellEnd"/>
      <w:r>
        <w:rPr>
          <w:b/>
        </w:rPr>
        <w:t xml:space="preserve"> </w:t>
      </w:r>
      <w:r w:rsidR="00714541">
        <w:rPr>
          <w:b/>
        </w:rPr>
        <w:t>-</w:t>
      </w:r>
      <w:r>
        <w:rPr>
          <w:b/>
        </w:rPr>
        <w:t xml:space="preserve"> </w:t>
      </w:r>
      <w:proofErr w:type="spellStart"/>
      <w:r>
        <w:t>теоретичне</w:t>
      </w:r>
      <w:proofErr w:type="spellEnd"/>
      <w:r>
        <w:t xml:space="preserve"> </w:t>
      </w:r>
      <w:proofErr w:type="spellStart"/>
      <w:r>
        <w:t>обґрунтування</w:t>
      </w:r>
      <w:proofErr w:type="spellEnd"/>
      <w:r>
        <w:t xml:space="preserve"> </w:t>
      </w:r>
      <w:proofErr w:type="spellStart"/>
      <w:r>
        <w:t>власного</w:t>
      </w:r>
      <w:proofErr w:type="spellEnd"/>
      <w:r>
        <w:t xml:space="preserve"> дослідження з порівнянням пояснювальних позицій, визначенням дискусійних положень і схемою концептуальної моделі.</w:t>
      </w:r>
    </w:p>
    <w:p w14:paraId="3A9052B5" w14:textId="77777777" w:rsidR="00714541" w:rsidRDefault="00714541" w:rsidP="00714541">
      <w:pPr>
        <w:spacing w:after="0"/>
        <w:ind w:firstLine="567"/>
        <w:jc w:val="both"/>
        <w:rPr>
          <w:b/>
          <w:lang w:val="uk-UA"/>
        </w:rPr>
      </w:pPr>
    </w:p>
    <w:p w14:paraId="4752BFC9" w14:textId="2229D9AC" w:rsidR="000D5D2B" w:rsidRDefault="00000000" w:rsidP="00714541">
      <w:pPr>
        <w:spacing w:after="0"/>
        <w:ind w:firstLine="567"/>
        <w:jc w:val="both"/>
      </w:pP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</w:t>
      </w:r>
      <w:r w:rsidR="00714541">
        <w:rPr>
          <w:b/>
        </w:rPr>
        <w:t>-</w:t>
      </w:r>
      <w:r>
        <w:rPr>
          <w:b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єдиною</w:t>
      </w:r>
      <w:proofErr w:type="spellEnd"/>
      <w:r>
        <w:t xml:space="preserve"> </w:t>
      </w:r>
      <w:proofErr w:type="spellStart"/>
      <w:r>
        <w:t>рубрикою</w:t>
      </w:r>
      <w:proofErr w:type="spellEnd"/>
      <w:r>
        <w:t xml:space="preserve"> </w:t>
      </w:r>
      <w:proofErr w:type="spellStart"/>
      <w:r>
        <w:t>практичних</w:t>
      </w:r>
      <w:proofErr w:type="spellEnd"/>
      <w:r>
        <w:t xml:space="preserve"> </w:t>
      </w:r>
      <w:proofErr w:type="spellStart"/>
      <w:r>
        <w:t>робіт</w:t>
      </w:r>
      <w:proofErr w:type="spellEnd"/>
      <w:r>
        <w:t xml:space="preserve"> </w:t>
      </w:r>
      <w:r w:rsidR="00714541">
        <w:t>-</w:t>
      </w:r>
      <w:r>
        <w:t xml:space="preserve"> </w:t>
      </w:r>
      <w:proofErr w:type="spellStart"/>
      <w:r>
        <w:t>максимум</w:t>
      </w:r>
      <w:proofErr w:type="spellEnd"/>
      <w:r>
        <w:t xml:space="preserve"> 5 </w:t>
      </w:r>
      <w:proofErr w:type="spellStart"/>
      <w:r>
        <w:t>балів</w:t>
      </w:r>
      <w:proofErr w:type="spellEnd"/>
      <w:r>
        <w:t>. Враховуються коректність теоретичних положень і посилань, критичність порівняння, обґрунтованість обраної позиції, логіка концептуальної моделі та відповідність дослідницькому питанню.</w:t>
      </w:r>
    </w:p>
    <w:sectPr w:rsidR="000D5D2B" w:rsidSect="00034616">
      <w:pgSz w:w="12240" w:h="15840"/>
      <w:pgMar w:top="692" w:right="833" w:bottom="692" w:left="833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2351907">
    <w:abstractNumId w:val="8"/>
  </w:num>
  <w:num w:numId="2" w16cid:durableId="352614483">
    <w:abstractNumId w:val="6"/>
  </w:num>
  <w:num w:numId="3" w16cid:durableId="1282564986">
    <w:abstractNumId w:val="5"/>
  </w:num>
  <w:num w:numId="4" w16cid:durableId="1991671291">
    <w:abstractNumId w:val="4"/>
  </w:num>
  <w:num w:numId="5" w16cid:durableId="181020709">
    <w:abstractNumId w:val="7"/>
  </w:num>
  <w:num w:numId="6" w16cid:durableId="567303816">
    <w:abstractNumId w:val="3"/>
  </w:num>
  <w:num w:numId="7" w16cid:durableId="381177626">
    <w:abstractNumId w:val="2"/>
  </w:num>
  <w:num w:numId="8" w16cid:durableId="2053845535">
    <w:abstractNumId w:val="1"/>
  </w:num>
  <w:num w:numId="9" w16cid:durableId="1746219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D2B"/>
    <w:rsid w:val="0015074B"/>
    <w:rsid w:val="00192D09"/>
    <w:rsid w:val="0029639D"/>
    <w:rsid w:val="002C5993"/>
    <w:rsid w:val="00326F90"/>
    <w:rsid w:val="0071454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D65054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 w:line="247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1791</Words>
  <Characters>1022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3: Теоретичне обґрунтування наукового дослідження</dc:title>
  <dc:subject>Методологія та організація наукових досліджень, C1.02 Міжнародні економічні відносини</dc:subject>
  <dc:creator>Саша Саша</dc:creator>
  <cp:keywords/>
  <dc:description>generated by python-docx</dc:description>
  <cp:lastModifiedBy>Саша Саша</cp:lastModifiedBy>
  <cp:revision>3</cp:revision>
  <dcterms:created xsi:type="dcterms:W3CDTF">2026-10-18T11:10:00Z</dcterms:created>
  <dcterms:modified xsi:type="dcterms:W3CDTF">2026-10-18T12:33:00Z</dcterms:modified>
  <cp:category/>
</cp:coreProperties>
</file>