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8713" w14:textId="77777777" w:rsidR="008075B4" w:rsidRDefault="00000000">
      <w:pPr>
        <w:jc w:val="center"/>
      </w:pPr>
      <w:r>
        <w:rPr>
          <w:i/>
          <w:sz w:val="22"/>
        </w:rPr>
        <w:t>Project Planning and Management | Speaking &amp; Vocabulary</w:t>
      </w:r>
    </w:p>
    <w:p w14:paraId="7297BBA0" w14:textId="77777777" w:rsidR="008075B4" w:rsidRDefault="008075B4"/>
    <w:p w14:paraId="4205EE0C" w14:textId="52B6EBC3" w:rsidR="008075B4" w:rsidRDefault="00000000">
      <w:pPr>
        <w:pStyle w:val="1"/>
      </w:pPr>
      <w:r>
        <w:t xml:space="preserve">1. Warm-up: From Idea to Product </w:t>
      </w:r>
    </w:p>
    <w:p w14:paraId="788A2530" w14:textId="77777777" w:rsidR="008075B4" w:rsidRDefault="00000000">
      <w:pPr>
        <w:keepLines/>
      </w:pPr>
      <w:r>
        <w:t>Discuss in pairs.</w:t>
      </w:r>
    </w:p>
    <w:p w14:paraId="66C192AE" w14:textId="77777777" w:rsidR="008075B4" w:rsidRDefault="00000000">
      <w:pPr>
        <w:keepLines/>
      </w:pPr>
      <w:r>
        <w:t>1. Imagine you want to develop an app for university students. What steps would you take before starting development?</w:t>
      </w:r>
    </w:p>
    <w:p w14:paraId="2B24FAF3" w14:textId="77777777" w:rsidR="008075B4" w:rsidRDefault="00000000">
      <w:pPr>
        <w:keepLines/>
      </w:pPr>
      <w:r>
        <w:t>2. Why do IT projects sometimes exceed their budgets or deadlines?</w:t>
      </w:r>
    </w:p>
    <w:p w14:paraId="44BBF8AB" w14:textId="77777777" w:rsidR="008075B4" w:rsidRDefault="00000000">
      <w:pPr>
        <w:keepLines/>
      </w:pPr>
      <w:r>
        <w:t>3. Is it better to release a simple product quickly or wait until it has more features?</w:t>
      </w:r>
    </w:p>
    <w:p w14:paraId="7A3FA164" w14:textId="77777777" w:rsidR="008075B4" w:rsidRDefault="00000000">
      <w:pPr>
        <w:keepLines/>
      </w:pPr>
      <w:r>
        <w:t>4. What resources does a development team need besides programmers?</w:t>
      </w:r>
    </w:p>
    <w:p w14:paraId="761F8165" w14:textId="77777777" w:rsidR="008075B4" w:rsidRDefault="00000000">
      <w:pPr>
        <w:keepLines/>
      </w:pPr>
      <w:r>
        <w:t>5. Which is more difficult: estimating task duration or deciding who should do the task? Why?</w:t>
      </w:r>
    </w:p>
    <w:p w14:paraId="31B3FA80" w14:textId="77777777" w:rsidR="008075B4" w:rsidRDefault="00000000">
      <w:pPr>
        <w:keepLines/>
      </w:pPr>
      <w:r>
        <w:t>Useful expressions: From my perspective… / The first step would be to… / One potential risk is… / I would prioritise… because…</w:t>
      </w:r>
    </w:p>
    <w:p w14:paraId="609DCF3F" w14:textId="77777777" w:rsidR="008075B4" w:rsidRDefault="008075B4"/>
    <w:p w14:paraId="2124A06B" w14:textId="2B6166F1" w:rsidR="008075B4" w:rsidRDefault="00000000">
      <w:pPr>
        <w:pStyle w:val="1"/>
      </w:pPr>
      <w:r>
        <w:t xml:space="preserve">2. Core vocabulary </w:t>
      </w:r>
    </w:p>
    <w:p w14:paraId="152AFE5E" w14:textId="77777777" w:rsidR="008075B4" w:rsidRDefault="00000000">
      <w:pPr>
        <w:keepLines/>
      </w:pPr>
      <w:r>
        <w:rPr>
          <w:b/>
        </w:rPr>
        <w:t>WBS — Work Breakdown Structure | Структура декомпозиції робіт</w:t>
      </w:r>
    </w:p>
    <w:p w14:paraId="2D6D194B" w14:textId="0F683261" w:rsidR="008075B4" w:rsidRDefault="00000000">
      <w:pPr>
        <w:keepLines/>
      </w:pPr>
      <w:r>
        <w:t>Breaking a large project into smaller, manageable tasks. Example: Our WBS divides the project into frontend development, backend APIs</w:t>
      </w:r>
      <w:r w:rsidR="00F745FA">
        <w:t>,</w:t>
      </w:r>
      <w:r>
        <w:t xml:space="preserve"> and testing.</w:t>
      </w:r>
    </w:p>
    <w:p w14:paraId="4D700E1D" w14:textId="77777777" w:rsidR="008075B4" w:rsidRDefault="00000000">
      <w:pPr>
        <w:keepLines/>
      </w:pPr>
      <w:r>
        <w:t>Useful collocations: create a WBS; break down a project; define tasks.</w:t>
      </w:r>
    </w:p>
    <w:p w14:paraId="5EDA4D65" w14:textId="77777777" w:rsidR="008075B4" w:rsidRDefault="00000000">
      <w:pPr>
        <w:keepLines/>
      </w:pPr>
      <w:r>
        <w:rPr>
          <w:b/>
        </w:rPr>
        <w:t>MVP — Minimum Viable Product | Мінімально життєздатний продукт</w:t>
      </w:r>
    </w:p>
    <w:p w14:paraId="77D7F3E1" w14:textId="77777777" w:rsidR="008075B4" w:rsidRDefault="00000000">
      <w:pPr>
        <w:keepLines/>
      </w:pPr>
      <w:r>
        <w:t>The simplest version of a product that delivers core value to users and can be released to gather feedback. Example: Our MVP will include user registration and basic workout tracking.</w:t>
      </w:r>
    </w:p>
    <w:p w14:paraId="32B3F6ED" w14:textId="77777777" w:rsidR="008075B4" w:rsidRDefault="00000000">
      <w:pPr>
        <w:keepLines/>
      </w:pPr>
      <w:r>
        <w:t>Useful collocations: develop an MVP; launch an MVP; define core features.</w:t>
      </w:r>
    </w:p>
    <w:p w14:paraId="3D14A310" w14:textId="77777777" w:rsidR="008075B4" w:rsidRDefault="00000000">
      <w:pPr>
        <w:keepLines/>
      </w:pPr>
      <w:r>
        <w:t>Timeline estimation | Оцінювання термінів виконання</w:t>
      </w:r>
    </w:p>
    <w:p w14:paraId="5BC062CB" w14:textId="77777777" w:rsidR="008075B4" w:rsidRDefault="00000000">
      <w:pPr>
        <w:keepLines/>
      </w:pPr>
      <w:r>
        <w:t>Predicting how long individual tasks and the overall project will take. Example: Our initial timeline estimation suggests that the MVP will take eight weeks.</w:t>
      </w:r>
    </w:p>
    <w:p w14:paraId="7E9AF89C" w14:textId="77777777" w:rsidR="008075B4" w:rsidRDefault="00000000">
      <w:pPr>
        <w:keepLines/>
      </w:pPr>
      <w:r>
        <w:t>Useful collocations: estimate a timeline; meet a deadline; revise an estimate.</w:t>
      </w:r>
    </w:p>
    <w:p w14:paraId="1A4063F9" w14:textId="77777777" w:rsidR="008075B4" w:rsidRDefault="00000000">
      <w:pPr>
        <w:keepLines/>
      </w:pPr>
      <w:r>
        <w:t>Resource allocation | Розподіл ресурсів</w:t>
      </w:r>
    </w:p>
    <w:p w14:paraId="3347FF21" w14:textId="77777777" w:rsidR="008075B4" w:rsidRDefault="00000000">
      <w:pPr>
        <w:keepLines/>
      </w:pPr>
      <w:r>
        <w:t>Deciding which people, tools, budget and other resources are needed and how they will be assigned. Example: We need to allocate one frontend developer and one backend developer.</w:t>
      </w:r>
    </w:p>
    <w:p w14:paraId="6C136D40" w14:textId="77777777" w:rsidR="008075B4" w:rsidRDefault="00000000">
      <w:pPr>
        <w:keepLines/>
      </w:pPr>
      <w:r>
        <w:t>Useful collocations: allocate resources; assign team members; optimise resource use.</w:t>
      </w:r>
    </w:p>
    <w:p w14:paraId="40532F67" w14:textId="77777777" w:rsidR="008075B4" w:rsidRDefault="00000000">
      <w:pPr>
        <w:keepLines/>
      </w:pPr>
      <w:r>
        <w:t>Platform selection | Вибір платформи</w:t>
      </w:r>
    </w:p>
    <w:p w14:paraId="524E65B2" w14:textId="77777777" w:rsidR="008075B4" w:rsidRDefault="00000000">
      <w:pPr>
        <w:keepLines/>
      </w:pPr>
      <w:r>
        <w:t>Choosing the environment in which an application will run, such as web, mobile or desktop. Example: We selected React Native for iOS and Android.</w:t>
      </w:r>
    </w:p>
    <w:p w14:paraId="24A0515B" w14:textId="77777777" w:rsidR="008075B4" w:rsidRDefault="00000000">
      <w:pPr>
        <w:keepLines/>
      </w:pPr>
      <w:r>
        <w:t>Useful collocations: choose a platform; compare platforms; ensure cross-platform compatibility.</w:t>
      </w:r>
    </w:p>
    <w:p w14:paraId="355DD4EB" w14:textId="77777777" w:rsidR="008075B4" w:rsidRDefault="00000000">
      <w:pPr>
        <w:keepLines/>
      </w:pPr>
      <w:r>
        <w:rPr>
          <w:b/>
        </w:rPr>
        <w:t>FTE — Full-Time Equivalent | Еквівалент повної зайнятості</w:t>
      </w:r>
    </w:p>
    <w:p w14:paraId="6BBE126F" w14:textId="77777777" w:rsidR="008075B4" w:rsidRDefault="00000000">
      <w:pPr>
        <w:keepLines/>
      </w:pPr>
      <w:r>
        <w:t>A unit used to measure staffing capacity. 1.0 FTE represents one full-time workload; 0.5 FTE represents half of that workload. Example: The project requires 3 FTEs.</w:t>
      </w:r>
    </w:p>
    <w:p w14:paraId="75D62F12" w14:textId="77777777" w:rsidR="008075B4" w:rsidRDefault="00000000">
      <w:pPr>
        <w:keepLines/>
      </w:pPr>
      <w:r>
        <w:t>Important: FTE measures workload, not necessarily the number of people. Two half-time developers equal 1.0 FTE. Three FTEs do not automatically mean a project can be completed three times faster.</w:t>
      </w:r>
    </w:p>
    <w:p w14:paraId="34D8C465" w14:textId="77777777" w:rsidR="008075B4" w:rsidRDefault="008075B4"/>
    <w:p w14:paraId="7AF31E18" w14:textId="549C68AA" w:rsidR="008075B4" w:rsidRDefault="00000000">
      <w:pPr>
        <w:pStyle w:val="1"/>
      </w:pPr>
      <w:r>
        <w:lastRenderedPageBreak/>
        <w:t xml:space="preserve">3. Vocabulary practice </w:t>
      </w:r>
    </w:p>
    <w:p w14:paraId="5BD682E4" w14:textId="77777777" w:rsidR="008075B4" w:rsidRDefault="00000000">
      <w:pPr>
        <w:keepLines/>
      </w:pPr>
      <w:r>
        <w:t>Task 1. Match each term with a definition. Write the correct definition number.</w:t>
      </w:r>
    </w:p>
    <w:p w14:paraId="4F684E8D" w14:textId="77777777" w:rsidR="008075B4" w:rsidRDefault="00000000">
      <w:pPr>
        <w:keepLines/>
      </w:pPr>
      <w:r>
        <w:t>A. WBS ____   B. MVP ____   C. Timeline estimation ____</w:t>
      </w:r>
    </w:p>
    <w:p w14:paraId="6F9A5C60" w14:textId="77777777" w:rsidR="008075B4" w:rsidRDefault="00000000">
      <w:pPr>
        <w:keepLines/>
      </w:pPr>
      <w:r>
        <w:t>D. Resource allocation ____   E. Platform selection ____   F. FTE ____</w:t>
      </w:r>
    </w:p>
    <w:p w14:paraId="0FD6B0F6" w14:textId="77777777" w:rsidR="008075B4" w:rsidRDefault="00000000">
      <w:pPr>
        <w:keepLines/>
      </w:pPr>
      <w:r>
        <w:t>1. Dividing a large project into smaller tasks.</w:t>
      </w:r>
    </w:p>
    <w:p w14:paraId="3A4F7801" w14:textId="77777777" w:rsidR="008075B4" w:rsidRDefault="00000000">
      <w:pPr>
        <w:keepLines/>
      </w:pPr>
      <w:r>
        <w:t>2. The simplest useful version of a product that can be released to users.</w:t>
      </w:r>
    </w:p>
    <w:p w14:paraId="15BB7F67" w14:textId="77777777" w:rsidR="008075B4" w:rsidRDefault="00000000">
      <w:pPr>
        <w:keepLines/>
      </w:pPr>
      <w:r>
        <w:t>3. Predicting the time needed to complete tasks.</w:t>
      </w:r>
    </w:p>
    <w:p w14:paraId="55135F5E" w14:textId="143E88EE" w:rsidR="008075B4" w:rsidRDefault="00000000">
      <w:pPr>
        <w:keepLines/>
      </w:pPr>
      <w:r>
        <w:t>4. Assigning people, tools</w:t>
      </w:r>
      <w:r w:rsidR="00F745FA">
        <w:t>,</w:t>
      </w:r>
      <w:r>
        <w:t xml:space="preserve"> and other resources to project activities.</w:t>
      </w:r>
    </w:p>
    <w:p w14:paraId="633E87E4" w14:textId="77777777" w:rsidR="008075B4" w:rsidRDefault="00000000">
      <w:pPr>
        <w:keepLines/>
      </w:pPr>
      <w:r>
        <w:t>5. Choosing whether an application will run on web, mobile or desktop.</w:t>
      </w:r>
    </w:p>
    <w:p w14:paraId="70F0217F" w14:textId="77777777" w:rsidR="008075B4" w:rsidRPr="00FF38F6" w:rsidRDefault="00000000">
      <w:pPr>
        <w:keepLines/>
      </w:pPr>
      <w:r>
        <w:t>6. A unit measuring staffing workload relative to full-time work.</w:t>
      </w:r>
    </w:p>
    <w:p w14:paraId="2FCC8879" w14:textId="77777777" w:rsidR="00F745FA" w:rsidRPr="00FF38F6" w:rsidRDefault="00F745FA">
      <w:pPr>
        <w:keepLines/>
      </w:pPr>
    </w:p>
    <w:p w14:paraId="47420603" w14:textId="77777777" w:rsidR="008075B4" w:rsidRDefault="00000000">
      <w:pPr>
        <w:keepLines/>
      </w:pPr>
      <w:r>
        <w:t>Task 2. Complete the sentences using the correct term or phrase.</w:t>
      </w:r>
    </w:p>
    <w:p w14:paraId="4AED8B1D" w14:textId="77777777" w:rsidR="008075B4" w:rsidRDefault="00000000">
      <w:pPr>
        <w:keepLines/>
      </w:pPr>
      <w:r>
        <w:t>1. Before development begins, we need to create a __________ that divides the project into manageable tasks.</w:t>
      </w:r>
    </w:p>
    <w:p w14:paraId="15FEB234" w14:textId="77777777" w:rsidR="008075B4" w:rsidRDefault="00000000">
      <w:pPr>
        <w:keepLines/>
      </w:pPr>
      <w:r>
        <w:t>2. Instead of building every planned feature, we will launch an __________ to test the market.</w:t>
      </w:r>
    </w:p>
    <w:p w14:paraId="6707201F" w14:textId="77777777" w:rsidR="008075B4" w:rsidRDefault="00000000">
      <w:pPr>
        <w:keepLines/>
      </w:pPr>
      <w:r>
        <w:t>3. Our initial __________ suggests that testing will take an additional two weeks.</w:t>
      </w:r>
    </w:p>
    <w:p w14:paraId="17683E0D" w14:textId="77777777" w:rsidR="008075B4" w:rsidRDefault="00000000">
      <w:pPr>
        <w:keepLines/>
      </w:pPr>
      <w:r>
        <w:t>4. The project manager must decide how to __________ the available developers across the project.</w:t>
      </w:r>
    </w:p>
    <w:p w14:paraId="152124B5" w14:textId="77777777" w:rsidR="008075B4" w:rsidRDefault="00000000">
      <w:pPr>
        <w:keepLines/>
      </w:pPr>
      <w:r>
        <w:t>5. We need to complete the __________ before deciding which technologies to use.</w:t>
      </w:r>
    </w:p>
    <w:p w14:paraId="3389FF22" w14:textId="77777777" w:rsidR="008075B4" w:rsidRDefault="00000000">
      <w:pPr>
        <w:keepLines/>
      </w:pPr>
      <w:r>
        <w:t>6. Two developers working half-time each provide a total of __________.</w:t>
      </w:r>
    </w:p>
    <w:p w14:paraId="500D8ADA" w14:textId="77777777" w:rsidR="008075B4" w:rsidRDefault="008075B4"/>
    <w:p w14:paraId="32949C52" w14:textId="5860CA52" w:rsidR="008075B4" w:rsidRDefault="00000000">
      <w:pPr>
        <w:pStyle w:val="1"/>
      </w:pPr>
      <w:r>
        <w:t xml:space="preserve">4. Speaking: Explain it to a non-expert </w:t>
      </w:r>
    </w:p>
    <w:p w14:paraId="0A3DC870" w14:textId="77777777" w:rsidR="008075B4" w:rsidRDefault="00000000">
      <w:pPr>
        <w:keepLines/>
      </w:pPr>
      <w:r>
        <w:t>Work in pairs. Student A is an IT project manager; Student B is a new team member with no project-management experience. Explain each term in your own words, then ask follow-up questions.</w:t>
      </w:r>
    </w:p>
    <w:p w14:paraId="7F3F3192" w14:textId="77777777" w:rsidR="008075B4" w:rsidRDefault="00000000">
      <w:pPr>
        <w:keepLines/>
      </w:pPr>
      <w:r>
        <w:t>Prompts: What might happen if a project has no clear WBS? Why can an MVP be more useful than a fully featured product that takes a year to launch? What makes timeline estimation difficult? How can poor resource allocation affect a team? Why might a company choose a web app rather than a mobile app? Can a project require 2.5 FTE but involve four people?</w:t>
      </w:r>
    </w:p>
    <w:p w14:paraId="365DB9C8" w14:textId="77777777" w:rsidR="008075B4" w:rsidRDefault="008075B4"/>
    <w:p w14:paraId="44ACFE5B" w14:textId="691B538A" w:rsidR="008075B4" w:rsidRDefault="00000000">
      <w:pPr>
        <w:pStyle w:val="1"/>
      </w:pPr>
      <w:r>
        <w:t>5. Functional language: Planning and negotiating</w:t>
      </w:r>
    </w:p>
    <w:p w14:paraId="3BA6B496" w14:textId="77777777" w:rsidR="008075B4" w:rsidRDefault="00000000">
      <w:pPr>
        <w:keepLines/>
      </w:pPr>
      <w:r>
        <w:rPr>
          <w:b/>
        </w:rPr>
        <w:t>Clarifying scope: “Could we clarify which features are essential for the MVP?” / “Are we treating this as a must-have or a nice-to-have?” / “What exactly is included in the project scope?”</w:t>
      </w:r>
    </w:p>
    <w:p w14:paraId="056ABBEF" w14:textId="77777777" w:rsidR="008075B4" w:rsidRDefault="00000000">
      <w:pPr>
        <w:keepLines/>
      </w:pPr>
      <w:r>
        <w:rPr>
          <w:b/>
        </w:rPr>
        <w:t>Estimating time: “Based on our initial estimate, this task will take…” / “We may need to allow extra time for testing.” / “The proposed deadline seems unrealistic because…”</w:t>
      </w:r>
    </w:p>
    <w:p w14:paraId="6AB86057" w14:textId="77777777" w:rsidR="008075B4" w:rsidRDefault="00000000">
      <w:pPr>
        <w:keepLines/>
      </w:pPr>
      <w:r>
        <w:rPr>
          <w:b/>
        </w:rPr>
        <w:t>Allocating resources: “We currently have … FTE available.” / “Could we reallocate a developer from … to …?” / “We don’t have sufficient capacity to deliver both features.”</w:t>
      </w:r>
    </w:p>
    <w:p w14:paraId="3E54E35D" w14:textId="77777777" w:rsidR="008075B4" w:rsidRDefault="00000000">
      <w:pPr>
        <w:keepLines/>
      </w:pPr>
      <w:r>
        <w:rPr>
          <w:b/>
        </w:rPr>
        <w:t>Making decisions: “I recommend this option because…” / “From a user perspective, the main priority is…” / “If we postpone this feature, we could…” / “I see your point; however, we should also consider…”</w:t>
      </w:r>
    </w:p>
    <w:p w14:paraId="7A373484" w14:textId="77777777" w:rsidR="00FF38F6" w:rsidRPr="00FF38F6" w:rsidRDefault="00FF38F6">
      <w:pPr>
        <w:keepLines/>
      </w:pPr>
    </w:p>
    <w:p w14:paraId="59A346FE" w14:textId="462AFCF6" w:rsidR="008075B4" w:rsidRDefault="00000000">
      <w:pPr>
        <w:keepLines/>
      </w:pPr>
      <w:r>
        <w:t>Task. Rewrite the informal statements in more professional English.</w:t>
      </w:r>
    </w:p>
    <w:p w14:paraId="67E760CD" w14:textId="77777777" w:rsidR="008075B4" w:rsidRDefault="00000000">
      <w:pPr>
        <w:keepLines/>
      </w:pPr>
      <w:r>
        <w:t>1. We can’t finish everything by Friday.</w:t>
      </w:r>
    </w:p>
    <w:p w14:paraId="32799335" w14:textId="77777777" w:rsidR="008075B4" w:rsidRDefault="00000000">
      <w:pPr>
        <w:keepLines/>
      </w:pPr>
      <w:r>
        <w:lastRenderedPageBreak/>
        <w:t>2. We don’t know how long testing will take.</w:t>
      </w:r>
    </w:p>
    <w:p w14:paraId="7D111FF5" w14:textId="77777777" w:rsidR="008075B4" w:rsidRDefault="00000000">
      <w:pPr>
        <w:keepLines/>
      </w:pPr>
      <w:r>
        <w:t>3. We need another programmer.</w:t>
      </w:r>
    </w:p>
    <w:p w14:paraId="1503F3B1" w14:textId="77777777" w:rsidR="008075B4" w:rsidRDefault="00000000">
      <w:pPr>
        <w:keepLines/>
      </w:pPr>
      <w:r>
        <w:t>4. Let’s leave the chat feature for later.</w:t>
      </w:r>
    </w:p>
    <w:p w14:paraId="53A8802D" w14:textId="77777777" w:rsidR="008075B4" w:rsidRDefault="00000000">
      <w:pPr>
        <w:keepLines/>
      </w:pPr>
      <w:r>
        <w:t>5. Which features are we actually building?</w:t>
      </w:r>
    </w:p>
    <w:p w14:paraId="024A2501" w14:textId="77777777" w:rsidR="008075B4" w:rsidRDefault="008075B4"/>
    <w:p w14:paraId="717A44FE" w14:textId="4DE519CB" w:rsidR="008075B4" w:rsidRDefault="00000000">
      <w:pPr>
        <w:pStyle w:val="1"/>
      </w:pPr>
      <w:r>
        <w:t>6. Translation: Ukrainian to English</w:t>
      </w:r>
      <w:r w:rsidR="00F745FA" w:rsidRPr="00F745FA">
        <w:t xml:space="preserve"> </w:t>
      </w:r>
    </w:p>
    <w:p w14:paraId="7AB5B5DD" w14:textId="77777777" w:rsidR="008075B4" w:rsidRDefault="00000000">
      <w:pPr>
        <w:keepLines/>
      </w:pPr>
      <w:r>
        <w:t>Translate the sentences using the target vocabulary.</w:t>
      </w:r>
    </w:p>
    <w:p w14:paraId="280EDE4A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1. Перш </w:t>
      </w:r>
      <w:proofErr w:type="spellStart"/>
      <w:r w:rsidRPr="00F745FA">
        <w:rPr>
          <w:lang w:val="ru-RU"/>
        </w:rPr>
        <w:t>ніж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починати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розробку</w:t>
      </w:r>
      <w:proofErr w:type="spellEnd"/>
      <w:r w:rsidRPr="00F745FA">
        <w:rPr>
          <w:lang w:val="ru-RU"/>
        </w:rPr>
        <w:t xml:space="preserve">, нам </w:t>
      </w:r>
      <w:proofErr w:type="spellStart"/>
      <w:r w:rsidRPr="00F745FA">
        <w:rPr>
          <w:lang w:val="ru-RU"/>
        </w:rPr>
        <w:t>потрібно</w:t>
      </w:r>
      <w:proofErr w:type="spellEnd"/>
      <w:r w:rsidRPr="00F745FA">
        <w:rPr>
          <w:lang w:val="ru-RU"/>
        </w:rPr>
        <w:t xml:space="preserve"> розбити </w:t>
      </w:r>
      <w:proofErr w:type="spellStart"/>
      <w:r w:rsidRPr="00F745FA">
        <w:rPr>
          <w:lang w:val="ru-RU"/>
        </w:rPr>
        <w:t>проєкт</w:t>
      </w:r>
      <w:proofErr w:type="spellEnd"/>
      <w:r w:rsidRPr="00F745FA">
        <w:rPr>
          <w:lang w:val="ru-RU"/>
        </w:rPr>
        <w:t xml:space="preserve"> на </w:t>
      </w:r>
      <w:proofErr w:type="spellStart"/>
      <w:r w:rsidRPr="00F745FA">
        <w:rPr>
          <w:lang w:val="ru-RU"/>
        </w:rPr>
        <w:t>менші</w:t>
      </w:r>
      <w:proofErr w:type="spellEnd"/>
      <w:r w:rsidRPr="00F745FA">
        <w:rPr>
          <w:lang w:val="ru-RU"/>
        </w:rPr>
        <w:t xml:space="preserve">, </w:t>
      </w:r>
      <w:proofErr w:type="spellStart"/>
      <w:r w:rsidRPr="00F745FA">
        <w:rPr>
          <w:lang w:val="ru-RU"/>
        </w:rPr>
        <w:t>керовані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завдання</w:t>
      </w:r>
      <w:proofErr w:type="spellEnd"/>
      <w:r w:rsidRPr="00F745FA">
        <w:rPr>
          <w:lang w:val="ru-RU"/>
        </w:rPr>
        <w:t>.</w:t>
      </w:r>
    </w:p>
    <w:p w14:paraId="5D72923A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2. Наша </w:t>
      </w:r>
      <w:proofErr w:type="spellStart"/>
      <w:r w:rsidRPr="00F745FA">
        <w:rPr>
          <w:lang w:val="ru-RU"/>
        </w:rPr>
        <w:t>мінімально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життєздатна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версія</w:t>
      </w:r>
      <w:proofErr w:type="spellEnd"/>
      <w:r w:rsidRPr="00F745FA">
        <w:rPr>
          <w:lang w:val="ru-RU"/>
        </w:rPr>
        <w:t xml:space="preserve"> продукту </w:t>
      </w:r>
      <w:proofErr w:type="spellStart"/>
      <w:r w:rsidRPr="00F745FA">
        <w:rPr>
          <w:lang w:val="ru-RU"/>
        </w:rPr>
        <w:t>включатиме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реєстрацію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користувачів</w:t>
      </w:r>
      <w:proofErr w:type="spellEnd"/>
      <w:r w:rsidRPr="00F745FA">
        <w:rPr>
          <w:lang w:val="ru-RU"/>
        </w:rPr>
        <w:t xml:space="preserve"> і </w:t>
      </w:r>
      <w:proofErr w:type="spellStart"/>
      <w:r w:rsidRPr="00F745FA">
        <w:rPr>
          <w:lang w:val="ru-RU"/>
        </w:rPr>
        <w:t>базове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відстеження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активності</w:t>
      </w:r>
      <w:proofErr w:type="spellEnd"/>
      <w:r w:rsidRPr="00F745FA">
        <w:rPr>
          <w:lang w:val="ru-RU"/>
        </w:rPr>
        <w:t>.</w:t>
      </w:r>
    </w:p>
    <w:p w14:paraId="0F6090A4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3. За </w:t>
      </w:r>
      <w:proofErr w:type="spellStart"/>
      <w:r w:rsidRPr="00F745FA">
        <w:rPr>
          <w:lang w:val="ru-RU"/>
        </w:rPr>
        <w:t>попередніми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оцінками</w:t>
      </w:r>
      <w:proofErr w:type="spellEnd"/>
      <w:r w:rsidRPr="00F745FA">
        <w:rPr>
          <w:lang w:val="ru-RU"/>
        </w:rPr>
        <w:t xml:space="preserve">, </w:t>
      </w:r>
      <w:proofErr w:type="spellStart"/>
      <w:r w:rsidRPr="00F745FA">
        <w:rPr>
          <w:lang w:val="ru-RU"/>
        </w:rPr>
        <w:t>розробка</w:t>
      </w:r>
      <w:proofErr w:type="spellEnd"/>
      <w:r w:rsidRPr="00F745FA">
        <w:rPr>
          <w:lang w:val="ru-RU"/>
        </w:rPr>
        <w:t xml:space="preserve"> </w:t>
      </w:r>
      <w:r>
        <w:t>MVP</w:t>
      </w:r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триватиме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вісім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тижнів</w:t>
      </w:r>
      <w:proofErr w:type="spellEnd"/>
      <w:r w:rsidRPr="00F745FA">
        <w:rPr>
          <w:lang w:val="ru-RU"/>
        </w:rPr>
        <w:t>.</w:t>
      </w:r>
    </w:p>
    <w:p w14:paraId="0699A7B1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4. Нам </w:t>
      </w:r>
      <w:proofErr w:type="spellStart"/>
      <w:r w:rsidRPr="00F745FA">
        <w:rPr>
          <w:lang w:val="ru-RU"/>
        </w:rPr>
        <w:t>потрібно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розподілити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ресурси</w:t>
      </w:r>
      <w:proofErr w:type="spellEnd"/>
      <w:r w:rsidRPr="00F745FA">
        <w:rPr>
          <w:lang w:val="ru-RU"/>
        </w:rPr>
        <w:t xml:space="preserve"> так, </w:t>
      </w:r>
      <w:proofErr w:type="spellStart"/>
      <w:r w:rsidRPr="00F745FA">
        <w:rPr>
          <w:lang w:val="ru-RU"/>
        </w:rPr>
        <w:t>щоб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забезпечити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достатньо</w:t>
      </w:r>
      <w:proofErr w:type="spellEnd"/>
      <w:r w:rsidRPr="00F745FA">
        <w:rPr>
          <w:lang w:val="ru-RU"/>
        </w:rPr>
        <w:t xml:space="preserve"> часу для </w:t>
      </w:r>
      <w:proofErr w:type="spellStart"/>
      <w:r w:rsidRPr="00F745FA">
        <w:rPr>
          <w:lang w:val="ru-RU"/>
        </w:rPr>
        <w:t>тестування</w:t>
      </w:r>
      <w:proofErr w:type="spellEnd"/>
      <w:r w:rsidRPr="00F745FA">
        <w:rPr>
          <w:lang w:val="ru-RU"/>
        </w:rPr>
        <w:t>.</w:t>
      </w:r>
    </w:p>
    <w:p w14:paraId="4FC2E90C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5. </w:t>
      </w:r>
      <w:proofErr w:type="spellStart"/>
      <w:r w:rsidRPr="00F745FA">
        <w:rPr>
          <w:lang w:val="ru-RU"/>
        </w:rPr>
        <w:t>Вибір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платформи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залежить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від</w:t>
      </w:r>
      <w:proofErr w:type="spellEnd"/>
      <w:r w:rsidRPr="00F745FA">
        <w:rPr>
          <w:lang w:val="ru-RU"/>
        </w:rPr>
        <w:t xml:space="preserve"> потреб </w:t>
      </w:r>
      <w:proofErr w:type="spellStart"/>
      <w:r w:rsidRPr="00F745FA">
        <w:rPr>
          <w:lang w:val="ru-RU"/>
        </w:rPr>
        <w:t>користувачів</w:t>
      </w:r>
      <w:proofErr w:type="spellEnd"/>
      <w:r w:rsidRPr="00F745FA">
        <w:rPr>
          <w:lang w:val="ru-RU"/>
        </w:rPr>
        <w:t xml:space="preserve">, бюджету та </w:t>
      </w:r>
      <w:proofErr w:type="spellStart"/>
      <w:r w:rsidRPr="00F745FA">
        <w:rPr>
          <w:lang w:val="ru-RU"/>
        </w:rPr>
        <w:t>термінів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розробки</w:t>
      </w:r>
      <w:proofErr w:type="spellEnd"/>
      <w:r w:rsidRPr="00F745FA">
        <w:rPr>
          <w:lang w:val="ru-RU"/>
        </w:rPr>
        <w:t>.</w:t>
      </w:r>
    </w:p>
    <w:p w14:paraId="03735099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6. Два </w:t>
      </w:r>
      <w:proofErr w:type="spellStart"/>
      <w:r w:rsidRPr="00F745FA">
        <w:rPr>
          <w:lang w:val="ru-RU"/>
        </w:rPr>
        <w:t>розробники</w:t>
      </w:r>
      <w:proofErr w:type="spellEnd"/>
      <w:r w:rsidRPr="00F745FA">
        <w:rPr>
          <w:lang w:val="ru-RU"/>
        </w:rPr>
        <w:t xml:space="preserve">, </w:t>
      </w:r>
      <w:proofErr w:type="spellStart"/>
      <w:r w:rsidRPr="00F745FA">
        <w:rPr>
          <w:lang w:val="ru-RU"/>
        </w:rPr>
        <w:t>кожен</w:t>
      </w:r>
      <w:proofErr w:type="spellEnd"/>
      <w:r w:rsidRPr="00F745FA">
        <w:rPr>
          <w:lang w:val="ru-RU"/>
        </w:rPr>
        <w:t xml:space="preserve"> з </w:t>
      </w:r>
      <w:proofErr w:type="spellStart"/>
      <w:r w:rsidRPr="00F745FA">
        <w:rPr>
          <w:lang w:val="ru-RU"/>
        </w:rPr>
        <w:t>яких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працює</w:t>
      </w:r>
      <w:proofErr w:type="spellEnd"/>
      <w:r w:rsidRPr="00F745FA">
        <w:rPr>
          <w:lang w:val="ru-RU"/>
        </w:rPr>
        <w:t xml:space="preserve"> на половину ставки, </w:t>
      </w:r>
      <w:proofErr w:type="spellStart"/>
      <w:r w:rsidRPr="00F745FA">
        <w:rPr>
          <w:lang w:val="ru-RU"/>
        </w:rPr>
        <w:t>забезпечують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загальну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потужність</w:t>
      </w:r>
      <w:proofErr w:type="spellEnd"/>
      <w:r w:rsidRPr="00F745FA">
        <w:rPr>
          <w:lang w:val="ru-RU"/>
        </w:rPr>
        <w:t xml:space="preserve"> в 1,0 </w:t>
      </w:r>
      <w:r>
        <w:t>FTE</w:t>
      </w:r>
      <w:r w:rsidRPr="00F745FA">
        <w:rPr>
          <w:lang w:val="ru-RU"/>
        </w:rPr>
        <w:t>.</w:t>
      </w:r>
    </w:p>
    <w:p w14:paraId="79E7ABE2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7. </w:t>
      </w:r>
      <w:proofErr w:type="spellStart"/>
      <w:r w:rsidRPr="00F745FA">
        <w:rPr>
          <w:lang w:val="ru-RU"/>
        </w:rPr>
        <w:t>Якщо</w:t>
      </w:r>
      <w:proofErr w:type="spellEnd"/>
      <w:r w:rsidRPr="00F745FA">
        <w:rPr>
          <w:lang w:val="ru-RU"/>
        </w:rPr>
        <w:t xml:space="preserve"> ми </w:t>
      </w:r>
      <w:proofErr w:type="spellStart"/>
      <w:r w:rsidRPr="00F745FA">
        <w:rPr>
          <w:lang w:val="ru-RU"/>
        </w:rPr>
        <w:t>додамо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ці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функції</w:t>
      </w:r>
      <w:proofErr w:type="spellEnd"/>
      <w:r w:rsidRPr="00F745FA">
        <w:rPr>
          <w:lang w:val="ru-RU"/>
        </w:rPr>
        <w:t xml:space="preserve"> до </w:t>
      </w:r>
      <w:r>
        <w:t>MVP</w:t>
      </w:r>
      <w:r w:rsidRPr="00F745FA">
        <w:rPr>
          <w:lang w:val="ru-RU"/>
        </w:rPr>
        <w:t xml:space="preserve">, нам, </w:t>
      </w:r>
      <w:proofErr w:type="spellStart"/>
      <w:r w:rsidRPr="00F745FA">
        <w:rPr>
          <w:lang w:val="ru-RU"/>
        </w:rPr>
        <w:t>можливо</w:t>
      </w:r>
      <w:proofErr w:type="spellEnd"/>
      <w:r w:rsidRPr="00F745FA">
        <w:rPr>
          <w:lang w:val="ru-RU"/>
        </w:rPr>
        <w:t xml:space="preserve">, </w:t>
      </w:r>
      <w:proofErr w:type="spellStart"/>
      <w:r w:rsidRPr="00F745FA">
        <w:rPr>
          <w:lang w:val="ru-RU"/>
        </w:rPr>
        <w:t>доведеться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переглянути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графік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проєкту</w:t>
      </w:r>
      <w:proofErr w:type="spellEnd"/>
      <w:r w:rsidRPr="00F745FA">
        <w:rPr>
          <w:lang w:val="ru-RU"/>
        </w:rPr>
        <w:t>.</w:t>
      </w:r>
    </w:p>
    <w:p w14:paraId="47BA070B" w14:textId="77777777" w:rsidR="008075B4" w:rsidRPr="00F745FA" w:rsidRDefault="00000000">
      <w:pPr>
        <w:keepLines/>
        <w:rPr>
          <w:lang w:val="ru-RU"/>
        </w:rPr>
      </w:pPr>
      <w:r w:rsidRPr="00F745FA">
        <w:rPr>
          <w:lang w:val="ru-RU"/>
        </w:rPr>
        <w:t xml:space="preserve">8. Менеджер </w:t>
      </w:r>
      <w:proofErr w:type="spellStart"/>
      <w:r w:rsidRPr="00F745FA">
        <w:rPr>
          <w:lang w:val="ru-RU"/>
        </w:rPr>
        <w:t>проєкту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має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визначити</w:t>
      </w:r>
      <w:proofErr w:type="spellEnd"/>
      <w:r w:rsidRPr="00F745FA">
        <w:rPr>
          <w:lang w:val="ru-RU"/>
        </w:rPr>
        <w:t xml:space="preserve">, </w:t>
      </w:r>
      <w:proofErr w:type="spellStart"/>
      <w:r w:rsidRPr="00F745FA">
        <w:rPr>
          <w:lang w:val="ru-RU"/>
        </w:rPr>
        <w:t>які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завдання</w:t>
      </w:r>
      <w:proofErr w:type="spellEnd"/>
      <w:r w:rsidRPr="00F745FA">
        <w:rPr>
          <w:lang w:val="ru-RU"/>
        </w:rPr>
        <w:t xml:space="preserve"> є </w:t>
      </w:r>
      <w:proofErr w:type="spellStart"/>
      <w:r w:rsidRPr="00F745FA">
        <w:rPr>
          <w:lang w:val="ru-RU"/>
        </w:rPr>
        <w:t>пріоритетними</w:t>
      </w:r>
      <w:proofErr w:type="spellEnd"/>
      <w:r w:rsidRPr="00F745FA">
        <w:rPr>
          <w:lang w:val="ru-RU"/>
        </w:rPr>
        <w:t xml:space="preserve">, а </w:t>
      </w:r>
      <w:proofErr w:type="spellStart"/>
      <w:r w:rsidRPr="00F745FA">
        <w:rPr>
          <w:lang w:val="ru-RU"/>
        </w:rPr>
        <w:t>які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можна</w:t>
      </w:r>
      <w:proofErr w:type="spellEnd"/>
      <w:r w:rsidRPr="00F745FA">
        <w:rPr>
          <w:lang w:val="ru-RU"/>
        </w:rPr>
        <w:t xml:space="preserve"> </w:t>
      </w:r>
      <w:proofErr w:type="spellStart"/>
      <w:r w:rsidRPr="00F745FA">
        <w:rPr>
          <w:lang w:val="ru-RU"/>
        </w:rPr>
        <w:t>відкласти</w:t>
      </w:r>
      <w:proofErr w:type="spellEnd"/>
      <w:r w:rsidRPr="00F745FA">
        <w:rPr>
          <w:lang w:val="ru-RU"/>
        </w:rPr>
        <w:t>.</w:t>
      </w:r>
    </w:p>
    <w:p w14:paraId="46AD1A45" w14:textId="77777777" w:rsidR="008075B4" w:rsidRPr="00F745FA" w:rsidRDefault="008075B4">
      <w:pPr>
        <w:rPr>
          <w:lang w:val="ru-RU"/>
        </w:rPr>
      </w:pPr>
    </w:p>
    <w:p w14:paraId="79D5AAC5" w14:textId="172C7429" w:rsidR="008075B4" w:rsidRDefault="00000000">
      <w:pPr>
        <w:pStyle w:val="1"/>
      </w:pPr>
      <w:r>
        <w:t xml:space="preserve">7. Case study: The fitness app project </w:t>
      </w:r>
    </w:p>
    <w:p w14:paraId="15054260" w14:textId="1F710823" w:rsidR="008075B4" w:rsidRDefault="00000000">
      <w:pPr>
        <w:keepLines/>
      </w:pPr>
      <w:r>
        <w:t>Scenario: Your team has been hired to develop a fitness app for university students. Users should be able to track workouts, monitor progress</w:t>
      </w:r>
      <w:r w:rsidR="00F745FA">
        <w:t>,</w:t>
      </w:r>
      <w:r>
        <w:t xml:space="preserve"> and connect with friends. The client wants the product launched in eight weeks, but resources are limited.</w:t>
      </w:r>
    </w:p>
    <w:p w14:paraId="05D02BA1" w14:textId="77777777" w:rsidR="008075B4" w:rsidRDefault="00000000">
      <w:pPr>
        <w:keepLines/>
      </w:pPr>
      <w:r>
        <w:t>Available team: Frontend developer — 1.0 FTE; Backend developer — 1.0 FTE; UI/UX designer — 0.5 FTE; QA tester — 0.5 FTE; Project manager — 0.5 FTE. Total: 3.5 FTE.</w:t>
      </w:r>
    </w:p>
    <w:p w14:paraId="1E266F4C" w14:textId="77777777" w:rsidR="008075B4" w:rsidRDefault="00000000">
      <w:pPr>
        <w:keepLines/>
      </w:pPr>
      <w:r>
        <w:t>Requested features: user registration and login; workout tracking; progress dashboard; social features and friend connections; AI-generated workout recommendations; push notifications.</w:t>
      </w:r>
    </w:p>
    <w:p w14:paraId="438865BD" w14:textId="77777777" w:rsidR="008075B4" w:rsidRDefault="00000000">
      <w:pPr>
        <w:keepLines/>
      </w:pPr>
      <w:r>
        <w:rPr>
          <w:b/>
        </w:rPr>
        <w:t>Task A — Define the MVP. Choose only three or four features for the initial release. Explain why they are essential and identify features to postpone.</w:t>
      </w:r>
    </w:p>
    <w:p w14:paraId="62B3E72A" w14:textId="77777777" w:rsidR="008075B4" w:rsidRDefault="00000000">
      <w:pPr>
        <w:keepLines/>
      </w:pPr>
      <w:r>
        <w:rPr>
          <w:b/>
        </w:rPr>
        <w:t>Task B — Create a WBS. Break the project into at least five work packages. Add smaller tasks under at least two work packages.</w:t>
      </w:r>
    </w:p>
    <w:p w14:paraId="2AB8187E" w14:textId="77777777" w:rsidR="008075B4" w:rsidRDefault="00000000">
      <w:pPr>
        <w:keepLines/>
      </w:pPr>
      <w:r>
        <w:rPr>
          <w:b/>
        </w:rPr>
        <w:t>Task C — Estimate the timeline. Divide the eight weeks into project phases. Decide which activities can run in parallel and which depend on other tasks. Identify one risk.</w:t>
      </w:r>
    </w:p>
    <w:p w14:paraId="73905244" w14:textId="77777777" w:rsidR="008075B4" w:rsidRDefault="00000000">
      <w:pPr>
        <w:keepLines/>
      </w:pPr>
      <w:r>
        <w:rPr>
          <w:b/>
        </w:rPr>
        <w:t>Task D — Allocate resources. Assign team members to phases. Is the available FTE capacity sufficient? Which role might become a bottleneck?</w:t>
      </w:r>
    </w:p>
    <w:p w14:paraId="02B0F943" w14:textId="05753380" w:rsidR="008075B4" w:rsidRDefault="00000000">
      <w:pPr>
        <w:keepLines/>
      </w:pPr>
      <w:r>
        <w:rPr>
          <w:b/>
        </w:rPr>
        <w:t xml:space="preserve">Task E — Select the platform. Choose </w:t>
      </w:r>
      <w:r w:rsidR="00F745FA">
        <w:rPr>
          <w:b/>
        </w:rPr>
        <w:t xml:space="preserve">a </w:t>
      </w:r>
      <w:r>
        <w:rPr>
          <w:b/>
        </w:rPr>
        <w:t xml:space="preserve">web application, native iOS and Android applications, or </w:t>
      </w:r>
      <w:r w:rsidR="00F745FA">
        <w:rPr>
          <w:b/>
        </w:rPr>
        <w:t xml:space="preserve">a </w:t>
      </w:r>
      <w:r>
        <w:rPr>
          <w:b/>
        </w:rPr>
        <w:t>cross-platform mobile application. Justify your choice based on audience, time, cost</w:t>
      </w:r>
      <w:r w:rsidR="00F745FA">
        <w:rPr>
          <w:b/>
        </w:rPr>
        <w:t>,</w:t>
      </w:r>
      <w:r>
        <w:rPr>
          <w:b/>
        </w:rPr>
        <w:t xml:space="preserve"> and maintenance.</w:t>
      </w:r>
    </w:p>
    <w:p w14:paraId="5A572ADF" w14:textId="77777777" w:rsidR="008075B4" w:rsidRDefault="00000000">
      <w:pPr>
        <w:keepLines/>
      </w:pPr>
      <w:r>
        <w:t>Presentation: Prepare a two-minute proposal using: “Our project aims to…” / “The proposed MVP will include…” / “We have broken the project down into…” / “Our estimated timeline is…” / “We plan to allocate…” / “We recommend selecting… because…” / “The main risk is… and we intend to mitigate it by…”</w:t>
      </w:r>
    </w:p>
    <w:p w14:paraId="5D149B4F" w14:textId="77777777" w:rsidR="008075B4" w:rsidRDefault="008075B4"/>
    <w:p w14:paraId="7A96FE90" w14:textId="003BF4D6" w:rsidR="008075B4" w:rsidRDefault="00000000">
      <w:pPr>
        <w:pStyle w:val="1"/>
      </w:pPr>
      <w:r>
        <w:lastRenderedPageBreak/>
        <w:t xml:space="preserve">8. Role-play: The deadline negotiation </w:t>
      </w:r>
    </w:p>
    <w:p w14:paraId="0DB0C47D" w14:textId="1A671922" w:rsidR="008075B4" w:rsidRDefault="00000000">
      <w:pPr>
        <w:keepLines/>
      </w:pPr>
      <w:r>
        <w:t>Goal: reach agreement on MVP scope, timeline, resource allocation</w:t>
      </w:r>
      <w:r w:rsidR="00F745FA">
        <w:t>,</w:t>
      </w:r>
      <w:r>
        <w:t xml:space="preserve"> and platform selection.</w:t>
      </w:r>
    </w:p>
    <w:p w14:paraId="516EB1B9" w14:textId="77777777" w:rsidR="008075B4" w:rsidRDefault="00000000">
      <w:pPr>
        <w:keepLines/>
      </w:pPr>
      <w:r>
        <w:rPr>
          <w:b/>
        </w:rPr>
        <w:t>Role A — Product Manager: The client insists that all six features must be released within eight weeks. Negotiate a realistic MVP and protect the launch date.</w:t>
      </w:r>
    </w:p>
    <w:p w14:paraId="1EA4D688" w14:textId="77777777" w:rsidR="008075B4" w:rsidRDefault="00000000">
      <w:pPr>
        <w:keepLines/>
      </w:pPr>
      <w:r>
        <w:rPr>
          <w:b/>
        </w:rPr>
        <w:t>Role B — Technical Lead: You believe the deadline is too ambitious. Explain workload and dependencies; propose which features should be postponed.</w:t>
      </w:r>
    </w:p>
    <w:p w14:paraId="34C6EE75" w14:textId="77777777" w:rsidR="008075B4" w:rsidRDefault="00000000">
      <w:pPr>
        <w:keepLines/>
      </w:pPr>
      <w:r>
        <w:rPr>
          <w:b/>
        </w:rPr>
        <w:t>Role C — Client Representative: You want the product to stand out. Defend social features or AI recommendations, but be prepared to compromise.</w:t>
      </w:r>
    </w:p>
    <w:p w14:paraId="4EB6CA2E" w14:textId="77777777" w:rsidR="008075B4" w:rsidRDefault="008075B4"/>
    <w:p w14:paraId="55773215" w14:textId="0DA552D3" w:rsidR="008075B4" w:rsidRDefault="00000000">
      <w:pPr>
        <w:pStyle w:val="1"/>
      </w:pPr>
      <w:r>
        <w:t xml:space="preserve">9. Exit ticket and homework </w:t>
      </w:r>
    </w:p>
    <w:p w14:paraId="58C934A2" w14:textId="77777777" w:rsidR="008075B4" w:rsidRDefault="00000000">
      <w:pPr>
        <w:keepLines/>
      </w:pPr>
      <w:r>
        <w:t>Exit ticket: 1. Which three terms can you now use confidently? 2. Which case-study decision was most difficult? 3. What would you ask a client before estimating a timeline?</w:t>
      </w:r>
    </w:p>
    <w:p w14:paraId="39F4FEFF" w14:textId="77777777" w:rsidR="008075B4" w:rsidRDefault="00000000">
      <w:pPr>
        <w:keepLines/>
      </w:pPr>
      <w:r>
        <w:t>Homework: Write a 180–220-word project proposal for an app of your choice. Include the goal and target users; MVP features; a brief WBS; estimated timeline; resource allocation including FTE; platform selection and justification; one major risk and a possible solution.</w:t>
      </w:r>
    </w:p>
    <w:p w14:paraId="06E755CE" w14:textId="7C4567A0" w:rsidR="008075B4" w:rsidRDefault="00000000">
      <w:pPr>
        <w:keepLines/>
      </w:pPr>
      <w:r>
        <w:t>.</w:t>
      </w:r>
    </w:p>
    <w:p w14:paraId="73D37927" w14:textId="77777777" w:rsidR="008075B4" w:rsidRDefault="008075B4"/>
    <w:sectPr w:rsidR="008075B4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59D8" w14:textId="77777777" w:rsidR="007C44F3" w:rsidRDefault="007C44F3">
      <w:pPr>
        <w:spacing w:after="0" w:line="240" w:lineRule="auto"/>
      </w:pPr>
      <w:r>
        <w:separator/>
      </w:r>
    </w:p>
  </w:endnote>
  <w:endnote w:type="continuationSeparator" w:id="0">
    <w:p w14:paraId="4D50B4C5" w14:textId="77777777" w:rsidR="007C44F3" w:rsidRDefault="007C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758C9" w14:textId="77777777" w:rsidR="008075B4" w:rsidRDefault="00000000">
    <w:pPr>
      <w:pStyle w:val="a7"/>
      <w:jc w:val="center"/>
    </w:pPr>
    <w:r>
      <w:t>Project Planning and Management | Student's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C9121" w14:textId="77777777" w:rsidR="007C44F3" w:rsidRDefault="007C44F3">
      <w:pPr>
        <w:spacing w:after="0" w:line="240" w:lineRule="auto"/>
      </w:pPr>
      <w:r>
        <w:separator/>
      </w:r>
    </w:p>
  </w:footnote>
  <w:footnote w:type="continuationSeparator" w:id="0">
    <w:p w14:paraId="2FC94487" w14:textId="77777777" w:rsidR="007C44F3" w:rsidRDefault="007C4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288991">
    <w:abstractNumId w:val="8"/>
  </w:num>
  <w:num w:numId="2" w16cid:durableId="1623220786">
    <w:abstractNumId w:val="6"/>
  </w:num>
  <w:num w:numId="3" w16cid:durableId="1545554081">
    <w:abstractNumId w:val="5"/>
  </w:num>
  <w:num w:numId="4" w16cid:durableId="1205870907">
    <w:abstractNumId w:val="4"/>
  </w:num>
  <w:num w:numId="5" w16cid:durableId="607587312">
    <w:abstractNumId w:val="7"/>
  </w:num>
  <w:num w:numId="6" w16cid:durableId="807016262">
    <w:abstractNumId w:val="3"/>
  </w:num>
  <w:num w:numId="7" w16cid:durableId="214707330">
    <w:abstractNumId w:val="2"/>
  </w:num>
  <w:num w:numId="8" w16cid:durableId="64689367">
    <w:abstractNumId w:val="1"/>
  </w:num>
  <w:num w:numId="9" w16cid:durableId="22303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D62"/>
    <w:rsid w:val="0015074B"/>
    <w:rsid w:val="00215B38"/>
    <w:rsid w:val="0029639D"/>
    <w:rsid w:val="00326F90"/>
    <w:rsid w:val="007C44F3"/>
    <w:rsid w:val="008075B4"/>
    <w:rsid w:val="00987D36"/>
    <w:rsid w:val="00AA1D8D"/>
    <w:rsid w:val="00B47730"/>
    <w:rsid w:val="00CB0664"/>
    <w:rsid w:val="00F745FA"/>
    <w:rsid w:val="00FC693F"/>
    <w:rsid w:val="00FF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BAC942"/>
  <w14:defaultImageDpi w14:val="300"/>
  <w15:docId w15:val="{B93EF26F-47C0-4379-96DD-54227713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5761</Words>
  <Characters>3285</Characters>
  <Application>Microsoft Office Word</Application>
  <DocSecurity>0</DocSecurity>
  <Lines>27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Валентина Шадура</cp:lastModifiedBy>
  <cp:revision>5</cp:revision>
  <dcterms:created xsi:type="dcterms:W3CDTF">2013-12-23T23:15:00Z</dcterms:created>
  <dcterms:modified xsi:type="dcterms:W3CDTF">2026-10-12T11:03:00Z</dcterms:modified>
  <cp:category/>
</cp:coreProperties>
</file>