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5D1" w:rsidRPr="00023250" w:rsidRDefault="001E4B1A">
      <w:pPr>
        <w:spacing w:after="40"/>
        <w:jc w:val="center"/>
        <w:rPr>
          <w:lang w:val="ru-RU"/>
        </w:rPr>
      </w:pPr>
      <w:r w:rsidRPr="00023250">
        <w:rPr>
          <w:rFonts w:ascii="Arial" w:hAnsi="Arial"/>
          <w:b/>
          <w:color w:val="1F4E78"/>
          <w:sz w:val="30"/>
          <w:lang w:val="ru-RU"/>
        </w:rPr>
        <w:t>ПРАКТИЧНІ ЗАВДАННЯ</w:t>
      </w:r>
      <w:r w:rsidRPr="00023250">
        <w:rPr>
          <w:rFonts w:ascii="Arial" w:hAnsi="Arial"/>
          <w:b/>
          <w:color w:val="1F4E78"/>
          <w:sz w:val="30"/>
          <w:lang w:val="ru-RU"/>
        </w:rPr>
        <w:br/>
        <w:t xml:space="preserve">З </w:t>
      </w:r>
      <w:r w:rsidR="00023250">
        <w:rPr>
          <w:rFonts w:ascii="Arial" w:hAnsi="Arial"/>
          <w:b/>
          <w:color w:val="1F4E78"/>
          <w:sz w:val="30"/>
          <w:lang w:val="ru-RU"/>
        </w:rPr>
        <w:t>Т</w:t>
      </w:r>
      <w:r w:rsidR="00023250">
        <w:rPr>
          <w:rFonts w:ascii="Arial" w:hAnsi="Arial"/>
          <w:b/>
          <w:color w:val="1F4E78"/>
          <w:sz w:val="30"/>
          <w:lang w:val="uk-UA"/>
        </w:rPr>
        <w:t>ЕМИ</w:t>
      </w:r>
      <w:r w:rsidRPr="00023250">
        <w:rPr>
          <w:rFonts w:ascii="Arial" w:hAnsi="Arial"/>
          <w:b/>
          <w:color w:val="1F4E78"/>
          <w:sz w:val="30"/>
          <w:lang w:val="ru-RU"/>
        </w:rPr>
        <w:t xml:space="preserve"> «</w:t>
      </w:r>
      <w:r w:rsidR="007A0981">
        <w:rPr>
          <w:rFonts w:ascii="Arial" w:hAnsi="Arial"/>
          <w:b/>
          <w:color w:val="1F4E78"/>
          <w:sz w:val="30"/>
          <w:lang w:val="ru-RU"/>
        </w:rPr>
        <w:t>ФІНАНСОВА ПОЛІТИКА</w:t>
      </w:r>
      <w:r w:rsidRPr="00023250">
        <w:rPr>
          <w:rFonts w:ascii="Arial" w:hAnsi="Arial"/>
          <w:b/>
          <w:color w:val="1F4E78"/>
          <w:sz w:val="30"/>
          <w:lang w:val="ru-RU"/>
        </w:rPr>
        <w:t>»</w:t>
      </w:r>
    </w:p>
    <w:p w:rsidR="005705D1" w:rsidRPr="00023250" w:rsidRDefault="005705D1">
      <w:pPr>
        <w:jc w:val="center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5705D1">
        <w:trPr>
          <w:jc w:val="center"/>
        </w:trPr>
        <w:tc>
          <w:tcPr>
            <w:tcW w:w="4896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705D1" w:rsidRDefault="001E4B1A">
            <w:r>
              <w:rPr>
                <w:b/>
              </w:rPr>
              <w:t xml:space="preserve">ПІБ </w:t>
            </w:r>
            <w:proofErr w:type="spellStart"/>
            <w:r>
              <w:rPr>
                <w:b/>
              </w:rPr>
              <w:t>студента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студентки</w:t>
            </w:r>
            <w:proofErr w:type="spellEnd"/>
            <w:r>
              <w:rPr>
                <w:b/>
              </w:rPr>
              <w:t xml:space="preserve">: </w:t>
            </w:r>
            <w:r>
              <w:br/>
              <w:t>___________________________________</w:t>
            </w:r>
          </w:p>
        </w:tc>
        <w:tc>
          <w:tcPr>
            <w:tcW w:w="4896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705D1" w:rsidRDefault="001E4B1A">
            <w:r>
              <w:rPr>
                <w:b/>
              </w:rPr>
              <w:t xml:space="preserve">Курс, група: </w:t>
            </w:r>
            <w:r>
              <w:br/>
              <w:t>___________________________________</w:t>
            </w:r>
          </w:p>
        </w:tc>
      </w:tr>
    </w:tbl>
    <w:p w:rsidR="005705D1" w:rsidRPr="00023250" w:rsidRDefault="001E4B1A">
      <w:pPr>
        <w:spacing w:before="160"/>
        <w:rPr>
          <w:lang w:val="ru-RU"/>
        </w:rPr>
      </w:pPr>
      <w:proofErr w:type="spellStart"/>
      <w:r w:rsidRPr="00023250">
        <w:rPr>
          <w:b/>
          <w:color w:val="1F4E78"/>
          <w:lang w:val="ru-RU"/>
        </w:rPr>
        <w:t>Інструкція</w:t>
      </w:r>
      <w:proofErr w:type="spellEnd"/>
      <w:r w:rsidRPr="00023250">
        <w:rPr>
          <w:b/>
          <w:color w:val="1F4E78"/>
          <w:lang w:val="ru-RU"/>
        </w:rPr>
        <w:t xml:space="preserve"> для </w:t>
      </w:r>
      <w:proofErr w:type="spellStart"/>
      <w:r w:rsidRPr="00023250">
        <w:rPr>
          <w:b/>
          <w:color w:val="1F4E78"/>
          <w:lang w:val="ru-RU"/>
        </w:rPr>
        <w:t>виконання</w:t>
      </w:r>
      <w:proofErr w:type="spellEnd"/>
      <w:r w:rsidRPr="00023250">
        <w:rPr>
          <w:b/>
          <w:color w:val="1F4E78"/>
          <w:lang w:val="ru-RU"/>
        </w:rPr>
        <w:t xml:space="preserve">: </w:t>
      </w:r>
      <w:proofErr w:type="spellStart"/>
      <w:r w:rsidR="007A0981">
        <w:rPr>
          <w:i/>
          <w:sz w:val="19"/>
          <w:lang w:val="ru-RU"/>
        </w:rPr>
        <w:t>Уважно</w:t>
      </w:r>
      <w:proofErr w:type="spellEnd"/>
      <w:r w:rsidR="007A0981">
        <w:rPr>
          <w:i/>
          <w:sz w:val="19"/>
          <w:lang w:val="ru-RU"/>
        </w:rPr>
        <w:t xml:space="preserve"> </w:t>
      </w:r>
      <w:proofErr w:type="spellStart"/>
      <w:r w:rsidR="007A0981">
        <w:rPr>
          <w:i/>
          <w:sz w:val="19"/>
          <w:lang w:val="ru-RU"/>
        </w:rPr>
        <w:t>опрацюйте</w:t>
      </w:r>
      <w:proofErr w:type="spellEnd"/>
      <w:r w:rsidR="007A0981">
        <w:rPr>
          <w:i/>
          <w:sz w:val="19"/>
          <w:lang w:val="ru-RU"/>
        </w:rPr>
        <w:t xml:space="preserve"> </w:t>
      </w:r>
      <w:proofErr w:type="spellStart"/>
      <w:r w:rsidR="007A0981">
        <w:rPr>
          <w:i/>
          <w:sz w:val="19"/>
          <w:lang w:val="ru-RU"/>
        </w:rPr>
        <w:t>кожне</w:t>
      </w:r>
      <w:proofErr w:type="spellEnd"/>
      <w:r w:rsidR="007A0981">
        <w:rPr>
          <w:i/>
          <w:sz w:val="19"/>
          <w:lang w:val="ru-RU"/>
        </w:rPr>
        <w:t xml:space="preserve"> </w:t>
      </w:r>
      <w:proofErr w:type="spellStart"/>
      <w:r w:rsidR="007A0981">
        <w:rPr>
          <w:i/>
          <w:sz w:val="19"/>
          <w:lang w:val="ru-RU"/>
        </w:rPr>
        <w:t>із</w:t>
      </w:r>
      <w:proofErr w:type="spellEnd"/>
      <w:r w:rsidRPr="00023250">
        <w:rPr>
          <w:i/>
          <w:sz w:val="19"/>
          <w:lang w:val="ru-RU"/>
        </w:rPr>
        <w:t xml:space="preserve"> </w:t>
      </w:r>
      <w:proofErr w:type="spellStart"/>
      <w:r w:rsidRPr="00023250">
        <w:rPr>
          <w:i/>
          <w:sz w:val="19"/>
          <w:lang w:val="ru-RU"/>
        </w:rPr>
        <w:t>практичних</w:t>
      </w:r>
      <w:proofErr w:type="spellEnd"/>
      <w:r w:rsidRPr="00023250">
        <w:rPr>
          <w:i/>
          <w:sz w:val="19"/>
          <w:lang w:val="ru-RU"/>
        </w:rPr>
        <w:t xml:space="preserve"> </w:t>
      </w:r>
      <w:proofErr w:type="spellStart"/>
      <w:r w:rsidRPr="00023250">
        <w:rPr>
          <w:i/>
          <w:sz w:val="19"/>
          <w:lang w:val="ru-RU"/>
        </w:rPr>
        <w:t>завдань</w:t>
      </w:r>
      <w:proofErr w:type="spellEnd"/>
      <w:r w:rsidRPr="00023250">
        <w:rPr>
          <w:i/>
          <w:sz w:val="19"/>
          <w:lang w:val="ru-RU"/>
        </w:rPr>
        <w:t xml:space="preserve">. </w:t>
      </w:r>
      <w:proofErr w:type="spellStart"/>
      <w:r w:rsidRPr="00023250">
        <w:rPr>
          <w:i/>
          <w:sz w:val="19"/>
          <w:lang w:val="ru-RU"/>
        </w:rPr>
        <w:t>Вписуйте</w:t>
      </w:r>
      <w:proofErr w:type="spellEnd"/>
      <w:r w:rsidRPr="00023250">
        <w:rPr>
          <w:i/>
          <w:sz w:val="19"/>
          <w:lang w:val="ru-RU"/>
        </w:rPr>
        <w:t xml:space="preserve"> </w:t>
      </w:r>
      <w:proofErr w:type="spellStart"/>
      <w:r w:rsidRPr="00023250">
        <w:rPr>
          <w:i/>
          <w:sz w:val="19"/>
          <w:lang w:val="ru-RU"/>
        </w:rPr>
        <w:t>відповіді</w:t>
      </w:r>
      <w:proofErr w:type="spellEnd"/>
      <w:r w:rsidRPr="00023250">
        <w:rPr>
          <w:i/>
          <w:sz w:val="19"/>
          <w:lang w:val="ru-RU"/>
        </w:rPr>
        <w:t xml:space="preserve"> у </w:t>
      </w:r>
      <w:proofErr w:type="spellStart"/>
      <w:r w:rsidRPr="00023250">
        <w:rPr>
          <w:i/>
          <w:sz w:val="19"/>
          <w:lang w:val="ru-RU"/>
        </w:rPr>
        <w:t>спеціально</w:t>
      </w:r>
      <w:proofErr w:type="spellEnd"/>
      <w:r w:rsidRPr="00023250">
        <w:rPr>
          <w:i/>
          <w:sz w:val="19"/>
          <w:lang w:val="ru-RU"/>
        </w:rPr>
        <w:t xml:space="preserve"> </w:t>
      </w:r>
      <w:proofErr w:type="spellStart"/>
      <w:r w:rsidRPr="00023250">
        <w:rPr>
          <w:i/>
          <w:sz w:val="19"/>
          <w:lang w:val="ru-RU"/>
        </w:rPr>
        <w:t>відведені</w:t>
      </w:r>
      <w:proofErr w:type="spellEnd"/>
      <w:r w:rsidRPr="00023250">
        <w:rPr>
          <w:i/>
          <w:sz w:val="19"/>
          <w:lang w:val="ru-RU"/>
        </w:rPr>
        <w:t xml:space="preserve"> </w:t>
      </w:r>
      <w:proofErr w:type="spellStart"/>
      <w:r w:rsidRPr="00023250">
        <w:rPr>
          <w:i/>
          <w:sz w:val="19"/>
          <w:lang w:val="ru-RU"/>
        </w:rPr>
        <w:t>таблиці</w:t>
      </w:r>
      <w:proofErr w:type="spellEnd"/>
      <w:r w:rsidRPr="00023250">
        <w:rPr>
          <w:i/>
          <w:sz w:val="19"/>
          <w:lang w:val="ru-RU"/>
        </w:rPr>
        <w:t xml:space="preserve">, поля з </w:t>
      </w:r>
      <w:proofErr w:type="spellStart"/>
      <w:r w:rsidRPr="00023250">
        <w:rPr>
          <w:i/>
          <w:sz w:val="19"/>
          <w:lang w:val="ru-RU"/>
        </w:rPr>
        <w:t>підкресленням</w:t>
      </w:r>
      <w:proofErr w:type="spellEnd"/>
      <w:r w:rsidRPr="00023250">
        <w:rPr>
          <w:i/>
          <w:sz w:val="19"/>
          <w:lang w:val="ru-RU"/>
        </w:rPr>
        <w:t xml:space="preserve"> </w:t>
      </w:r>
      <w:proofErr w:type="spellStart"/>
      <w:r w:rsidRPr="00023250">
        <w:rPr>
          <w:i/>
          <w:sz w:val="19"/>
          <w:lang w:val="ru-RU"/>
        </w:rPr>
        <w:t>або</w:t>
      </w:r>
      <w:proofErr w:type="spellEnd"/>
      <w:r w:rsidRPr="00023250">
        <w:rPr>
          <w:i/>
          <w:sz w:val="19"/>
          <w:lang w:val="ru-RU"/>
        </w:rPr>
        <w:t xml:space="preserve"> рамки. </w:t>
      </w:r>
      <w:bookmarkStart w:id="0" w:name="_GoBack"/>
      <w:bookmarkEnd w:id="0"/>
    </w:p>
    <w:p w:rsidR="005705D1" w:rsidRPr="00023250" w:rsidRDefault="001E4B1A">
      <w:pPr>
        <w:spacing w:before="200" w:after="80"/>
        <w:rPr>
          <w:lang w:val="ru-RU"/>
        </w:rPr>
      </w:pP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Завдання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1.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Класифікація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за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рівнями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реалізації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фінансової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політики</w:t>
      </w:r>
      <w:proofErr w:type="spellEnd"/>
    </w:p>
    <w:p w:rsidR="005705D1" w:rsidRDefault="001E4B1A">
      <w:pPr>
        <w:spacing w:after="80"/>
      </w:pPr>
      <w:proofErr w:type="spellStart"/>
      <w:r w:rsidRPr="00023250">
        <w:rPr>
          <w:lang w:val="ru-RU"/>
        </w:rPr>
        <w:t>Проаналізуйте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наведені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нижче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цілі</w:t>
      </w:r>
      <w:proofErr w:type="spellEnd"/>
      <w:r w:rsidRPr="00023250">
        <w:rPr>
          <w:lang w:val="ru-RU"/>
        </w:rPr>
        <w:t xml:space="preserve"> та </w:t>
      </w:r>
      <w:proofErr w:type="spellStart"/>
      <w:r w:rsidRPr="00023250">
        <w:rPr>
          <w:lang w:val="ru-RU"/>
        </w:rPr>
        <w:t>завдання</w:t>
      </w:r>
      <w:proofErr w:type="spellEnd"/>
      <w:r w:rsidRPr="00023250">
        <w:rPr>
          <w:lang w:val="ru-RU"/>
        </w:rPr>
        <w:t xml:space="preserve"> та </w:t>
      </w:r>
      <w:proofErr w:type="spellStart"/>
      <w:r w:rsidRPr="00023250">
        <w:rPr>
          <w:lang w:val="ru-RU"/>
        </w:rPr>
        <w:t>розподіліть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їх</w:t>
      </w:r>
      <w:proofErr w:type="spellEnd"/>
      <w:r w:rsidRPr="00023250">
        <w:rPr>
          <w:lang w:val="ru-RU"/>
        </w:rPr>
        <w:t xml:space="preserve"> за </w:t>
      </w:r>
      <w:proofErr w:type="spellStart"/>
      <w:r w:rsidRPr="00023250">
        <w:rPr>
          <w:lang w:val="ru-RU"/>
        </w:rPr>
        <w:t>відповідн</w:t>
      </w:r>
      <w:r w:rsidRPr="00023250">
        <w:rPr>
          <w:lang w:val="ru-RU"/>
        </w:rPr>
        <w:t>ими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рівнями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реалізації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фінансової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політики</w:t>
      </w:r>
      <w:proofErr w:type="spellEnd"/>
      <w:r w:rsidRPr="00023250">
        <w:rPr>
          <w:lang w:val="ru-RU"/>
        </w:rPr>
        <w:t>:</w:t>
      </w:r>
      <w:r w:rsidRPr="00023250">
        <w:rPr>
          <w:lang w:val="ru-RU"/>
        </w:rPr>
        <w:br/>
        <w:t xml:space="preserve">1. </w:t>
      </w:r>
      <w:proofErr w:type="spellStart"/>
      <w:r w:rsidRPr="00023250">
        <w:rPr>
          <w:lang w:val="ru-RU"/>
        </w:rPr>
        <w:t>Максимізація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ринкової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вартості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підприємства</w:t>
      </w:r>
      <w:proofErr w:type="spellEnd"/>
      <w:r w:rsidRPr="00023250">
        <w:rPr>
          <w:lang w:val="ru-RU"/>
        </w:rPr>
        <w:t xml:space="preserve"> та </w:t>
      </w:r>
      <w:proofErr w:type="spellStart"/>
      <w:r w:rsidRPr="00023250">
        <w:rPr>
          <w:lang w:val="ru-RU"/>
        </w:rPr>
        <w:t>забезпечення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його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фінансової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стійкості</w:t>
      </w:r>
      <w:proofErr w:type="spellEnd"/>
      <w:r w:rsidRPr="00023250">
        <w:rPr>
          <w:lang w:val="ru-RU"/>
        </w:rPr>
        <w:t>.</w:t>
      </w:r>
      <w:r w:rsidRPr="00023250">
        <w:rPr>
          <w:lang w:val="ru-RU"/>
        </w:rPr>
        <w:br/>
        <w:t xml:space="preserve">2. </w:t>
      </w:r>
      <w:proofErr w:type="spellStart"/>
      <w:r w:rsidRPr="00023250">
        <w:rPr>
          <w:lang w:val="ru-RU"/>
        </w:rPr>
        <w:t>Оптимальний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розподіл</w:t>
      </w:r>
      <w:proofErr w:type="spellEnd"/>
      <w:r w:rsidRPr="00023250">
        <w:rPr>
          <w:lang w:val="ru-RU"/>
        </w:rPr>
        <w:t xml:space="preserve"> і </w:t>
      </w:r>
      <w:proofErr w:type="spellStart"/>
      <w:r w:rsidRPr="00023250">
        <w:rPr>
          <w:lang w:val="ru-RU"/>
        </w:rPr>
        <w:t>перерозподіл</w:t>
      </w:r>
      <w:proofErr w:type="spellEnd"/>
      <w:r w:rsidRPr="00023250">
        <w:rPr>
          <w:lang w:val="ru-RU"/>
        </w:rPr>
        <w:t xml:space="preserve"> валового </w:t>
      </w:r>
      <w:proofErr w:type="spellStart"/>
      <w:r w:rsidRPr="00023250">
        <w:rPr>
          <w:lang w:val="ru-RU"/>
        </w:rPr>
        <w:t>внутрішнього</w:t>
      </w:r>
      <w:proofErr w:type="spellEnd"/>
      <w:r w:rsidRPr="00023250">
        <w:rPr>
          <w:lang w:val="ru-RU"/>
        </w:rPr>
        <w:t xml:space="preserve"> продукту (ВВП) </w:t>
      </w:r>
      <w:proofErr w:type="spellStart"/>
      <w:r w:rsidRPr="00023250">
        <w:rPr>
          <w:lang w:val="ru-RU"/>
        </w:rPr>
        <w:t>між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галузями</w:t>
      </w:r>
      <w:proofErr w:type="spellEnd"/>
      <w:r w:rsidRPr="00023250">
        <w:rPr>
          <w:lang w:val="ru-RU"/>
        </w:rPr>
        <w:t xml:space="preserve"> та </w:t>
      </w:r>
      <w:proofErr w:type="spellStart"/>
      <w:r w:rsidRPr="00023250">
        <w:rPr>
          <w:lang w:val="ru-RU"/>
        </w:rPr>
        <w:t>територіями</w:t>
      </w:r>
      <w:proofErr w:type="spellEnd"/>
      <w:r w:rsidRPr="00023250">
        <w:rPr>
          <w:lang w:val="ru-RU"/>
        </w:rPr>
        <w:t>.</w:t>
      </w:r>
      <w:r w:rsidRPr="00023250">
        <w:rPr>
          <w:lang w:val="ru-RU"/>
        </w:rPr>
        <w:br/>
        <w:t xml:space="preserve">3. </w:t>
      </w:r>
      <w:proofErr w:type="spellStart"/>
      <w:r w:rsidRPr="00023250">
        <w:rPr>
          <w:lang w:val="ru-RU"/>
        </w:rPr>
        <w:t>Попередження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г</w:t>
      </w:r>
      <w:r w:rsidRPr="00023250">
        <w:rPr>
          <w:lang w:val="ru-RU"/>
        </w:rPr>
        <w:t>лобальних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фінансових</w:t>
      </w:r>
      <w:proofErr w:type="spellEnd"/>
      <w:r w:rsidRPr="00023250">
        <w:rPr>
          <w:lang w:val="ru-RU"/>
        </w:rPr>
        <w:t xml:space="preserve"> криз та </w:t>
      </w:r>
      <w:proofErr w:type="spellStart"/>
      <w:r w:rsidRPr="00023250">
        <w:rPr>
          <w:lang w:val="ru-RU"/>
        </w:rPr>
        <w:t>забезпечення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зростання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обсягів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світової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економіки</w:t>
      </w:r>
      <w:proofErr w:type="spellEnd"/>
      <w:r w:rsidRPr="00023250">
        <w:rPr>
          <w:lang w:val="ru-RU"/>
        </w:rPr>
        <w:t>.</w:t>
      </w:r>
      <w:r w:rsidRPr="00023250">
        <w:rPr>
          <w:lang w:val="ru-RU"/>
        </w:rPr>
        <w:br/>
      </w:r>
      <w:r>
        <w:t>4. Оздоровлення та структурна перебудова економіки держави.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024"/>
        <w:gridCol w:w="2160"/>
        <w:gridCol w:w="4608"/>
      </w:tblGrid>
      <w:tr w:rsidR="005705D1">
        <w:tc>
          <w:tcPr>
            <w:tcW w:w="302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Рівень фінансової політики</w:t>
            </w:r>
          </w:p>
        </w:tc>
        <w:tc>
          <w:tcPr>
            <w:tcW w:w="2160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№ твердження</w:t>
            </w:r>
          </w:p>
        </w:tc>
        <w:tc>
          <w:tcPr>
            <w:tcW w:w="460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Аргументація / Короткий коментар</w:t>
            </w:r>
          </w:p>
        </w:tc>
      </w:tr>
      <w:tr w:rsidR="005705D1"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rPr>
                <w:b/>
              </w:rPr>
              <w:t>Світовий рівень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969696"/>
              </w:rPr>
              <w:t>[ _____ ]</w:t>
            </w:r>
          </w:p>
        </w:tc>
        <w:tc>
          <w:tcPr>
            <w:tcW w:w="46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5705D1"/>
        </w:tc>
      </w:tr>
      <w:tr w:rsidR="005705D1"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rPr>
                <w:b/>
              </w:rPr>
              <w:t>Макроекономічний рівень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969696"/>
              </w:rPr>
              <w:t>[ _____ ]</w:t>
            </w:r>
          </w:p>
        </w:tc>
        <w:tc>
          <w:tcPr>
            <w:tcW w:w="46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5705D1"/>
        </w:tc>
      </w:tr>
      <w:tr w:rsidR="005705D1"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rPr>
                <w:b/>
              </w:rPr>
              <w:t>Мікроекономічний рівень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969696"/>
              </w:rPr>
              <w:t>[ _____ ]</w:t>
            </w:r>
          </w:p>
        </w:tc>
        <w:tc>
          <w:tcPr>
            <w:tcW w:w="46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5705D1"/>
        </w:tc>
      </w:tr>
    </w:tbl>
    <w:p w:rsidR="005705D1" w:rsidRDefault="001E4B1A">
      <w:pPr>
        <w:spacing w:before="200" w:after="80"/>
      </w:pPr>
      <w:r>
        <w:rPr>
          <w:rFonts w:ascii="Arial" w:hAnsi="Arial"/>
          <w:b/>
          <w:color w:val="1F4E78"/>
          <w:sz w:val="23"/>
        </w:rPr>
        <w:t>Завдання 2. Аналіз видів фінансової політики залежно від економічної кон'юнктури</w:t>
      </w:r>
    </w:p>
    <w:p w:rsidR="005705D1" w:rsidRPr="00023250" w:rsidRDefault="001E4B1A">
      <w:pPr>
        <w:spacing w:after="80"/>
        <w:rPr>
          <w:lang w:val="ru-RU"/>
        </w:rPr>
      </w:pPr>
      <w:proofErr w:type="spellStart"/>
      <w:r w:rsidRPr="00023250">
        <w:rPr>
          <w:lang w:val="ru-RU"/>
        </w:rPr>
        <w:t>Заповніть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аналітичну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таблицю</w:t>
      </w:r>
      <w:proofErr w:type="spellEnd"/>
      <w:r w:rsidRPr="00023250">
        <w:rPr>
          <w:lang w:val="ru-RU"/>
        </w:rPr>
        <w:t xml:space="preserve">, </w:t>
      </w:r>
      <w:proofErr w:type="spellStart"/>
      <w:r w:rsidRPr="00023250">
        <w:rPr>
          <w:lang w:val="ru-RU"/>
        </w:rPr>
        <w:t>визначивши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необхідний</w:t>
      </w:r>
      <w:proofErr w:type="spellEnd"/>
      <w:r w:rsidRPr="00023250">
        <w:rPr>
          <w:lang w:val="ru-RU"/>
        </w:rPr>
        <w:t xml:space="preserve"> вид </w:t>
      </w:r>
      <w:proofErr w:type="spellStart"/>
      <w:r w:rsidRPr="00023250">
        <w:rPr>
          <w:lang w:val="ru-RU"/>
        </w:rPr>
        <w:t>політики</w:t>
      </w:r>
      <w:proofErr w:type="spellEnd"/>
      <w:r w:rsidRPr="00023250">
        <w:rPr>
          <w:lang w:val="ru-RU"/>
        </w:rPr>
        <w:t xml:space="preserve"> та </w:t>
      </w:r>
      <w:proofErr w:type="spellStart"/>
      <w:r w:rsidRPr="00023250">
        <w:rPr>
          <w:lang w:val="ru-RU"/>
        </w:rPr>
        <w:t>напрям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зміни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інструментів</w:t>
      </w:r>
      <w:proofErr w:type="spellEnd"/>
      <w:r w:rsidRPr="00023250">
        <w:rPr>
          <w:lang w:val="ru-RU"/>
        </w:rPr>
        <w:t xml:space="preserve"> для </w:t>
      </w:r>
      <w:proofErr w:type="spellStart"/>
      <w:r w:rsidRPr="00023250">
        <w:rPr>
          <w:lang w:val="ru-RU"/>
        </w:rPr>
        <w:t>двох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економічних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ситуацій</w:t>
      </w:r>
      <w:proofErr w:type="spellEnd"/>
      <w:r w:rsidRPr="00023250">
        <w:rPr>
          <w:lang w:val="ru-RU"/>
        </w:rPr>
        <w:t>: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312"/>
        <w:gridCol w:w="2160"/>
        <w:gridCol w:w="2160"/>
        <w:gridCol w:w="2160"/>
      </w:tblGrid>
      <w:tr w:rsidR="005705D1">
        <w:tc>
          <w:tcPr>
            <w:tcW w:w="3312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Економічна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ситуація</w:t>
            </w:r>
            <w:proofErr w:type="spellEnd"/>
          </w:p>
        </w:tc>
        <w:tc>
          <w:tcPr>
            <w:tcW w:w="2160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Вид політики</w:t>
            </w:r>
          </w:p>
        </w:tc>
        <w:tc>
          <w:tcPr>
            <w:tcW w:w="2160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Державні видатки</w:t>
            </w:r>
          </w:p>
        </w:tc>
        <w:tc>
          <w:tcPr>
            <w:tcW w:w="2160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Податковий тягар</w:t>
            </w:r>
          </w:p>
        </w:tc>
      </w:tr>
      <w:tr w:rsidR="005705D1"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Ситуація</w:t>
            </w:r>
            <w:proofErr w:type="spellEnd"/>
            <w:r w:rsidRPr="00023250">
              <w:rPr>
                <w:lang w:val="ru-RU"/>
              </w:rPr>
              <w:t xml:space="preserve"> А: Спад </w:t>
            </w:r>
            <w:proofErr w:type="spellStart"/>
            <w:r w:rsidRPr="00023250">
              <w:rPr>
                <w:lang w:val="ru-RU"/>
              </w:rPr>
              <w:t>виробництва</w:t>
            </w:r>
            <w:proofErr w:type="spellEnd"/>
            <w:r w:rsidRPr="00023250">
              <w:rPr>
                <w:lang w:val="ru-RU"/>
              </w:rPr>
              <w:t xml:space="preserve">, </w:t>
            </w:r>
            <w:proofErr w:type="spellStart"/>
            <w:r w:rsidRPr="00023250">
              <w:rPr>
                <w:lang w:val="ru-RU"/>
              </w:rPr>
              <w:t>зростання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безробіття</w:t>
            </w:r>
            <w:proofErr w:type="spellEnd"/>
            <w:r w:rsidRPr="00023250">
              <w:rPr>
                <w:lang w:val="ru-RU"/>
              </w:rPr>
              <w:t xml:space="preserve">, </w:t>
            </w:r>
            <w:proofErr w:type="spellStart"/>
            <w:r w:rsidRPr="00023250">
              <w:rPr>
                <w:lang w:val="ru-RU"/>
              </w:rPr>
              <w:t>депресія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5705D1">
            <w:pPr>
              <w:jc w:val="center"/>
            </w:pP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8C8C8C"/>
              </w:rPr>
              <w:t>[ Збільшити / Зменшити ]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8C8C8C"/>
              </w:rPr>
              <w:t>[ Підвищити / Знизити ]</w:t>
            </w:r>
          </w:p>
        </w:tc>
      </w:tr>
      <w:tr w:rsidR="005705D1"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Ситуація</w:t>
            </w:r>
            <w:proofErr w:type="spellEnd"/>
            <w:r w:rsidRPr="00023250">
              <w:rPr>
                <w:lang w:val="ru-RU"/>
              </w:rPr>
              <w:t xml:space="preserve"> Б: </w:t>
            </w:r>
            <w:proofErr w:type="spellStart"/>
            <w:r w:rsidRPr="00023250">
              <w:rPr>
                <w:lang w:val="ru-RU"/>
              </w:rPr>
              <w:t>Загроза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надмірного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попиту</w:t>
            </w:r>
            <w:proofErr w:type="spellEnd"/>
            <w:r w:rsidRPr="00023250">
              <w:rPr>
                <w:lang w:val="ru-RU"/>
              </w:rPr>
              <w:t xml:space="preserve">, </w:t>
            </w:r>
            <w:proofErr w:type="spellStart"/>
            <w:r w:rsidRPr="00023250">
              <w:rPr>
                <w:lang w:val="ru-RU"/>
              </w:rPr>
              <w:t>гіперінфляція</w:t>
            </w:r>
            <w:proofErr w:type="spellEnd"/>
            <w:r w:rsidRPr="00023250">
              <w:rPr>
                <w:lang w:val="ru-RU"/>
              </w:rPr>
              <w:t xml:space="preserve">, </w:t>
            </w:r>
            <w:proofErr w:type="spellStart"/>
            <w:r w:rsidRPr="00023250">
              <w:rPr>
                <w:lang w:val="ru-RU"/>
              </w:rPr>
              <w:t>загроза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кризи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5705D1">
            <w:pPr>
              <w:jc w:val="center"/>
            </w:pP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8C8C8C"/>
              </w:rPr>
              <w:t>[ Збільшити / Зменшити ]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8C8C8C"/>
              </w:rPr>
              <w:t>[ Підвищити / Знизити ]</w:t>
            </w:r>
          </w:p>
        </w:tc>
      </w:tr>
    </w:tbl>
    <w:p w:rsidR="005705D1" w:rsidRPr="00023250" w:rsidRDefault="001E4B1A">
      <w:pPr>
        <w:spacing w:before="200" w:after="80"/>
        <w:rPr>
          <w:lang w:val="ru-RU"/>
        </w:rPr>
      </w:pP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Завдання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3.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Диференціація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складових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фінансової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політики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держави</w:t>
      </w:r>
      <w:proofErr w:type="spellEnd"/>
    </w:p>
    <w:p w:rsidR="005705D1" w:rsidRPr="00023250" w:rsidRDefault="001E4B1A">
      <w:pPr>
        <w:spacing w:after="80"/>
        <w:rPr>
          <w:lang w:val="ru-RU"/>
        </w:rPr>
      </w:pPr>
      <w:proofErr w:type="spellStart"/>
      <w:r w:rsidRPr="00023250">
        <w:rPr>
          <w:lang w:val="ru-RU"/>
        </w:rPr>
        <w:t>Визначте</w:t>
      </w:r>
      <w:proofErr w:type="spellEnd"/>
      <w:r w:rsidRPr="00023250">
        <w:rPr>
          <w:lang w:val="ru-RU"/>
        </w:rPr>
        <w:t xml:space="preserve">, до </w:t>
      </w:r>
      <w:proofErr w:type="spellStart"/>
      <w:r w:rsidRPr="00023250">
        <w:rPr>
          <w:lang w:val="ru-RU"/>
        </w:rPr>
        <w:t>якої</w:t>
      </w:r>
      <w:proofErr w:type="spellEnd"/>
      <w:r w:rsidRPr="00023250">
        <w:rPr>
          <w:lang w:val="ru-RU"/>
        </w:rPr>
        <w:t xml:space="preserve"> з </w:t>
      </w:r>
      <w:proofErr w:type="spellStart"/>
      <w:r w:rsidRPr="00023250">
        <w:rPr>
          <w:lang w:val="ru-RU"/>
        </w:rPr>
        <w:t>трьох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складових</w:t>
      </w:r>
      <w:proofErr w:type="spellEnd"/>
      <w:r w:rsidRPr="00023250">
        <w:rPr>
          <w:lang w:val="ru-RU"/>
        </w:rPr>
        <w:t xml:space="preserve"> (</w:t>
      </w:r>
      <w:proofErr w:type="spellStart"/>
      <w:r w:rsidRPr="00023250">
        <w:rPr>
          <w:lang w:val="ru-RU"/>
        </w:rPr>
        <w:t>Податкова</w:t>
      </w:r>
      <w:proofErr w:type="spellEnd"/>
      <w:r w:rsidRPr="00023250">
        <w:rPr>
          <w:lang w:val="ru-RU"/>
        </w:rPr>
        <w:t xml:space="preserve">, </w:t>
      </w:r>
      <w:proofErr w:type="spellStart"/>
      <w:r w:rsidRPr="00023250">
        <w:rPr>
          <w:lang w:val="ru-RU"/>
        </w:rPr>
        <w:t>Бюджетна</w:t>
      </w:r>
      <w:proofErr w:type="spellEnd"/>
      <w:r w:rsidRPr="00023250">
        <w:rPr>
          <w:lang w:val="ru-RU"/>
        </w:rPr>
        <w:t xml:space="preserve">, </w:t>
      </w:r>
      <w:proofErr w:type="spellStart"/>
      <w:r w:rsidRPr="00023250">
        <w:rPr>
          <w:lang w:val="ru-RU"/>
        </w:rPr>
        <w:t>Монетарна</w:t>
      </w:r>
      <w:proofErr w:type="spellEnd"/>
      <w:r w:rsidRPr="00023250">
        <w:rPr>
          <w:lang w:val="ru-RU"/>
        </w:rPr>
        <w:t>/</w:t>
      </w:r>
      <w:proofErr w:type="spellStart"/>
      <w:r w:rsidRPr="00023250">
        <w:rPr>
          <w:lang w:val="ru-RU"/>
        </w:rPr>
        <w:t>Грошово-кредитна</w:t>
      </w:r>
      <w:proofErr w:type="spellEnd"/>
      <w:r w:rsidRPr="00023250">
        <w:rPr>
          <w:lang w:val="ru-RU"/>
        </w:rPr>
        <w:t xml:space="preserve">) </w:t>
      </w:r>
      <w:proofErr w:type="spellStart"/>
      <w:r w:rsidRPr="00023250">
        <w:rPr>
          <w:lang w:val="ru-RU"/>
        </w:rPr>
        <w:t>належить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кожен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захід</w:t>
      </w:r>
      <w:proofErr w:type="spellEnd"/>
      <w:r w:rsidRPr="00023250">
        <w:rPr>
          <w:lang w:val="ru-RU"/>
        </w:rPr>
        <w:t>: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6048"/>
        <w:gridCol w:w="3024"/>
      </w:tblGrid>
      <w:tr w:rsidR="005705D1">
        <w:tc>
          <w:tcPr>
            <w:tcW w:w="720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604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Захід / Дія держави</w:t>
            </w:r>
          </w:p>
        </w:tc>
        <w:tc>
          <w:tcPr>
            <w:tcW w:w="302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Складова фінансової політики</w:t>
            </w:r>
          </w:p>
        </w:tc>
      </w:tr>
      <w:tr w:rsidR="005705D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t>1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Зміна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облікової</w:t>
            </w:r>
            <w:proofErr w:type="spellEnd"/>
            <w:r w:rsidRPr="00023250">
              <w:rPr>
                <w:lang w:val="ru-RU"/>
              </w:rPr>
              <w:t xml:space="preserve"> ставки </w:t>
            </w:r>
            <w:proofErr w:type="spellStart"/>
            <w:r w:rsidRPr="00023250">
              <w:rPr>
                <w:lang w:val="ru-RU"/>
              </w:rPr>
              <w:t>Нацбанку</w:t>
            </w:r>
            <w:proofErr w:type="spellEnd"/>
            <w:r w:rsidRPr="00023250">
              <w:rPr>
                <w:lang w:val="ru-RU"/>
              </w:rPr>
              <w:t xml:space="preserve"> для </w:t>
            </w:r>
            <w:proofErr w:type="spellStart"/>
            <w:r w:rsidRPr="00023250">
              <w:rPr>
                <w:lang w:val="ru-RU"/>
              </w:rPr>
              <w:t>стримування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інфляції</w:t>
            </w:r>
            <w:proofErr w:type="spellEnd"/>
            <w:r w:rsidRPr="00023250">
              <w:rPr>
                <w:lang w:val="ru-RU"/>
              </w:rPr>
              <w:t xml:space="preserve"> та </w:t>
            </w:r>
            <w:proofErr w:type="spellStart"/>
            <w:r w:rsidRPr="00023250">
              <w:rPr>
                <w:lang w:val="ru-RU"/>
              </w:rPr>
              <w:t>регулювання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грошової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маси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 ]</w:t>
            </w:r>
          </w:p>
        </w:tc>
      </w:tr>
      <w:tr w:rsidR="005705D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t>2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Встановлення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пільгових</w:t>
            </w:r>
            <w:proofErr w:type="spellEnd"/>
            <w:r w:rsidRPr="00023250">
              <w:rPr>
                <w:lang w:val="ru-RU"/>
              </w:rPr>
              <w:t xml:space="preserve"> ставок </w:t>
            </w:r>
            <w:proofErr w:type="spellStart"/>
            <w:r w:rsidRPr="00023250">
              <w:rPr>
                <w:lang w:val="ru-RU"/>
              </w:rPr>
              <w:t>податку</w:t>
            </w:r>
            <w:proofErr w:type="spellEnd"/>
            <w:r w:rsidRPr="00023250">
              <w:rPr>
                <w:lang w:val="ru-RU"/>
              </w:rPr>
              <w:t xml:space="preserve"> на </w:t>
            </w:r>
            <w:proofErr w:type="spellStart"/>
            <w:r w:rsidRPr="00023250">
              <w:rPr>
                <w:lang w:val="ru-RU"/>
              </w:rPr>
              <w:t>прибуток</w:t>
            </w:r>
            <w:proofErr w:type="spellEnd"/>
            <w:r w:rsidRPr="00023250">
              <w:rPr>
                <w:lang w:val="ru-RU"/>
              </w:rPr>
              <w:t xml:space="preserve"> для </w:t>
            </w:r>
            <w:proofErr w:type="spellStart"/>
            <w:r w:rsidRPr="00023250">
              <w:rPr>
                <w:lang w:val="ru-RU"/>
              </w:rPr>
              <w:lastRenderedPageBreak/>
              <w:t>стимулювання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інвестицій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lastRenderedPageBreak/>
              <w:t>[ ________________ ]</w:t>
            </w:r>
          </w:p>
        </w:tc>
      </w:tr>
      <w:tr w:rsidR="005705D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t>3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Фінансування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оборонних</w:t>
            </w:r>
            <w:proofErr w:type="spellEnd"/>
            <w:r w:rsidRPr="00023250">
              <w:rPr>
                <w:lang w:val="ru-RU"/>
              </w:rPr>
              <w:t xml:space="preserve"> та </w:t>
            </w:r>
            <w:proofErr w:type="spellStart"/>
            <w:r w:rsidRPr="00023250">
              <w:rPr>
                <w:lang w:val="ru-RU"/>
              </w:rPr>
              <w:t>соціальних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програм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із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видаткової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частини</w:t>
            </w:r>
            <w:proofErr w:type="spellEnd"/>
            <w:r w:rsidRPr="00023250">
              <w:rPr>
                <w:lang w:val="ru-RU"/>
              </w:rPr>
              <w:t xml:space="preserve"> державного бюджету.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 ]</w:t>
            </w:r>
          </w:p>
        </w:tc>
      </w:tr>
      <w:tr w:rsidR="005705D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t>4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t>Вирівнювання платіжного балансу та підтрим</w:t>
            </w:r>
            <w:r>
              <w:t>ка курсової стабільності національної валюти.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 ]</w:t>
            </w:r>
          </w:p>
        </w:tc>
      </w:tr>
    </w:tbl>
    <w:p w:rsidR="005705D1" w:rsidRDefault="001E4B1A">
      <w:pPr>
        <w:spacing w:before="200" w:after="80"/>
      </w:pPr>
      <w:r>
        <w:rPr>
          <w:rFonts w:ascii="Arial" w:hAnsi="Arial"/>
          <w:b/>
          <w:color w:val="1F4E78"/>
          <w:sz w:val="23"/>
        </w:rPr>
        <w:t>Завдання 4. Порівняльний кейс-аналіз типів фінансової політики</w:t>
      </w:r>
    </w:p>
    <w:p w:rsidR="005705D1" w:rsidRPr="00023250" w:rsidRDefault="001E4B1A">
      <w:pPr>
        <w:spacing w:after="80"/>
        <w:rPr>
          <w:lang w:val="ru-RU"/>
        </w:rPr>
      </w:pPr>
      <w:r w:rsidRPr="00023250">
        <w:rPr>
          <w:lang w:val="ru-RU"/>
        </w:rPr>
        <w:t xml:space="preserve">Прочитайте характеристики </w:t>
      </w:r>
      <w:proofErr w:type="spellStart"/>
      <w:r w:rsidRPr="00023250">
        <w:rPr>
          <w:lang w:val="ru-RU"/>
        </w:rPr>
        <w:t>трьох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країн</w:t>
      </w:r>
      <w:proofErr w:type="spellEnd"/>
      <w:r w:rsidRPr="00023250">
        <w:rPr>
          <w:lang w:val="ru-RU"/>
        </w:rPr>
        <w:t xml:space="preserve"> та </w:t>
      </w:r>
      <w:proofErr w:type="spellStart"/>
      <w:r w:rsidRPr="00023250">
        <w:rPr>
          <w:lang w:val="ru-RU"/>
        </w:rPr>
        <w:t>вкажіть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відповідний</w:t>
      </w:r>
      <w:proofErr w:type="spellEnd"/>
      <w:r w:rsidRPr="00023250">
        <w:rPr>
          <w:lang w:val="ru-RU"/>
        </w:rPr>
        <w:t xml:space="preserve"> тип </w:t>
      </w:r>
      <w:proofErr w:type="spellStart"/>
      <w:r w:rsidRPr="00023250">
        <w:rPr>
          <w:lang w:val="ru-RU"/>
        </w:rPr>
        <w:t>політики</w:t>
      </w:r>
      <w:proofErr w:type="spellEnd"/>
      <w:r w:rsidRPr="00023250">
        <w:rPr>
          <w:lang w:val="ru-RU"/>
        </w:rPr>
        <w:t xml:space="preserve"> (</w:t>
      </w:r>
      <w:proofErr w:type="spellStart"/>
      <w:r w:rsidRPr="00023250">
        <w:rPr>
          <w:lang w:val="ru-RU"/>
        </w:rPr>
        <w:t>Класична</w:t>
      </w:r>
      <w:proofErr w:type="spellEnd"/>
      <w:r w:rsidRPr="00023250">
        <w:rPr>
          <w:lang w:val="ru-RU"/>
        </w:rPr>
        <w:t xml:space="preserve">, </w:t>
      </w:r>
      <w:proofErr w:type="spellStart"/>
      <w:r w:rsidRPr="00023250">
        <w:rPr>
          <w:lang w:val="ru-RU"/>
        </w:rPr>
        <w:t>Регулююча</w:t>
      </w:r>
      <w:proofErr w:type="spellEnd"/>
      <w:r w:rsidRPr="00023250">
        <w:rPr>
          <w:lang w:val="ru-RU"/>
        </w:rPr>
        <w:t>, Планово-директивна):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4896"/>
        <w:gridCol w:w="3168"/>
      </w:tblGrid>
      <w:tr w:rsidR="005705D1">
        <w:tc>
          <w:tcPr>
            <w:tcW w:w="172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Суб'єкт</w:t>
            </w:r>
            <w:proofErr w:type="spellEnd"/>
          </w:p>
        </w:tc>
        <w:tc>
          <w:tcPr>
            <w:tcW w:w="4896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jc w:val="center"/>
              <w:rPr>
                <w:lang w:val="ru-RU"/>
              </w:rPr>
            </w:pPr>
            <w:proofErr w:type="spellStart"/>
            <w:r w:rsidRPr="00023250">
              <w:rPr>
                <w:b/>
                <w:color w:val="FFFFFF"/>
                <w:sz w:val="18"/>
                <w:lang w:val="ru-RU"/>
              </w:rPr>
              <w:t>Опис</w:t>
            </w:r>
            <w:proofErr w:type="spellEnd"/>
            <w:r w:rsidRPr="00023250">
              <w:rPr>
                <w:b/>
                <w:color w:val="FFFFFF"/>
                <w:sz w:val="18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8"/>
                <w:lang w:val="ru-RU"/>
              </w:rPr>
              <w:t>економічної</w:t>
            </w:r>
            <w:proofErr w:type="spellEnd"/>
            <w:r w:rsidRPr="00023250">
              <w:rPr>
                <w:b/>
                <w:color w:val="FFFFFF"/>
                <w:sz w:val="18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8"/>
                <w:lang w:val="ru-RU"/>
              </w:rPr>
              <w:t>системи</w:t>
            </w:r>
            <w:proofErr w:type="spellEnd"/>
            <w:r w:rsidRPr="00023250">
              <w:rPr>
                <w:b/>
                <w:color w:val="FFFFFF"/>
                <w:sz w:val="18"/>
                <w:lang w:val="ru-RU"/>
              </w:rPr>
              <w:t xml:space="preserve"> та </w:t>
            </w:r>
            <w:proofErr w:type="spellStart"/>
            <w:r w:rsidRPr="00023250">
              <w:rPr>
                <w:b/>
                <w:color w:val="FFFFFF"/>
                <w:sz w:val="18"/>
                <w:lang w:val="ru-RU"/>
              </w:rPr>
              <w:t>заходів</w:t>
            </w:r>
            <w:proofErr w:type="spellEnd"/>
          </w:p>
        </w:tc>
        <w:tc>
          <w:tcPr>
            <w:tcW w:w="316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Визначений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тип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політики</w:t>
            </w:r>
            <w:proofErr w:type="spellEnd"/>
          </w:p>
        </w:tc>
      </w:tr>
      <w:tr w:rsidR="005705D1"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rPr>
                <w:b/>
              </w:rPr>
              <w:t>Країна X</w:t>
            </w:r>
          </w:p>
        </w:tc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t>Уряд мінімізує втручання в економіку, підтримує вільну конкуренцію та забезпечує суворо бездефіцитний бюджет.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_________________ ]</w:t>
            </w:r>
          </w:p>
        </w:tc>
      </w:tr>
      <w:tr w:rsidR="005705D1"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rPr>
                <w:b/>
              </w:rPr>
              <w:t>Країна Y</w:t>
            </w:r>
          </w:p>
        </w:tc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r w:rsidRPr="00023250">
              <w:rPr>
                <w:lang w:val="ru-RU"/>
              </w:rPr>
              <w:t xml:space="preserve">Держава активно </w:t>
            </w:r>
            <w:proofErr w:type="spellStart"/>
            <w:r w:rsidRPr="00023250">
              <w:rPr>
                <w:lang w:val="ru-RU"/>
              </w:rPr>
              <w:t>використовує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дефіцитне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фінансування</w:t>
            </w:r>
            <w:proofErr w:type="spellEnd"/>
            <w:r w:rsidRPr="00023250">
              <w:rPr>
                <w:lang w:val="ru-RU"/>
              </w:rPr>
              <w:t xml:space="preserve">, </w:t>
            </w:r>
            <w:proofErr w:type="spellStart"/>
            <w:r w:rsidRPr="00023250">
              <w:rPr>
                <w:lang w:val="ru-RU"/>
              </w:rPr>
              <w:t>стимулює</w:t>
            </w:r>
            <w:proofErr w:type="spellEnd"/>
            <w:r w:rsidRPr="00023250">
              <w:rPr>
                <w:lang w:val="ru-RU"/>
              </w:rPr>
              <w:t xml:space="preserve"> попит через </w:t>
            </w:r>
            <w:proofErr w:type="spellStart"/>
            <w:r w:rsidRPr="00023250">
              <w:rPr>
                <w:lang w:val="ru-RU"/>
              </w:rPr>
              <w:t>видатки</w:t>
            </w:r>
            <w:proofErr w:type="spellEnd"/>
            <w:r w:rsidRPr="00023250">
              <w:rPr>
                <w:lang w:val="ru-RU"/>
              </w:rPr>
              <w:t xml:space="preserve"> та </w:t>
            </w:r>
            <w:proofErr w:type="spellStart"/>
            <w:r w:rsidRPr="00023250">
              <w:rPr>
                <w:lang w:val="ru-RU"/>
              </w:rPr>
              <w:t>прогресивне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оподаткування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_________________ ]</w:t>
            </w:r>
          </w:p>
        </w:tc>
      </w:tr>
      <w:tr w:rsidR="005705D1"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rPr>
                <w:b/>
              </w:rPr>
              <w:t>Країна Z</w:t>
            </w:r>
          </w:p>
        </w:tc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Усі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фінансові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ресурси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концентруються</w:t>
            </w:r>
            <w:proofErr w:type="spellEnd"/>
            <w:r w:rsidRPr="00023250">
              <w:rPr>
                <w:lang w:val="ru-RU"/>
              </w:rPr>
              <w:t xml:space="preserve"> в руках </w:t>
            </w:r>
            <w:proofErr w:type="spellStart"/>
            <w:r w:rsidRPr="00023250">
              <w:rPr>
                <w:lang w:val="ru-RU"/>
              </w:rPr>
              <w:t>держави</w:t>
            </w:r>
            <w:proofErr w:type="spellEnd"/>
            <w:r w:rsidRPr="00023250">
              <w:rPr>
                <w:lang w:val="ru-RU"/>
              </w:rPr>
              <w:t xml:space="preserve"> та директивно </w:t>
            </w:r>
            <w:proofErr w:type="spellStart"/>
            <w:r w:rsidRPr="00023250">
              <w:rPr>
                <w:lang w:val="ru-RU"/>
              </w:rPr>
              <w:t>розподіляються</w:t>
            </w:r>
            <w:proofErr w:type="spellEnd"/>
            <w:r w:rsidRPr="00023250">
              <w:rPr>
                <w:lang w:val="ru-RU"/>
              </w:rPr>
              <w:t xml:space="preserve"> за </w:t>
            </w:r>
            <w:proofErr w:type="spellStart"/>
            <w:r w:rsidRPr="00023250">
              <w:rPr>
                <w:lang w:val="ru-RU"/>
              </w:rPr>
              <w:t>єдиним</w:t>
            </w:r>
            <w:proofErr w:type="spellEnd"/>
            <w:r w:rsidRPr="00023250">
              <w:rPr>
                <w:lang w:val="ru-RU"/>
              </w:rPr>
              <w:t xml:space="preserve"> планом.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_________________ ]</w:t>
            </w:r>
          </w:p>
        </w:tc>
      </w:tr>
    </w:tbl>
    <w:p w:rsidR="005705D1" w:rsidRPr="00023250" w:rsidRDefault="001E4B1A">
      <w:pPr>
        <w:spacing w:before="200" w:after="80"/>
        <w:rPr>
          <w:lang w:val="ru-RU"/>
        </w:rPr>
      </w:pPr>
      <w:r>
        <w:rPr>
          <w:rFonts w:ascii="Arial" w:hAnsi="Arial"/>
          <w:b/>
          <w:color w:val="1F4E78"/>
          <w:sz w:val="23"/>
        </w:rPr>
        <w:t xml:space="preserve">Завдання 5.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А</w:t>
      </w:r>
      <w:r w:rsidRPr="00023250">
        <w:rPr>
          <w:rFonts w:ascii="Arial" w:hAnsi="Arial"/>
          <w:b/>
          <w:color w:val="1F4E78"/>
          <w:sz w:val="23"/>
          <w:lang w:val="ru-RU"/>
        </w:rPr>
        <w:t>наліз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форм</w:t>
      </w:r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фінансового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забезпечення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на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мікрорівні</w:t>
      </w:r>
      <w:proofErr w:type="spellEnd"/>
    </w:p>
    <w:p w:rsidR="005705D1" w:rsidRPr="00023250" w:rsidRDefault="001E4B1A">
      <w:pPr>
        <w:spacing w:after="80"/>
        <w:rPr>
          <w:lang w:val="ru-RU"/>
        </w:rPr>
      </w:pPr>
      <w:proofErr w:type="spellStart"/>
      <w:r w:rsidRPr="00023250">
        <w:rPr>
          <w:lang w:val="ru-RU"/>
        </w:rPr>
        <w:t>Визначте</w:t>
      </w:r>
      <w:proofErr w:type="spellEnd"/>
      <w:r w:rsidRPr="00023250">
        <w:rPr>
          <w:lang w:val="ru-RU"/>
        </w:rPr>
        <w:t xml:space="preserve"> форму </w:t>
      </w:r>
      <w:proofErr w:type="spellStart"/>
      <w:r w:rsidRPr="00023250">
        <w:rPr>
          <w:lang w:val="ru-RU"/>
        </w:rPr>
        <w:t>фінансового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забезпечення</w:t>
      </w:r>
      <w:proofErr w:type="spellEnd"/>
      <w:r w:rsidRPr="00023250">
        <w:rPr>
          <w:lang w:val="ru-RU"/>
        </w:rPr>
        <w:t xml:space="preserve"> (</w:t>
      </w:r>
      <w:proofErr w:type="spellStart"/>
      <w:r w:rsidRPr="00023250">
        <w:rPr>
          <w:lang w:val="ru-RU"/>
        </w:rPr>
        <w:t>Кредитування</w:t>
      </w:r>
      <w:proofErr w:type="spellEnd"/>
      <w:r w:rsidRPr="00023250">
        <w:rPr>
          <w:lang w:val="ru-RU"/>
        </w:rPr>
        <w:t xml:space="preserve">, </w:t>
      </w:r>
      <w:proofErr w:type="spellStart"/>
      <w:r w:rsidR="00023250" w:rsidRPr="00023250">
        <w:rPr>
          <w:lang w:val="ru-RU"/>
        </w:rPr>
        <w:t>Самофінансування</w:t>
      </w:r>
      <w:proofErr w:type="spellEnd"/>
      <w:r w:rsidR="00023250" w:rsidRPr="00023250">
        <w:rPr>
          <w:lang w:val="ru-RU"/>
        </w:rPr>
        <w:t xml:space="preserve">, </w:t>
      </w:r>
      <w:proofErr w:type="spellStart"/>
      <w:r w:rsidRPr="00023250">
        <w:rPr>
          <w:lang w:val="ru-RU"/>
        </w:rPr>
        <w:t>Безповоротне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фінансування</w:t>
      </w:r>
      <w:proofErr w:type="spellEnd"/>
      <w:r w:rsidRPr="00023250">
        <w:rPr>
          <w:lang w:val="ru-RU"/>
        </w:rPr>
        <w:t xml:space="preserve">) для кожного </w:t>
      </w:r>
      <w:proofErr w:type="spellStart"/>
      <w:r w:rsidRPr="00023250">
        <w:rPr>
          <w:lang w:val="ru-RU"/>
        </w:rPr>
        <w:t>джерела</w:t>
      </w:r>
      <w:proofErr w:type="spellEnd"/>
      <w:r w:rsidRPr="00023250">
        <w:rPr>
          <w:lang w:val="ru-RU"/>
        </w:rPr>
        <w:t>: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5760"/>
        <w:gridCol w:w="3312"/>
      </w:tblGrid>
      <w:tr w:rsidR="005705D1">
        <w:tc>
          <w:tcPr>
            <w:tcW w:w="720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5760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Джерело залучення фінансових ресурсів</w:t>
            </w:r>
          </w:p>
        </w:tc>
        <w:tc>
          <w:tcPr>
            <w:tcW w:w="3312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b/>
                <w:color w:val="FFFFFF"/>
                <w:sz w:val="18"/>
              </w:rPr>
              <w:t>Форма фінансового забезпечення</w:t>
            </w:r>
          </w:p>
        </w:tc>
      </w:tr>
      <w:tr w:rsidR="005705D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t>1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Спрямування</w:t>
            </w:r>
            <w:proofErr w:type="spellEnd"/>
            <w:r w:rsidRPr="00023250">
              <w:rPr>
                <w:lang w:val="ru-RU"/>
              </w:rPr>
              <w:t xml:space="preserve"> чистого </w:t>
            </w:r>
            <w:proofErr w:type="spellStart"/>
            <w:r w:rsidRPr="00023250">
              <w:rPr>
                <w:lang w:val="ru-RU"/>
              </w:rPr>
              <w:t>прибутку</w:t>
            </w:r>
            <w:proofErr w:type="spellEnd"/>
            <w:r w:rsidRPr="00023250">
              <w:rPr>
                <w:lang w:val="ru-RU"/>
              </w:rPr>
              <w:t xml:space="preserve"> та </w:t>
            </w:r>
            <w:proofErr w:type="spellStart"/>
            <w:r w:rsidRPr="00023250">
              <w:rPr>
                <w:lang w:val="ru-RU"/>
              </w:rPr>
              <w:t>амортизаційного</w:t>
            </w:r>
            <w:proofErr w:type="spellEnd"/>
            <w:r w:rsidRPr="00023250">
              <w:rPr>
                <w:lang w:val="ru-RU"/>
              </w:rPr>
              <w:t xml:space="preserve"> фонду на </w:t>
            </w:r>
            <w:proofErr w:type="spellStart"/>
            <w:r w:rsidRPr="00023250">
              <w:rPr>
                <w:lang w:val="ru-RU"/>
              </w:rPr>
              <w:t>модернізацію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обладнання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___________________ ]</w:t>
            </w:r>
          </w:p>
        </w:tc>
      </w:tr>
      <w:tr w:rsidR="005705D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t>2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Отримання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довгострокового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банківського</w:t>
            </w:r>
            <w:proofErr w:type="spellEnd"/>
            <w:r w:rsidRPr="00023250">
              <w:rPr>
                <w:lang w:val="ru-RU"/>
              </w:rPr>
              <w:t xml:space="preserve"> кредиту </w:t>
            </w:r>
            <w:proofErr w:type="spellStart"/>
            <w:r w:rsidRPr="00023250">
              <w:rPr>
                <w:lang w:val="ru-RU"/>
              </w:rPr>
              <w:t>під</w:t>
            </w:r>
            <w:proofErr w:type="spellEnd"/>
            <w:r w:rsidRPr="00023250">
              <w:rPr>
                <w:lang w:val="ru-RU"/>
              </w:rPr>
              <w:t xml:space="preserve"> 12% </w:t>
            </w:r>
            <w:proofErr w:type="spellStart"/>
            <w:r w:rsidRPr="00023250">
              <w:rPr>
                <w:lang w:val="ru-RU"/>
              </w:rPr>
              <w:t>річних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___________________ ]</w:t>
            </w:r>
          </w:p>
        </w:tc>
      </w:tr>
      <w:tr w:rsidR="005705D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t>3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rPr>
                <w:lang w:val="ru-RU"/>
              </w:rPr>
            </w:pPr>
            <w:proofErr w:type="spellStart"/>
            <w:r w:rsidRPr="00023250">
              <w:rPr>
                <w:lang w:val="ru-RU"/>
              </w:rPr>
              <w:t>Отримання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цільової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державної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субсидії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або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ґранту</w:t>
            </w:r>
            <w:proofErr w:type="spellEnd"/>
            <w:r w:rsidRPr="00023250">
              <w:rPr>
                <w:lang w:val="ru-RU"/>
              </w:rPr>
              <w:t xml:space="preserve"> на </w:t>
            </w:r>
            <w:proofErr w:type="spellStart"/>
            <w:r w:rsidRPr="00023250">
              <w:rPr>
                <w:lang w:val="ru-RU"/>
              </w:rPr>
              <w:t>безповоротній</w:t>
            </w:r>
            <w:proofErr w:type="spellEnd"/>
            <w:r w:rsidRPr="00023250">
              <w:rPr>
                <w:lang w:val="ru-RU"/>
              </w:rPr>
              <w:t xml:space="preserve"> </w:t>
            </w:r>
            <w:proofErr w:type="spellStart"/>
            <w:r w:rsidRPr="00023250">
              <w:rPr>
                <w:lang w:val="ru-RU"/>
              </w:rPr>
              <w:t>основі</w:t>
            </w:r>
            <w:proofErr w:type="spellEnd"/>
            <w:r w:rsidRPr="00023250">
              <w:rPr>
                <w:lang w:val="ru-RU"/>
              </w:rPr>
              <w:t>.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Pr>
              <w:jc w:val="center"/>
            </w:pPr>
            <w:r>
              <w:rPr>
                <w:color w:val="A0A0A0"/>
              </w:rPr>
              <w:t>[ _</w:t>
            </w:r>
            <w:r>
              <w:rPr>
                <w:color w:val="A0A0A0"/>
              </w:rPr>
              <w:t>__________________ ]</w:t>
            </w:r>
          </w:p>
        </w:tc>
      </w:tr>
    </w:tbl>
    <w:p w:rsidR="005705D1" w:rsidRPr="00023250" w:rsidRDefault="00023250">
      <w:pPr>
        <w:spacing w:before="200" w:after="80"/>
        <w:rPr>
          <w:lang w:val="ru-RU"/>
        </w:rPr>
      </w:pP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Завдання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6</w:t>
      </w:r>
      <w:r w:rsidR="001E4B1A" w:rsidRPr="00023250">
        <w:rPr>
          <w:rFonts w:ascii="Arial" w:hAnsi="Arial"/>
          <w:b/>
          <w:color w:val="1F4E78"/>
          <w:sz w:val="23"/>
          <w:lang w:val="ru-RU"/>
        </w:rPr>
        <w:t xml:space="preserve">. </w:t>
      </w:r>
      <w:proofErr w:type="spellStart"/>
      <w:r w:rsidR="001E4B1A" w:rsidRPr="00023250">
        <w:rPr>
          <w:rFonts w:ascii="Arial" w:hAnsi="Arial"/>
          <w:b/>
          <w:color w:val="1F4E78"/>
          <w:sz w:val="23"/>
          <w:lang w:val="ru-RU"/>
        </w:rPr>
        <w:t>Класифікація</w:t>
      </w:r>
      <w:proofErr w:type="spellEnd"/>
      <w:r w:rsidR="001E4B1A"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="001E4B1A" w:rsidRPr="00023250">
        <w:rPr>
          <w:rFonts w:ascii="Arial" w:hAnsi="Arial"/>
          <w:b/>
          <w:color w:val="1F4E78"/>
          <w:sz w:val="23"/>
          <w:lang w:val="ru-RU"/>
        </w:rPr>
        <w:t>інструментів</w:t>
      </w:r>
      <w:proofErr w:type="spellEnd"/>
      <w:r w:rsidR="001E4B1A"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="001E4B1A" w:rsidRPr="00023250">
        <w:rPr>
          <w:rFonts w:ascii="Arial" w:hAnsi="Arial"/>
          <w:b/>
          <w:color w:val="1F4E78"/>
          <w:sz w:val="23"/>
          <w:lang w:val="ru-RU"/>
        </w:rPr>
        <w:t>фінансового</w:t>
      </w:r>
      <w:proofErr w:type="spellEnd"/>
      <w:r w:rsidR="001E4B1A"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="001E4B1A" w:rsidRPr="00023250">
        <w:rPr>
          <w:rFonts w:ascii="Arial" w:hAnsi="Arial"/>
          <w:b/>
          <w:color w:val="1F4E78"/>
          <w:sz w:val="23"/>
          <w:lang w:val="ru-RU"/>
        </w:rPr>
        <w:t>регулювання</w:t>
      </w:r>
      <w:proofErr w:type="spellEnd"/>
    </w:p>
    <w:p w:rsidR="005705D1" w:rsidRPr="00023250" w:rsidRDefault="001E4B1A">
      <w:pPr>
        <w:spacing w:after="40"/>
        <w:rPr>
          <w:lang w:val="ru-RU"/>
        </w:rPr>
      </w:pPr>
      <w:proofErr w:type="spellStart"/>
      <w:r w:rsidRPr="00023250">
        <w:rPr>
          <w:lang w:val="ru-RU"/>
        </w:rPr>
        <w:t>Розподіліть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наведені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інструменти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регулювання</w:t>
      </w:r>
      <w:proofErr w:type="spellEnd"/>
      <w:r w:rsidRPr="00023250">
        <w:rPr>
          <w:lang w:val="ru-RU"/>
        </w:rPr>
        <w:t xml:space="preserve"> на </w:t>
      </w:r>
      <w:proofErr w:type="spellStart"/>
      <w:r w:rsidRPr="00023250">
        <w:rPr>
          <w:lang w:val="ru-RU"/>
        </w:rPr>
        <w:t>елементи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первинного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впливу</w:t>
      </w:r>
      <w:proofErr w:type="spellEnd"/>
      <w:r w:rsidRPr="00023250">
        <w:rPr>
          <w:lang w:val="ru-RU"/>
        </w:rPr>
        <w:t xml:space="preserve"> (</w:t>
      </w:r>
      <w:proofErr w:type="spellStart"/>
      <w:r w:rsidRPr="00023250">
        <w:rPr>
          <w:lang w:val="ru-RU"/>
        </w:rPr>
        <w:t>вилучення</w:t>
      </w:r>
      <w:proofErr w:type="spellEnd"/>
      <w:r w:rsidRPr="00023250">
        <w:rPr>
          <w:lang w:val="ru-RU"/>
        </w:rPr>
        <w:t xml:space="preserve">) та </w:t>
      </w:r>
      <w:proofErr w:type="spellStart"/>
      <w:r w:rsidRPr="00023250">
        <w:rPr>
          <w:lang w:val="ru-RU"/>
        </w:rPr>
        <w:t>вторинного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впливу</w:t>
      </w:r>
      <w:proofErr w:type="spellEnd"/>
      <w:r w:rsidRPr="00023250">
        <w:rPr>
          <w:lang w:val="ru-RU"/>
        </w:rPr>
        <w:t xml:space="preserve"> (</w:t>
      </w:r>
      <w:proofErr w:type="spellStart"/>
      <w:r w:rsidRPr="00023250">
        <w:rPr>
          <w:lang w:val="ru-RU"/>
        </w:rPr>
        <w:t>збільшення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доходів</w:t>
      </w:r>
      <w:proofErr w:type="spellEnd"/>
      <w:r w:rsidRPr="00023250">
        <w:rPr>
          <w:lang w:val="ru-RU"/>
        </w:rPr>
        <w:t>):</w:t>
      </w:r>
    </w:p>
    <w:p w:rsidR="005705D1" w:rsidRDefault="001E4B1A">
      <w:pPr>
        <w:spacing w:after="80"/>
      </w:pPr>
      <w:proofErr w:type="spellStart"/>
      <w:r w:rsidRPr="00023250">
        <w:rPr>
          <w:b/>
          <w:lang w:val="ru-RU"/>
        </w:rPr>
        <w:t>Перелік</w:t>
      </w:r>
      <w:proofErr w:type="spellEnd"/>
      <w:r w:rsidRPr="00023250">
        <w:rPr>
          <w:b/>
          <w:lang w:val="ru-RU"/>
        </w:rPr>
        <w:t xml:space="preserve"> </w:t>
      </w:r>
      <w:proofErr w:type="spellStart"/>
      <w:r w:rsidRPr="00023250">
        <w:rPr>
          <w:b/>
          <w:lang w:val="ru-RU"/>
        </w:rPr>
        <w:t>інструментів</w:t>
      </w:r>
      <w:proofErr w:type="spellEnd"/>
      <w:r w:rsidRPr="00023250">
        <w:rPr>
          <w:b/>
          <w:lang w:val="ru-RU"/>
        </w:rPr>
        <w:t xml:space="preserve">: </w:t>
      </w:r>
      <w:r w:rsidRPr="00023250">
        <w:rPr>
          <w:lang w:val="ru-RU"/>
        </w:rPr>
        <w:t xml:space="preserve">1. </w:t>
      </w:r>
      <w:proofErr w:type="spellStart"/>
      <w:r w:rsidRPr="00023250">
        <w:rPr>
          <w:lang w:val="ru-RU"/>
        </w:rPr>
        <w:t>Податок</w:t>
      </w:r>
      <w:proofErr w:type="spellEnd"/>
      <w:r w:rsidRPr="00023250">
        <w:rPr>
          <w:lang w:val="ru-RU"/>
        </w:rPr>
        <w:t xml:space="preserve"> на </w:t>
      </w:r>
      <w:proofErr w:type="spellStart"/>
      <w:r w:rsidRPr="00023250">
        <w:rPr>
          <w:lang w:val="ru-RU"/>
        </w:rPr>
        <w:t>додану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вартість</w:t>
      </w:r>
      <w:proofErr w:type="spellEnd"/>
      <w:r w:rsidRPr="00023250">
        <w:rPr>
          <w:lang w:val="ru-RU"/>
        </w:rPr>
        <w:t xml:space="preserve"> (ПДВ); 2. </w:t>
      </w:r>
      <w:proofErr w:type="spellStart"/>
      <w:r w:rsidRPr="00023250">
        <w:rPr>
          <w:lang w:val="ru-RU"/>
        </w:rPr>
        <w:t>Бюджетна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субсидія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підприємству</w:t>
      </w:r>
      <w:proofErr w:type="spellEnd"/>
      <w:r w:rsidRPr="00023250">
        <w:rPr>
          <w:lang w:val="ru-RU"/>
        </w:rPr>
        <w:t xml:space="preserve">; 3. </w:t>
      </w:r>
      <w:proofErr w:type="spellStart"/>
      <w:r w:rsidRPr="00023250">
        <w:rPr>
          <w:lang w:val="ru-RU"/>
        </w:rPr>
        <w:t>Обов'язкові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соціальні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відрахування</w:t>
      </w:r>
      <w:proofErr w:type="spellEnd"/>
      <w:r w:rsidRPr="00023250">
        <w:rPr>
          <w:lang w:val="ru-RU"/>
        </w:rPr>
        <w:t xml:space="preserve">; 4. </w:t>
      </w:r>
      <w:proofErr w:type="spellStart"/>
      <w:r>
        <w:t>Пільгова</w:t>
      </w:r>
      <w:proofErr w:type="spellEnd"/>
      <w:r>
        <w:t xml:space="preserve"> </w:t>
      </w:r>
      <w:proofErr w:type="spellStart"/>
      <w:r>
        <w:t>банківська</w:t>
      </w:r>
      <w:proofErr w:type="spellEnd"/>
      <w:r>
        <w:t xml:space="preserve"> </w:t>
      </w:r>
      <w:proofErr w:type="spellStart"/>
      <w:r>
        <w:t>позичка</w:t>
      </w:r>
      <w:proofErr w:type="spellEnd"/>
      <w:r>
        <w:t>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5705D1" w:rsidRPr="00023250">
        <w:tc>
          <w:tcPr>
            <w:tcW w:w="4896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jc w:val="center"/>
              <w:rPr>
                <w:lang w:val="ru-RU"/>
              </w:rPr>
            </w:pP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Елементи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первинного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впливу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(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вилучення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доходів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>)</w:t>
            </w:r>
          </w:p>
        </w:tc>
        <w:tc>
          <w:tcPr>
            <w:tcW w:w="4896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jc w:val="center"/>
              <w:rPr>
                <w:lang w:val="ru-RU"/>
              </w:rPr>
            </w:pP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Елементи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вторинного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впливу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(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збільшення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доходів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>)</w:t>
            </w:r>
          </w:p>
        </w:tc>
      </w:tr>
      <w:tr w:rsidR="005705D1">
        <w:tc>
          <w:tcPr>
            <w:tcW w:w="4896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5705D1" w:rsidRDefault="001E4B1A">
            <w:proofErr w:type="spellStart"/>
            <w:r>
              <w:rPr>
                <w:color w:val="8C8C8C"/>
              </w:rPr>
              <w:t>Номери</w:t>
            </w:r>
            <w:proofErr w:type="spellEnd"/>
            <w:r>
              <w:rPr>
                <w:color w:val="8C8C8C"/>
              </w:rPr>
              <w:t xml:space="preserve"> </w:t>
            </w:r>
            <w:proofErr w:type="spellStart"/>
            <w:r>
              <w:rPr>
                <w:color w:val="8C8C8C"/>
              </w:rPr>
              <w:t>інструментів</w:t>
            </w:r>
            <w:proofErr w:type="spellEnd"/>
            <w:r>
              <w:rPr>
                <w:color w:val="8C8C8C"/>
              </w:rPr>
              <w:t>:</w:t>
            </w:r>
            <w:r>
              <w:rPr>
                <w:color w:val="8C8C8C"/>
              </w:rPr>
              <w:br/>
              <w:t xml:space="preserve">[ </w:t>
            </w:r>
            <w:r>
              <w:rPr>
                <w:color w:val="8C8C8C"/>
              </w:rPr>
              <w:t>____________________ ]</w:t>
            </w:r>
          </w:p>
        </w:tc>
        <w:tc>
          <w:tcPr>
            <w:tcW w:w="4896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5705D1" w:rsidRDefault="001E4B1A">
            <w:r>
              <w:rPr>
                <w:color w:val="8C8C8C"/>
              </w:rPr>
              <w:t>Номери інструментів:</w:t>
            </w:r>
            <w:r>
              <w:rPr>
                <w:color w:val="8C8C8C"/>
              </w:rPr>
              <w:br/>
              <w:t>[ ____________________ ]</w:t>
            </w:r>
          </w:p>
        </w:tc>
      </w:tr>
    </w:tbl>
    <w:p w:rsidR="005705D1" w:rsidRDefault="001E4B1A">
      <w:pPr>
        <w:spacing w:before="200" w:after="80"/>
      </w:pPr>
      <w:r>
        <w:rPr>
          <w:rFonts w:ascii="Arial" w:hAnsi="Arial"/>
          <w:b/>
          <w:color w:val="1F4E78"/>
          <w:sz w:val="23"/>
        </w:rPr>
        <w:t>Завдання 9. Оцінка фінансових індикаторів</w:t>
      </w:r>
    </w:p>
    <w:p w:rsidR="005705D1" w:rsidRPr="00023250" w:rsidRDefault="00023250">
      <w:pPr>
        <w:spacing w:before="120" w:after="60"/>
        <w:rPr>
          <w:lang w:val="ru-RU"/>
        </w:rPr>
      </w:pPr>
      <w:proofErr w:type="spellStart"/>
      <w:r>
        <w:rPr>
          <w:b/>
          <w:lang w:val="ru-RU"/>
        </w:rPr>
        <w:lastRenderedPageBreak/>
        <w:t>Запитання</w:t>
      </w:r>
      <w:proofErr w:type="spellEnd"/>
      <w:r>
        <w:rPr>
          <w:b/>
          <w:lang w:val="ru-RU"/>
        </w:rPr>
        <w:t xml:space="preserve"> 1</w:t>
      </w:r>
      <w:r w:rsidR="001E4B1A" w:rsidRPr="00023250">
        <w:rPr>
          <w:b/>
          <w:lang w:val="ru-RU"/>
        </w:rPr>
        <w:t xml:space="preserve">. </w:t>
      </w:r>
      <w:proofErr w:type="spellStart"/>
      <w:r w:rsidR="001E4B1A" w:rsidRPr="00023250">
        <w:rPr>
          <w:lang w:val="ru-RU"/>
        </w:rPr>
        <w:t>Наведіть</w:t>
      </w:r>
      <w:proofErr w:type="spellEnd"/>
      <w:r w:rsidR="001E4B1A" w:rsidRPr="00023250">
        <w:rPr>
          <w:lang w:val="ru-RU"/>
        </w:rPr>
        <w:t xml:space="preserve"> по одному прикладу </w:t>
      </w:r>
      <w:proofErr w:type="spellStart"/>
      <w:r w:rsidR="001E4B1A" w:rsidRPr="00023250">
        <w:rPr>
          <w:lang w:val="ru-RU"/>
        </w:rPr>
        <w:t>фінансового</w:t>
      </w:r>
      <w:proofErr w:type="spellEnd"/>
      <w:r w:rsidR="001E4B1A" w:rsidRPr="00023250">
        <w:rPr>
          <w:lang w:val="ru-RU"/>
        </w:rPr>
        <w:t xml:space="preserve"> </w:t>
      </w:r>
      <w:proofErr w:type="spellStart"/>
      <w:r w:rsidR="001E4B1A" w:rsidRPr="00023250">
        <w:rPr>
          <w:lang w:val="ru-RU"/>
        </w:rPr>
        <w:t>показника</w:t>
      </w:r>
      <w:proofErr w:type="spellEnd"/>
      <w:r w:rsidR="001E4B1A" w:rsidRPr="00023250">
        <w:rPr>
          <w:lang w:val="ru-RU"/>
        </w:rPr>
        <w:t xml:space="preserve"> (</w:t>
      </w:r>
      <w:proofErr w:type="spellStart"/>
      <w:r w:rsidR="001E4B1A" w:rsidRPr="00023250">
        <w:rPr>
          <w:lang w:val="ru-RU"/>
        </w:rPr>
        <w:t>кількісна</w:t>
      </w:r>
      <w:proofErr w:type="spellEnd"/>
      <w:r w:rsidR="001E4B1A" w:rsidRPr="00023250">
        <w:rPr>
          <w:lang w:val="ru-RU"/>
        </w:rPr>
        <w:t xml:space="preserve"> характеристика) та </w:t>
      </w:r>
      <w:proofErr w:type="spellStart"/>
      <w:r w:rsidR="001E4B1A" w:rsidRPr="00023250">
        <w:rPr>
          <w:lang w:val="ru-RU"/>
        </w:rPr>
        <w:t>фінансового</w:t>
      </w:r>
      <w:proofErr w:type="spellEnd"/>
      <w:r w:rsidR="001E4B1A" w:rsidRPr="00023250">
        <w:rPr>
          <w:lang w:val="ru-RU"/>
        </w:rPr>
        <w:t xml:space="preserve"> </w:t>
      </w:r>
      <w:proofErr w:type="spellStart"/>
      <w:r w:rsidR="001E4B1A" w:rsidRPr="00023250">
        <w:rPr>
          <w:lang w:val="ru-RU"/>
        </w:rPr>
        <w:t>коефіцієнта</w:t>
      </w:r>
      <w:proofErr w:type="spellEnd"/>
      <w:r w:rsidR="001E4B1A" w:rsidRPr="00023250">
        <w:rPr>
          <w:lang w:val="ru-RU"/>
        </w:rPr>
        <w:t xml:space="preserve"> (</w:t>
      </w:r>
      <w:proofErr w:type="spellStart"/>
      <w:r w:rsidR="001E4B1A" w:rsidRPr="00023250">
        <w:rPr>
          <w:lang w:val="ru-RU"/>
        </w:rPr>
        <w:t>відносна</w:t>
      </w:r>
      <w:proofErr w:type="spellEnd"/>
      <w:r w:rsidR="001E4B1A" w:rsidRPr="00023250">
        <w:rPr>
          <w:lang w:val="ru-RU"/>
        </w:rPr>
        <w:t xml:space="preserve"> </w:t>
      </w:r>
      <w:proofErr w:type="spellStart"/>
      <w:r w:rsidR="001E4B1A" w:rsidRPr="00023250">
        <w:rPr>
          <w:lang w:val="ru-RU"/>
        </w:rPr>
        <w:t>оцінка</w:t>
      </w:r>
      <w:proofErr w:type="spellEnd"/>
      <w:r w:rsidR="001E4B1A" w:rsidRPr="00023250">
        <w:rPr>
          <w:lang w:val="ru-RU"/>
        </w:rPr>
        <w:t>):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5705D1"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proofErr w:type="spellStart"/>
            <w:r>
              <w:rPr>
                <w:b/>
              </w:rPr>
              <w:t>Приклад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фінансового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показника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1E4B1A">
            <w:r>
              <w:rPr>
                <w:b/>
              </w:rPr>
              <w:t>Приклад фінансового коефіцієнта:</w:t>
            </w:r>
          </w:p>
        </w:tc>
      </w:tr>
      <w:tr w:rsidR="005705D1"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5705D1"/>
        </w:tc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Default="005705D1"/>
        </w:tc>
      </w:tr>
    </w:tbl>
    <w:p w:rsidR="005705D1" w:rsidRDefault="005705D1"/>
    <w:p w:rsidR="005705D1" w:rsidRPr="00023250" w:rsidRDefault="001E4B1A">
      <w:pPr>
        <w:spacing w:before="200" w:after="80"/>
        <w:rPr>
          <w:lang w:val="ru-RU"/>
        </w:rPr>
      </w:pP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Завдання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10.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Формування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фінансової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політики</w:t>
      </w:r>
      <w:proofErr w:type="spellEnd"/>
      <w:r w:rsidRPr="00023250">
        <w:rPr>
          <w:rFonts w:ascii="Arial" w:hAnsi="Arial"/>
          <w:b/>
          <w:color w:val="1F4E78"/>
          <w:sz w:val="23"/>
          <w:lang w:val="ru-RU"/>
        </w:rPr>
        <w:t xml:space="preserve"> </w:t>
      </w:r>
      <w:proofErr w:type="spellStart"/>
      <w:r w:rsidRPr="00023250">
        <w:rPr>
          <w:rFonts w:ascii="Arial" w:hAnsi="Arial"/>
          <w:b/>
          <w:color w:val="1F4E78"/>
          <w:sz w:val="23"/>
          <w:lang w:val="ru-RU"/>
        </w:rPr>
        <w:t>підприємства</w:t>
      </w:r>
      <w:proofErr w:type="spellEnd"/>
    </w:p>
    <w:p w:rsidR="005705D1" w:rsidRPr="00023250" w:rsidRDefault="001E4B1A">
      <w:pPr>
        <w:spacing w:after="60"/>
        <w:rPr>
          <w:lang w:val="ru-RU"/>
        </w:rPr>
      </w:pPr>
      <w:r w:rsidRPr="00023250">
        <w:rPr>
          <w:lang w:val="ru-RU"/>
        </w:rPr>
        <w:t xml:space="preserve">10.1. </w:t>
      </w:r>
      <w:proofErr w:type="spellStart"/>
      <w:r w:rsidRPr="00023250">
        <w:rPr>
          <w:lang w:val="ru-RU"/>
        </w:rPr>
        <w:t>Розподіліть</w:t>
      </w:r>
      <w:proofErr w:type="spellEnd"/>
      <w:r w:rsidRPr="00023250">
        <w:rPr>
          <w:lang w:val="ru-RU"/>
        </w:rPr>
        <w:t xml:space="preserve"> напрямки </w:t>
      </w:r>
      <w:proofErr w:type="spellStart"/>
      <w:r w:rsidRPr="00023250">
        <w:rPr>
          <w:lang w:val="ru-RU"/>
        </w:rPr>
        <w:t>фінансової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політики</w:t>
      </w:r>
      <w:proofErr w:type="spellEnd"/>
      <w:r w:rsidRPr="00023250">
        <w:rPr>
          <w:lang w:val="ru-RU"/>
        </w:rPr>
        <w:t xml:space="preserve"> </w:t>
      </w:r>
      <w:proofErr w:type="spellStart"/>
      <w:r w:rsidRPr="00023250">
        <w:rPr>
          <w:lang w:val="ru-RU"/>
        </w:rPr>
        <w:t>підприємства</w:t>
      </w:r>
      <w:proofErr w:type="spellEnd"/>
      <w:r w:rsidRPr="00023250">
        <w:rPr>
          <w:lang w:val="ru-RU"/>
        </w:rPr>
        <w:t xml:space="preserve"> за </w:t>
      </w:r>
      <w:proofErr w:type="spellStart"/>
      <w:r w:rsidRPr="00023250">
        <w:rPr>
          <w:lang w:val="ru-RU"/>
        </w:rPr>
        <w:t>ві</w:t>
      </w:r>
      <w:r w:rsidRPr="00023250">
        <w:rPr>
          <w:lang w:val="ru-RU"/>
        </w:rPr>
        <w:t>дповідними</w:t>
      </w:r>
      <w:proofErr w:type="spellEnd"/>
      <w:r w:rsidRPr="00023250">
        <w:rPr>
          <w:lang w:val="ru-RU"/>
        </w:rPr>
        <w:t xml:space="preserve"> блоками: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5705D1" w:rsidRPr="00023250">
        <w:tc>
          <w:tcPr>
            <w:tcW w:w="4896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jc w:val="center"/>
              <w:rPr>
                <w:lang w:val="ru-RU"/>
              </w:rPr>
            </w:pPr>
            <w:r w:rsidRPr="00023250">
              <w:rPr>
                <w:b/>
                <w:color w:val="FFFFFF"/>
                <w:sz w:val="17"/>
                <w:lang w:val="ru-RU"/>
              </w:rPr>
              <w:t xml:space="preserve">Блок А.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Політика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управління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капіталом</w:t>
            </w:r>
            <w:proofErr w:type="spellEnd"/>
          </w:p>
        </w:tc>
        <w:tc>
          <w:tcPr>
            <w:tcW w:w="4896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1E4B1A">
            <w:pPr>
              <w:jc w:val="center"/>
              <w:rPr>
                <w:lang w:val="ru-RU"/>
              </w:rPr>
            </w:pPr>
            <w:r w:rsidRPr="00023250">
              <w:rPr>
                <w:b/>
                <w:color w:val="FFFFFF"/>
                <w:sz w:val="17"/>
                <w:lang w:val="ru-RU"/>
              </w:rPr>
              <w:t xml:space="preserve">Блок Б.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Політика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</w:t>
            </w:r>
            <w:proofErr w:type="spellStart"/>
            <w:r w:rsidRPr="00023250">
              <w:rPr>
                <w:b/>
                <w:color w:val="FFFFFF"/>
                <w:sz w:val="17"/>
                <w:lang w:val="ru-RU"/>
              </w:rPr>
              <w:t>управління</w:t>
            </w:r>
            <w:proofErr w:type="spellEnd"/>
            <w:r w:rsidRPr="00023250">
              <w:rPr>
                <w:b/>
                <w:color w:val="FFFFFF"/>
                <w:sz w:val="17"/>
                <w:lang w:val="ru-RU"/>
              </w:rPr>
              <w:t xml:space="preserve"> активами</w:t>
            </w:r>
          </w:p>
        </w:tc>
      </w:tr>
      <w:tr w:rsidR="005705D1" w:rsidRPr="00023250" w:rsidTr="00023250">
        <w:trPr>
          <w:trHeight w:val="5438"/>
        </w:trPr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5705D1">
            <w:pPr>
              <w:rPr>
                <w:lang w:val="ru-RU"/>
              </w:rPr>
            </w:pPr>
          </w:p>
        </w:tc>
        <w:tc>
          <w:tcPr>
            <w:tcW w:w="48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05D1" w:rsidRPr="00023250" w:rsidRDefault="005705D1">
            <w:pPr>
              <w:rPr>
                <w:lang w:val="ru-RU"/>
              </w:rPr>
            </w:pPr>
          </w:p>
        </w:tc>
      </w:tr>
    </w:tbl>
    <w:p w:rsidR="001E4B1A" w:rsidRPr="00023250" w:rsidRDefault="001E4B1A" w:rsidP="00023250">
      <w:pPr>
        <w:spacing w:before="160" w:after="60"/>
        <w:rPr>
          <w:lang w:val="ru-RU"/>
        </w:rPr>
      </w:pPr>
    </w:p>
    <w:sectPr w:rsidR="001E4B1A" w:rsidRPr="00023250" w:rsidSect="00034616">
      <w:headerReference w:type="default" r:id="rId8"/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B1A" w:rsidRDefault="001E4B1A">
      <w:pPr>
        <w:spacing w:after="0" w:line="240" w:lineRule="auto"/>
      </w:pPr>
      <w:r>
        <w:separator/>
      </w:r>
    </w:p>
  </w:endnote>
  <w:endnote w:type="continuationSeparator" w:id="0">
    <w:p w:rsidR="001E4B1A" w:rsidRDefault="001E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5D1" w:rsidRDefault="001E4B1A">
    <w:pPr>
      <w:pStyle w:val="a7"/>
      <w:jc w:val="center"/>
    </w:pPr>
    <w:r>
      <w:rPr>
        <w:rFonts w:ascii="Arial" w:hAnsi="Arial"/>
        <w:color w:val="787878"/>
        <w:sz w:val="17"/>
      </w:rPr>
      <w:t>Робочий зошит студента — Фінансова політика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B1A" w:rsidRDefault="001E4B1A">
      <w:pPr>
        <w:spacing w:after="0" w:line="240" w:lineRule="auto"/>
      </w:pPr>
      <w:r>
        <w:separator/>
      </w:r>
    </w:p>
  </w:footnote>
  <w:footnote w:type="continuationSeparator" w:id="0">
    <w:p w:rsidR="001E4B1A" w:rsidRDefault="001E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81" w:rsidRPr="007A0981" w:rsidRDefault="001E4B1A" w:rsidP="007A0981">
    <w:pPr>
      <w:pStyle w:val="a5"/>
      <w:jc w:val="right"/>
      <w:rPr>
        <w:rFonts w:ascii="Arial" w:hAnsi="Arial"/>
        <w:color w:val="787878"/>
        <w:sz w:val="17"/>
        <w:lang w:val="ru-RU"/>
      </w:rPr>
    </w:pPr>
    <w:proofErr w:type="spellStart"/>
    <w:r w:rsidRPr="00023250">
      <w:rPr>
        <w:rFonts w:ascii="Arial" w:hAnsi="Arial"/>
        <w:color w:val="787878"/>
        <w:sz w:val="17"/>
        <w:lang w:val="ru-RU"/>
      </w:rPr>
      <w:t>Практичні</w:t>
    </w:r>
    <w:proofErr w:type="spellEnd"/>
    <w:r w:rsidRPr="00023250">
      <w:rPr>
        <w:rFonts w:ascii="Arial" w:hAnsi="Arial"/>
        <w:color w:val="787878"/>
        <w:sz w:val="17"/>
        <w:lang w:val="ru-RU"/>
      </w:rPr>
      <w:t xml:space="preserve"> </w:t>
    </w:r>
    <w:proofErr w:type="spellStart"/>
    <w:r w:rsidRPr="00023250">
      <w:rPr>
        <w:rFonts w:ascii="Arial" w:hAnsi="Arial"/>
        <w:color w:val="787878"/>
        <w:sz w:val="17"/>
        <w:lang w:val="ru-RU"/>
      </w:rPr>
      <w:t>завдання</w:t>
    </w:r>
    <w:proofErr w:type="spellEnd"/>
    <w:r w:rsidRPr="00023250">
      <w:rPr>
        <w:rFonts w:ascii="Arial" w:hAnsi="Arial"/>
        <w:color w:val="787878"/>
        <w:sz w:val="17"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3250"/>
    <w:rsid w:val="00034616"/>
    <w:rsid w:val="0006063C"/>
    <w:rsid w:val="0015074B"/>
    <w:rsid w:val="001E4B1A"/>
    <w:rsid w:val="0029639D"/>
    <w:rsid w:val="00326F90"/>
    <w:rsid w:val="005705D1"/>
    <w:rsid w:val="007A098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6CC1447-E9F6-4271-9833-2D85E569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EA0555-686B-4E4F-99C0-17F63C49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Оксана</cp:lastModifiedBy>
  <cp:revision>3</cp:revision>
  <dcterms:created xsi:type="dcterms:W3CDTF">2013-12-23T23:15:00Z</dcterms:created>
  <dcterms:modified xsi:type="dcterms:W3CDTF">2026-10-07T19:50:00Z</dcterms:modified>
  <cp:category/>
</cp:coreProperties>
</file>