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F849F" w14:textId="1A6740D8" w:rsidR="007B4766" w:rsidRDefault="003B112D">
      <w:pPr>
        <w:jc w:val="center"/>
      </w:pPr>
      <w:r w:rsidRPr="003B112D">
        <w:rPr>
          <w:rFonts w:ascii="Arial" w:hAnsi="Arial"/>
          <w:b/>
          <w:color w:val="646464"/>
          <w:sz w:val="20"/>
        </w:rPr>
        <w:t>Державний університет "Житомирська політехніка"</w:t>
      </w:r>
      <w:r w:rsidR="00000000">
        <w:rPr>
          <w:rFonts w:ascii="Arial" w:hAnsi="Arial"/>
          <w:b/>
          <w:color w:val="646464"/>
          <w:sz w:val="20"/>
        </w:rPr>
        <w:br/>
        <w:t>Кафедра комп'ютерних наук та інженерії</w:t>
      </w:r>
      <w:r w:rsidR="00000000">
        <w:rPr>
          <w:rFonts w:ascii="Arial" w:hAnsi="Arial"/>
          <w:b/>
          <w:color w:val="646464"/>
          <w:sz w:val="20"/>
        </w:rPr>
        <w:br/>
      </w:r>
      <w:r w:rsidR="00000000">
        <w:rPr>
          <w:rFonts w:ascii="Arial" w:hAnsi="Arial"/>
          <w:b/>
          <w:color w:val="646464"/>
          <w:sz w:val="20"/>
        </w:rPr>
        <w:br/>
      </w:r>
      <w:r w:rsidR="00000000">
        <w:rPr>
          <w:rFonts w:ascii="Arial" w:hAnsi="Arial"/>
          <w:b/>
          <w:color w:val="003366"/>
          <w:sz w:val="36"/>
        </w:rPr>
        <w:t>МЕТОДИЧНІ ВКАЗІВКИ ТА ЗАВДАННЯ</w:t>
      </w:r>
      <w:r w:rsidR="00000000">
        <w:rPr>
          <w:rFonts w:ascii="Arial" w:hAnsi="Arial"/>
          <w:b/>
          <w:color w:val="003366"/>
          <w:sz w:val="36"/>
        </w:rPr>
        <w:br/>
        <w:t>ДО ЛАБОРАТОРНОЇ РОБОТИ №4</w:t>
      </w:r>
      <w:r w:rsidR="00000000">
        <w:rPr>
          <w:rFonts w:ascii="Arial" w:hAnsi="Arial"/>
          <w:b/>
          <w:color w:val="003366"/>
          <w:sz w:val="36"/>
        </w:rPr>
        <w:br/>
      </w:r>
      <w:r w:rsidR="00000000">
        <w:rPr>
          <w:rFonts w:ascii="Arial" w:hAnsi="Arial"/>
          <w:i/>
          <w:color w:val="006699"/>
          <w:sz w:val="24"/>
        </w:rPr>
        <w:t>з дисципліни «Штучний інтелект в задачах комп’ютерної інженерії»</w:t>
      </w:r>
      <w:r w:rsidR="00000000">
        <w:rPr>
          <w:rFonts w:ascii="Arial" w:hAnsi="Arial"/>
          <w:i/>
          <w:color w:val="006699"/>
          <w:sz w:val="24"/>
        </w:rPr>
        <w:br/>
      </w:r>
    </w:p>
    <w:p w14:paraId="68EF7730" w14:textId="77777777" w:rsidR="007B4766" w:rsidRDefault="00000000">
      <w:pPr>
        <w:spacing w:before="120" w:after="360"/>
        <w:jc w:val="center"/>
      </w:pPr>
      <w:r>
        <w:rPr>
          <w:rFonts w:ascii="Arial" w:hAnsi="Arial"/>
          <w:b/>
          <w:sz w:val="26"/>
        </w:rPr>
        <w:t>Тема: «Класичні алгоритми машинного навчання та регресійний/класифікаційний аналіз інженерних даних на мові Python (Python 3.10+)»</w:t>
      </w:r>
    </w:p>
    <w:p w14:paraId="45BC6BD1" w14:textId="77777777" w:rsidR="007B4766" w:rsidRDefault="00000000">
      <w:pPr>
        <w:keepNext/>
        <w:spacing w:before="320" w:after="120"/>
      </w:pPr>
      <w:r>
        <w:rPr>
          <w:rFonts w:ascii="Arial" w:hAnsi="Arial"/>
          <w:b/>
          <w:color w:val="003366"/>
          <w:sz w:val="32"/>
        </w:rPr>
        <w:t>1. МЕТА РОБОТИ ТА ТЕОРЕТИЧНІ ВІДОМОСТІ</w:t>
      </w:r>
    </w:p>
    <w:p w14:paraId="688102AC" w14:textId="77777777" w:rsidR="007B4766" w:rsidRDefault="00000000">
      <w:r>
        <w:rPr>
          <w:b/>
        </w:rPr>
        <w:t xml:space="preserve">Мета роботи: </w:t>
      </w:r>
      <w:r>
        <w:t>Засвоїти практичні навички формалізації інженерних задач у вигляді задач класичного машинного навчання (Supervised Learning), розробити та реалізувати пайплайни предобработки даних, навчання та порівняльного аналізу моделей регресії та класифікації (Random Forest, Gradient Boosting, SVM, Logistic Regression) на мові Python (версії 3.10+).</w:t>
      </w:r>
    </w:p>
    <w:p w14:paraId="385060D8" w14:textId="77777777" w:rsidR="007B4766" w:rsidRDefault="00000000">
      <w:pPr>
        <w:keepNext/>
        <w:spacing w:before="240" w:after="80"/>
      </w:pPr>
      <w:r>
        <w:rPr>
          <w:rFonts w:ascii="Arial" w:hAnsi="Arial"/>
          <w:b/>
          <w:color w:val="006699"/>
          <w:sz w:val="26"/>
        </w:rPr>
        <w:t>1.1. Основні поняття класичного машинного навчання</w:t>
      </w:r>
    </w:p>
    <w:p w14:paraId="7EA00892" w14:textId="77777777" w:rsidR="007B4766" w:rsidRDefault="00000000">
      <w:r>
        <w:rPr>
          <w:b/>
        </w:rPr>
        <w:t>1. Задачі регресії (Regression Analysis):</w:t>
      </w:r>
      <w:r>
        <w:rPr>
          <w:b/>
        </w:rPr>
        <w:br/>
      </w:r>
      <w:r>
        <w:t>Прогнозування неперервної числової величини y ∈ ℝ. Метрики оцінки: Mean Absolute Error (MAE), Root Mean Squared Error (RMSE), Коефіцієнт детермінації (R² Score).</w:t>
      </w:r>
      <w:r>
        <w:br/>
      </w:r>
      <w:r>
        <w:rPr>
          <w:b/>
        </w:rPr>
        <w:t>2. Задачі класифікації (Classification Analysis):</w:t>
      </w:r>
      <w:r>
        <w:rPr>
          <w:b/>
        </w:rPr>
        <w:br/>
      </w:r>
      <w:r>
        <w:t>Віднесення об'єкта до одного з K дискретних класів. Метрики оцінки: Accuracy, Precision, Recall, F1-Score, ROC-AUC.</w:t>
      </w:r>
      <w:r>
        <w:br/>
      </w:r>
      <w:r>
        <w:rPr>
          <w:b/>
        </w:rPr>
        <w:t>3. Ансамблеві методи (Ensemble Methods):</w:t>
      </w:r>
      <w:r>
        <w:rPr>
          <w:b/>
        </w:rPr>
        <w:br/>
      </w:r>
      <w:r>
        <w:rPr>
          <w:i/>
        </w:rPr>
        <w:t xml:space="preserve"> • Random Forest (Бэггінг): </w:t>
      </w:r>
      <w:r>
        <w:t>поєднання багатьох незалежних дерев рішень для зменшення дисперсії (Variance).</w:t>
      </w:r>
      <w:r>
        <w:br/>
      </w:r>
      <w:r>
        <w:rPr>
          <w:i/>
        </w:rPr>
        <w:t xml:space="preserve"> • Gradient Boosting (Бустинг): </w:t>
      </w:r>
      <w:r>
        <w:t>послідовне навчання дерев, де кожне наступне дерево виправляє помилки попередніх.</w:t>
      </w:r>
    </w:p>
    <w:p w14:paraId="5C75BB87" w14:textId="77777777" w:rsidR="007B4766" w:rsidRDefault="00000000">
      <w:pPr>
        <w:keepNext/>
        <w:spacing w:before="320" w:after="120"/>
      </w:pPr>
      <w:r>
        <w:rPr>
          <w:rFonts w:ascii="Arial" w:hAnsi="Arial"/>
          <w:b/>
          <w:color w:val="003366"/>
          <w:sz w:val="32"/>
        </w:rPr>
        <w:t>2. ВИМОГИ ДО ВИКОНАННЯ ТА СТРУКТУРИ ПРОЄКТУ PYTHON</w:t>
      </w:r>
    </w:p>
    <w:p w14:paraId="2BA818DD" w14:textId="77777777" w:rsidR="007B4766" w:rsidRDefault="00000000">
      <w:r>
        <w:t>Проєкт будується як модульний додаток Python (версії 3.10+) із використанням бібліотек scikit-learn, pandas, numpy. Використання файлів `.ipynb` заборонено.</w:t>
      </w:r>
      <w:r>
        <w:br/>
      </w:r>
    </w:p>
    <w:p w14:paraId="6ACEA28F" w14:textId="77777777" w:rsidR="007B4766" w:rsidRDefault="00000000">
      <w:r>
        <w:rPr>
          <w:b/>
        </w:rPr>
        <w:t>Структура проєкту Python:</w:t>
      </w:r>
      <w:r>
        <w:rPr>
          <w:b/>
        </w:rPr>
        <w:br/>
      </w:r>
    </w:p>
    <w:tbl>
      <w:tblPr>
        <w:tblW w:w="0" w:type="auto"/>
        <w:jc w:val="center"/>
        <w:tblLook w:val="04A0" w:firstRow="1" w:lastRow="0" w:firstColumn="1" w:lastColumn="0" w:noHBand="0" w:noVBand="1"/>
      </w:tblPr>
      <w:tblGrid>
        <w:gridCol w:w="9648"/>
      </w:tblGrid>
      <w:tr w:rsidR="007B4766" w14:paraId="56F9F266" w14:textId="77777777">
        <w:trPr>
          <w:jc w:val="center"/>
        </w:trPr>
        <w:tc>
          <w:tcPr>
            <w:tcW w:w="9648" w:type="dxa"/>
            <w:tcBorders>
              <w:left w:val="single" w:sz="24" w:space="0" w:color="005580"/>
            </w:tcBorders>
            <w:shd w:val="clear" w:color="auto" w:fill="F4F6F8"/>
            <w:tcMar>
              <w:top w:w="140" w:type="dxa"/>
              <w:left w:w="200" w:type="dxa"/>
              <w:bottom w:w="140" w:type="dxa"/>
              <w:right w:w="200" w:type="dxa"/>
            </w:tcMar>
          </w:tcPr>
          <w:p w14:paraId="143F44B5" w14:textId="77777777" w:rsidR="007B4766" w:rsidRDefault="00000000">
            <w:pPr>
              <w:spacing w:after="0"/>
            </w:pPr>
            <w:r>
              <w:rPr>
                <w:rFonts w:ascii="Consolas" w:hAnsi="Consolas"/>
                <w:color w:val="222222"/>
                <w:sz w:val="19"/>
              </w:rPr>
              <w:lastRenderedPageBreak/>
              <w:t>lab4_classical_ml_python/</w:t>
            </w:r>
          </w:p>
          <w:p w14:paraId="5A3B97DD" w14:textId="77777777" w:rsidR="007B4766" w:rsidRDefault="00000000">
            <w:pPr>
              <w:spacing w:after="0"/>
            </w:pPr>
            <w:r>
              <w:rPr>
                <w:rFonts w:ascii="Consolas" w:hAnsi="Consolas"/>
                <w:color w:val="222222"/>
                <w:sz w:val="19"/>
              </w:rPr>
              <w:t>├── data/</w:t>
            </w:r>
          </w:p>
          <w:p w14:paraId="3B3DD765" w14:textId="77777777" w:rsidR="007B4766" w:rsidRDefault="00000000">
            <w:pPr>
              <w:spacing w:after="0"/>
            </w:pPr>
            <w:r>
              <w:rPr>
                <w:rFonts w:ascii="Consolas" w:hAnsi="Consolas"/>
                <w:color w:val="222222"/>
                <w:sz w:val="19"/>
              </w:rPr>
              <w:t>│   └── telemetry_dataset.csv  # Вхідні інженерні дані</w:t>
            </w:r>
          </w:p>
          <w:p w14:paraId="4E7D1CED" w14:textId="77777777" w:rsidR="007B4766" w:rsidRDefault="00000000">
            <w:pPr>
              <w:spacing w:after="0"/>
            </w:pPr>
            <w:r>
              <w:rPr>
                <w:rFonts w:ascii="Consolas" w:hAnsi="Consolas"/>
                <w:color w:val="222222"/>
                <w:sz w:val="19"/>
              </w:rPr>
              <w:t>├── src/</w:t>
            </w:r>
          </w:p>
          <w:p w14:paraId="30CB84C5" w14:textId="77777777" w:rsidR="007B4766" w:rsidRDefault="00000000">
            <w:pPr>
              <w:spacing w:after="0"/>
            </w:pPr>
            <w:r>
              <w:rPr>
                <w:rFonts w:ascii="Consolas" w:hAnsi="Consolas"/>
                <w:color w:val="222222"/>
                <w:sz w:val="19"/>
              </w:rPr>
              <w:t>│   ├── __init__.py</w:t>
            </w:r>
          </w:p>
          <w:p w14:paraId="0AB136C9" w14:textId="77777777" w:rsidR="007B4766" w:rsidRDefault="00000000">
            <w:pPr>
              <w:spacing w:after="0"/>
            </w:pPr>
            <w:r>
              <w:rPr>
                <w:rFonts w:ascii="Consolas" w:hAnsi="Consolas"/>
                <w:color w:val="222222"/>
                <w:sz w:val="19"/>
              </w:rPr>
              <w:t>│   ├── data_loader.py         # Завантаження та предобработка (Scaling, Encoding)</w:t>
            </w:r>
          </w:p>
          <w:p w14:paraId="4B8F7FDB" w14:textId="77777777" w:rsidR="007B4766" w:rsidRDefault="00000000">
            <w:pPr>
              <w:spacing w:after="0"/>
            </w:pPr>
            <w:r>
              <w:rPr>
                <w:rFonts w:ascii="Consolas" w:hAnsi="Consolas"/>
                <w:color w:val="222222"/>
                <w:sz w:val="19"/>
              </w:rPr>
              <w:t>│   ├── models.py              # Класи навчання Random Forest та Gradient Boosting</w:t>
            </w:r>
          </w:p>
          <w:p w14:paraId="5B28CF4C" w14:textId="77777777" w:rsidR="007B4766" w:rsidRDefault="00000000">
            <w:pPr>
              <w:spacing w:after="0"/>
            </w:pPr>
            <w:r>
              <w:rPr>
                <w:rFonts w:ascii="Consolas" w:hAnsi="Consolas"/>
                <w:color w:val="222222"/>
                <w:sz w:val="19"/>
              </w:rPr>
              <w:t>│   └── metrics.py             # Замір MAE, RMSE, R2 Score, Latency, Memory</w:t>
            </w:r>
          </w:p>
          <w:p w14:paraId="47A56F2D" w14:textId="77777777" w:rsidR="007B4766" w:rsidRDefault="00000000">
            <w:pPr>
              <w:spacing w:after="0"/>
            </w:pPr>
            <w:r>
              <w:rPr>
                <w:rFonts w:ascii="Consolas" w:hAnsi="Consolas"/>
                <w:color w:val="222222"/>
                <w:sz w:val="19"/>
              </w:rPr>
              <w:t>├── main.py                    # Скрипт виклику та порівняння алгоритмів (Варіант 12)</w:t>
            </w:r>
          </w:p>
          <w:p w14:paraId="30A6DFA6" w14:textId="77777777" w:rsidR="007B4766" w:rsidRDefault="00000000">
            <w:pPr>
              <w:spacing w:after="0"/>
            </w:pPr>
            <w:r>
              <w:rPr>
                <w:rFonts w:ascii="Consolas" w:hAnsi="Consolas"/>
                <w:color w:val="222222"/>
                <w:sz w:val="19"/>
              </w:rPr>
              <w:t>├── requirements.txt           # Залежності (scikit-learn, pandas, numpy)</w:t>
            </w:r>
          </w:p>
          <w:p w14:paraId="0CDEB607" w14:textId="77777777" w:rsidR="007B4766" w:rsidRDefault="00000000">
            <w:pPr>
              <w:spacing w:after="0"/>
            </w:pPr>
            <w:r>
              <w:rPr>
                <w:rFonts w:ascii="Consolas" w:hAnsi="Consolas"/>
                <w:color w:val="222222"/>
                <w:sz w:val="19"/>
              </w:rPr>
              <w:t>└── README.md                  # Звіт із графіками помилок та аналізом</w:t>
            </w:r>
          </w:p>
        </w:tc>
      </w:tr>
    </w:tbl>
    <w:p w14:paraId="4DD51450" w14:textId="77777777" w:rsidR="007B4766" w:rsidRDefault="007B4766">
      <w:pPr>
        <w:spacing w:after="120"/>
      </w:pPr>
    </w:p>
    <w:p w14:paraId="02791210" w14:textId="77777777" w:rsidR="007B4766" w:rsidRDefault="00000000">
      <w:pPr>
        <w:keepNext/>
        <w:spacing w:before="320" w:after="120"/>
      </w:pPr>
      <w:r>
        <w:rPr>
          <w:rFonts w:ascii="Arial" w:hAnsi="Arial"/>
          <w:b/>
          <w:color w:val="003366"/>
          <w:sz w:val="32"/>
        </w:rPr>
        <w:t>3. 15 ВАРІАНТІВ ЗАВДАНЬ ДЛЯ САМОСТІЙНОЇ РОБОТИ</w:t>
      </w:r>
    </w:p>
    <w:p w14:paraId="79B6B0D9" w14:textId="77777777" w:rsidR="007B4766" w:rsidRDefault="00000000">
      <w:pPr>
        <w:keepNext/>
        <w:spacing w:before="240" w:after="80"/>
      </w:pPr>
      <w:r>
        <w:rPr>
          <w:rFonts w:ascii="Arial" w:hAnsi="Arial"/>
          <w:b/>
          <w:color w:val="006699"/>
          <w:sz w:val="26"/>
        </w:rPr>
        <w:t>Варіант 1 (CE): Predictive Maintenance кулерів серверної шафи</w:t>
      </w:r>
    </w:p>
    <w:p w14:paraId="70AB6825" w14:textId="77777777" w:rsidR="007B4766" w:rsidRDefault="00000000">
      <w:pPr>
        <w:spacing w:before="40" w:after="80"/>
      </w:pPr>
      <w:r>
        <w:rPr>
          <w:b/>
        </w:rPr>
        <w:t xml:space="preserve">• Вхідні ознаки X: </w:t>
      </w:r>
      <w:r>
        <w:t>Вхідні ознаки X: [RPM, Current_mA, Temp_C, Vibration_Hz, Hours].</w:t>
      </w:r>
      <w:r>
        <w:br/>
      </w:r>
      <w:r>
        <w:rPr>
          <w:b/>
        </w:rPr>
        <w:t xml:space="preserve">• Алгоритми для порівняння: </w:t>
      </w:r>
      <w:r>
        <w:t>Random Forest Regressor vs Gradient Boosting Regressor (XGBoost).</w:t>
      </w:r>
      <w:r>
        <w:br/>
      </w:r>
      <w:r>
        <w:rPr>
          <w:b/>
        </w:rPr>
        <w:t xml:space="preserve">• Цільова змінна Y: </w:t>
      </w:r>
      <w:r>
        <w:t>Цільова змінна Y: Залишковий ресурс кулера RUL (годин) [Регресія].</w:t>
      </w:r>
      <w:r>
        <w:br/>
      </w:r>
      <w:r>
        <w:rPr>
          <w:b/>
        </w:rPr>
        <w:t xml:space="preserve">• Інженерна мета: </w:t>
      </w:r>
      <w:r>
        <w:t>Прогнозувати знос вентилятора для превентивної заміни.</w:t>
      </w:r>
    </w:p>
    <w:p w14:paraId="7AC7592F" w14:textId="77777777" w:rsidR="007B4766" w:rsidRDefault="00000000">
      <w:pPr>
        <w:keepNext/>
        <w:spacing w:before="240" w:after="80"/>
      </w:pPr>
      <w:r>
        <w:rPr>
          <w:rFonts w:ascii="Arial" w:hAnsi="Arial"/>
          <w:b/>
          <w:color w:val="006699"/>
          <w:sz w:val="26"/>
        </w:rPr>
        <w:t>Варіант 2 (CS): Детекція аномалій та атак у мережевому трафіку (NIDS)</w:t>
      </w:r>
    </w:p>
    <w:p w14:paraId="4CB5691E" w14:textId="77777777" w:rsidR="007B4766" w:rsidRDefault="00000000">
      <w:pPr>
        <w:spacing w:before="40" w:after="80"/>
      </w:pPr>
      <w:r>
        <w:rPr>
          <w:b/>
        </w:rPr>
        <w:t xml:space="preserve">• Вхідні ознаки X: </w:t>
      </w:r>
      <w:r>
        <w:t>Вхідні ознаки X: [PacketSize, IAT, TCP_Flags, WindowSize, ActiveSessions].</w:t>
      </w:r>
      <w:r>
        <w:br/>
      </w:r>
      <w:r>
        <w:rPr>
          <w:b/>
        </w:rPr>
        <w:t xml:space="preserve">• Алгоритми для порівняння: </w:t>
      </w:r>
      <w:r>
        <w:t>Logistic Regression vs Random Forest Classifier.</w:t>
      </w:r>
      <w:r>
        <w:br/>
      </w:r>
      <w:r>
        <w:rPr>
          <w:b/>
        </w:rPr>
        <w:t xml:space="preserve">• Цільова змінна Y: </w:t>
      </w:r>
      <w:r>
        <w:t>Цільова змінна Y: 0 — Normal, 1 — Attack (PortScan/DDoS) [Класифікація].</w:t>
      </w:r>
      <w:r>
        <w:br/>
      </w:r>
      <w:r>
        <w:rPr>
          <w:b/>
        </w:rPr>
        <w:t xml:space="preserve">• Інженерна мета: </w:t>
      </w:r>
      <w:r>
        <w:t>Виявляти шкідливий мережевий трафік у реальному часі.</w:t>
      </w:r>
    </w:p>
    <w:p w14:paraId="668E8647" w14:textId="77777777" w:rsidR="007B4766" w:rsidRDefault="00000000">
      <w:pPr>
        <w:keepNext/>
        <w:spacing w:before="240" w:after="80"/>
      </w:pPr>
      <w:r>
        <w:rPr>
          <w:rFonts w:ascii="Arial" w:hAnsi="Arial"/>
          <w:b/>
          <w:color w:val="006699"/>
          <w:sz w:val="26"/>
        </w:rPr>
        <w:t>Варіант 3 (CE): Моніторинг стабільності живлення SoC / FPGA плат</w:t>
      </w:r>
    </w:p>
    <w:p w14:paraId="04C23E98" w14:textId="77777777" w:rsidR="007B4766" w:rsidRDefault="00000000">
      <w:pPr>
        <w:spacing w:before="40" w:after="80"/>
      </w:pPr>
      <w:r>
        <w:rPr>
          <w:b/>
        </w:rPr>
        <w:t xml:space="preserve">• Вхідні ознаки X: </w:t>
      </w:r>
      <w:r>
        <w:t>Вхідні ознаки X: [VoltageDrop_mV, PeakCurrent_A, Clock_MHz, Temp_C, VDD_Ripple].</w:t>
      </w:r>
      <w:r>
        <w:br/>
      </w:r>
      <w:r>
        <w:rPr>
          <w:b/>
        </w:rPr>
        <w:t xml:space="preserve">• Алгоритми для порівняння: </w:t>
      </w:r>
      <w:r>
        <w:t>Decision Tree vs Support Vector Machine (SVM).</w:t>
      </w:r>
      <w:r>
        <w:br/>
      </w:r>
      <w:r>
        <w:rPr>
          <w:b/>
        </w:rPr>
        <w:t xml:space="preserve">• Цільова змінна Y: </w:t>
      </w:r>
      <w:r>
        <w:t>Цільова змінна Y: 0 — Normal, 1 — Sag Risk, 2 — Thermal Throttling [Многокласова].</w:t>
      </w:r>
      <w:r>
        <w:br/>
      </w:r>
      <w:r>
        <w:rPr>
          <w:b/>
        </w:rPr>
        <w:t xml:space="preserve">• Інженерна мета: </w:t>
      </w:r>
      <w:r>
        <w:t>Запобігати збоям обчислювальної логіки через просадки живлення.</w:t>
      </w:r>
    </w:p>
    <w:p w14:paraId="2AE7F6CE" w14:textId="77777777" w:rsidR="007B4766" w:rsidRDefault="00000000">
      <w:pPr>
        <w:keepNext/>
        <w:spacing w:before="240" w:after="80"/>
      </w:pPr>
      <w:r>
        <w:rPr>
          <w:rFonts w:ascii="Arial" w:hAnsi="Arial"/>
          <w:b/>
          <w:color w:val="006699"/>
          <w:sz w:val="26"/>
        </w:rPr>
        <w:t>Варіант 4 (CS): Прогнозування утечок пам'яті (OOM) у Kubernetes сервісах</w:t>
      </w:r>
    </w:p>
    <w:p w14:paraId="1FF40F69" w14:textId="77777777" w:rsidR="007B4766" w:rsidRDefault="00000000">
      <w:pPr>
        <w:spacing w:before="40" w:after="80"/>
      </w:pPr>
      <w:r>
        <w:rPr>
          <w:b/>
        </w:rPr>
        <w:t xml:space="preserve">• Вхідні ознаки X: </w:t>
      </w:r>
      <w:r>
        <w:t>Вхідні ознаки X: [RSS_RAM_MB, Heap_Alloc, GC_Pause_ms, ActiveThreads, FileDescriptors].</w:t>
      </w:r>
      <w:r>
        <w:br/>
      </w:r>
      <w:r>
        <w:rPr>
          <w:b/>
        </w:rPr>
        <w:t xml:space="preserve">• Алгоритми для порівняння: </w:t>
      </w:r>
      <w:r>
        <w:t>Random Forest vs Gradient Boosting (XGBoost).</w:t>
      </w:r>
      <w:r>
        <w:br/>
      </w:r>
      <w:r>
        <w:rPr>
          <w:b/>
        </w:rPr>
        <w:t xml:space="preserve">• Цільова змінна Y: </w:t>
      </w:r>
      <w:r>
        <w:t>Цільова змінна Y: 0 — Safe, 1 — OOM Risk у наступні 10 хв [Класифікація].</w:t>
      </w:r>
      <w:r>
        <w:br/>
      </w:r>
      <w:r>
        <w:rPr>
          <w:b/>
        </w:rPr>
        <w:t xml:space="preserve">• Інженерна мета: </w:t>
      </w:r>
      <w:r>
        <w:t>Превентивно виявляти ризик падіння контейнера.</w:t>
      </w:r>
    </w:p>
    <w:p w14:paraId="70FFE910" w14:textId="77777777" w:rsidR="007B4766" w:rsidRDefault="00000000">
      <w:pPr>
        <w:keepNext/>
        <w:spacing w:before="240" w:after="80"/>
      </w:pPr>
      <w:r>
        <w:rPr>
          <w:rFonts w:ascii="Arial" w:hAnsi="Arial"/>
          <w:b/>
          <w:color w:val="006699"/>
          <w:sz w:val="26"/>
        </w:rPr>
        <w:lastRenderedPageBreak/>
        <w:t>Варіант 5 (CE): Класифікація якості пайки печатних плат (PCB Inspection)</w:t>
      </w:r>
    </w:p>
    <w:p w14:paraId="249CF450" w14:textId="77777777" w:rsidR="007B4766" w:rsidRDefault="00000000">
      <w:pPr>
        <w:spacing w:before="40" w:after="80"/>
      </w:pPr>
      <w:r>
        <w:rPr>
          <w:b/>
        </w:rPr>
        <w:t xml:space="preserve">• Вхідні ознаки X: </w:t>
      </w:r>
      <w:r>
        <w:t>Вхідні ознаки X: [ColorHistogram_RGB, EdgeGradients, HuMoments, Area_px].</w:t>
      </w:r>
      <w:r>
        <w:br/>
      </w:r>
      <w:r>
        <w:rPr>
          <w:b/>
        </w:rPr>
        <w:t xml:space="preserve">• Алгоритми для порівняння: </w:t>
      </w:r>
      <w:r>
        <w:t>k-Nearest Neighbors (k-NN) vs Random Forest Classifier.</w:t>
      </w:r>
      <w:r>
        <w:br/>
      </w:r>
      <w:r>
        <w:rPr>
          <w:b/>
        </w:rPr>
        <w:t xml:space="preserve">• Цільова змінна Y: </w:t>
      </w:r>
      <w:r>
        <w:t>Цільова змінна Y: 0 — Normal, 1 — Bridge/Void, 2 — Missing Component [Многокласова].</w:t>
      </w:r>
      <w:r>
        <w:br/>
      </w:r>
      <w:r>
        <w:rPr>
          <w:b/>
        </w:rPr>
        <w:t xml:space="preserve">• Інженерна мета: </w:t>
      </w:r>
      <w:r>
        <w:t>Автоматизувати оптичний контроль якості монтажу PCB.</w:t>
      </w:r>
    </w:p>
    <w:p w14:paraId="34557150" w14:textId="77777777" w:rsidR="007B4766" w:rsidRDefault="00000000">
      <w:pPr>
        <w:keepNext/>
        <w:spacing w:before="240" w:after="80"/>
      </w:pPr>
      <w:r>
        <w:rPr>
          <w:rFonts w:ascii="Arial" w:hAnsi="Arial"/>
          <w:b/>
          <w:color w:val="006699"/>
          <w:sz w:val="26"/>
        </w:rPr>
        <w:t>Варіант 6 (CS): Оцінка часу виконання складних SQL-запитів у СУБД</w:t>
      </w:r>
    </w:p>
    <w:p w14:paraId="4CE8D225" w14:textId="77777777" w:rsidR="007B4766" w:rsidRDefault="00000000">
      <w:pPr>
        <w:spacing w:before="40" w:after="80"/>
      </w:pPr>
      <w:r>
        <w:rPr>
          <w:b/>
        </w:rPr>
        <w:t xml:space="preserve">• Вхідні ознаки X: </w:t>
      </w:r>
      <w:r>
        <w:t>Вхідні ознаки X: [Cardinality, ScanType, JoinCount, NestedDepth, BufferPoolSize].</w:t>
      </w:r>
      <w:r>
        <w:br/>
      </w:r>
      <w:r>
        <w:rPr>
          <w:b/>
        </w:rPr>
        <w:t xml:space="preserve">• Алгоритми для порівняння: </w:t>
      </w:r>
      <w:r>
        <w:t>Ridge Regression vs Decision Tree Regressor.</w:t>
      </w:r>
      <w:r>
        <w:br/>
      </w:r>
      <w:r>
        <w:rPr>
          <w:b/>
        </w:rPr>
        <w:t xml:space="preserve">• Цільова змінна Y: </w:t>
      </w:r>
      <w:r>
        <w:t>Цільова змінна Y: Время виконання запиту Query Execution Time (мс) [Регресія].</w:t>
      </w:r>
      <w:r>
        <w:br/>
      </w:r>
      <w:r>
        <w:rPr>
          <w:b/>
        </w:rPr>
        <w:t xml:space="preserve">• Інженерна мета: </w:t>
      </w:r>
      <w:r>
        <w:t>Оцінювати накладні витрати SQL-запитів перед запуском.</w:t>
      </w:r>
    </w:p>
    <w:p w14:paraId="1AD2A53E" w14:textId="77777777" w:rsidR="007B4766" w:rsidRDefault="00000000">
      <w:pPr>
        <w:keepNext/>
        <w:spacing w:before="240" w:after="80"/>
      </w:pPr>
      <w:r>
        <w:rPr>
          <w:rFonts w:ascii="Arial" w:hAnsi="Arial"/>
          <w:b/>
          <w:color w:val="006699"/>
          <w:sz w:val="26"/>
        </w:rPr>
        <w:t>Варіант 7 (CE): Адаптивне управління витратою акумулятора БПЛА</w:t>
      </w:r>
    </w:p>
    <w:p w14:paraId="1E1A0029" w14:textId="77777777" w:rsidR="007B4766" w:rsidRDefault="00000000">
      <w:pPr>
        <w:spacing w:before="40" w:after="80"/>
      </w:pPr>
      <w:r>
        <w:rPr>
          <w:b/>
        </w:rPr>
        <w:t xml:space="preserve">• Вхідні ознаки X: </w:t>
      </w:r>
      <w:r>
        <w:t>Вхідні ознаки X: [WindSpeed_m_s, Payload_g, Battery_SoC, Thrust_N, Altitude_m].</w:t>
      </w:r>
      <w:r>
        <w:br/>
      </w:r>
      <w:r>
        <w:rPr>
          <w:b/>
        </w:rPr>
        <w:t xml:space="preserve">• Алгоритми для порівняння: </w:t>
      </w:r>
      <w:r>
        <w:t>Linear Regression vs Random Forest Regressor.</w:t>
      </w:r>
      <w:r>
        <w:br/>
      </w:r>
      <w:r>
        <w:rPr>
          <w:b/>
        </w:rPr>
        <w:t xml:space="preserve">• Цільова змінна Y: </w:t>
      </w:r>
      <w:r>
        <w:t>Цільова змінна Y: Залишкова дистанція полету (км) [Регресія].</w:t>
      </w:r>
      <w:r>
        <w:br/>
      </w:r>
      <w:r>
        <w:rPr>
          <w:b/>
        </w:rPr>
        <w:t xml:space="preserve">• Інженерна мета: </w:t>
      </w:r>
      <w:r>
        <w:t>Гарантувати безпечне повернення дрона на базову станцію.</w:t>
      </w:r>
    </w:p>
    <w:p w14:paraId="6684E70E" w14:textId="77777777" w:rsidR="007B4766" w:rsidRDefault="00000000">
      <w:pPr>
        <w:keepNext/>
        <w:spacing w:before="240" w:after="80"/>
      </w:pPr>
      <w:r>
        <w:rPr>
          <w:rFonts w:ascii="Arial" w:hAnsi="Arial"/>
          <w:b/>
          <w:color w:val="006699"/>
          <w:sz w:val="26"/>
        </w:rPr>
        <w:t>Варіант 8 (CS): Детекція фішингових URL-адрес у поштовому шлюзі</w:t>
      </w:r>
    </w:p>
    <w:p w14:paraId="13A0ECD7" w14:textId="77777777" w:rsidR="007B4766" w:rsidRDefault="00000000">
      <w:pPr>
        <w:spacing w:before="40" w:after="80"/>
      </w:pPr>
      <w:r>
        <w:rPr>
          <w:b/>
        </w:rPr>
        <w:t xml:space="preserve">• Вхідні ознаки X: </w:t>
      </w:r>
      <w:r>
        <w:t>Вхідні ознаки X: [URLLength, SpecialCharCount, HasIPAddress, DomainEntropy, DomainAge].</w:t>
      </w:r>
      <w:r>
        <w:br/>
      </w:r>
      <w:r>
        <w:rPr>
          <w:b/>
        </w:rPr>
        <w:t xml:space="preserve">• Алгоритми для порівняння: </w:t>
      </w:r>
      <w:r>
        <w:t>Naïve Bayes vs Support Vector Machine (SVM).</w:t>
      </w:r>
      <w:r>
        <w:br/>
      </w:r>
      <w:r>
        <w:rPr>
          <w:b/>
        </w:rPr>
        <w:t xml:space="preserve">• Цільова змінна Y: </w:t>
      </w:r>
      <w:r>
        <w:t>Цільова змінна Y: 0 — Safe, 1 — Phishing [Класифікація].</w:t>
      </w:r>
      <w:r>
        <w:br/>
      </w:r>
      <w:r>
        <w:rPr>
          <w:b/>
        </w:rPr>
        <w:t xml:space="preserve">• Інженерна мета: </w:t>
      </w:r>
      <w:r>
        <w:t>Блокувати небезпечні посилання у поштовому трафіку.</w:t>
      </w:r>
    </w:p>
    <w:p w14:paraId="1FAAA509" w14:textId="77777777" w:rsidR="007B4766" w:rsidRDefault="00000000">
      <w:pPr>
        <w:keepNext/>
        <w:spacing w:before="240" w:after="80"/>
      </w:pPr>
      <w:r>
        <w:rPr>
          <w:rFonts w:ascii="Arial" w:hAnsi="Arial"/>
          <w:b/>
          <w:color w:val="006699"/>
          <w:sz w:val="26"/>
        </w:rPr>
        <w:t>Варіант 9 (CE): Прогнозування відмов NVMe/SSD за SMART-метриками</w:t>
      </w:r>
    </w:p>
    <w:p w14:paraId="708A1532" w14:textId="77777777" w:rsidR="007B4766" w:rsidRDefault="00000000">
      <w:pPr>
        <w:spacing w:before="40" w:after="80"/>
      </w:pPr>
      <w:r>
        <w:rPr>
          <w:b/>
        </w:rPr>
        <w:t xml:space="preserve">• Вхідні ознаки X: </w:t>
      </w:r>
      <w:r>
        <w:t>Вхідні ознаки X: [ReallocatedSectors, WearLevel, Temp_C, ReadErrors, PowerOnHours].</w:t>
      </w:r>
      <w:r>
        <w:br/>
      </w:r>
      <w:r>
        <w:rPr>
          <w:b/>
        </w:rPr>
        <w:t xml:space="preserve">• Алгоритми для порівняння: </w:t>
      </w:r>
      <w:r>
        <w:t>Logistic Regression vs Gradient Boosting (XGBoost).</w:t>
      </w:r>
      <w:r>
        <w:br/>
      </w:r>
      <w:r>
        <w:rPr>
          <w:b/>
        </w:rPr>
        <w:t xml:space="preserve">• Цільова змінна Y: </w:t>
      </w:r>
      <w:r>
        <w:t>Цільова змінна Y: 0 — Healthy, 1 — Failure Risk у 7 днів [Класифікація].</w:t>
      </w:r>
      <w:r>
        <w:br/>
      </w:r>
      <w:r>
        <w:rPr>
          <w:b/>
        </w:rPr>
        <w:t xml:space="preserve">• Інженерна мета: </w:t>
      </w:r>
      <w:r>
        <w:t>Прогнозувати аварії накопичувачів у дата-центрі.</w:t>
      </w:r>
    </w:p>
    <w:p w14:paraId="7C5C1194" w14:textId="77777777" w:rsidR="007B4766" w:rsidRDefault="00000000">
      <w:pPr>
        <w:keepNext/>
        <w:spacing w:before="240" w:after="80"/>
      </w:pPr>
      <w:r>
        <w:rPr>
          <w:rFonts w:ascii="Arial" w:hAnsi="Arial"/>
          <w:b/>
          <w:color w:val="006699"/>
          <w:sz w:val="26"/>
        </w:rPr>
        <w:t>Варіант 10 (CS): Прогнозування часу компіляції проєктів у CI/CD</w:t>
      </w:r>
    </w:p>
    <w:p w14:paraId="731B42B0" w14:textId="77777777" w:rsidR="007B4766" w:rsidRDefault="00000000">
      <w:pPr>
        <w:spacing w:before="40" w:after="80"/>
      </w:pPr>
      <w:r>
        <w:rPr>
          <w:b/>
        </w:rPr>
        <w:t xml:space="preserve">• Вхідні ознаки X: </w:t>
      </w:r>
      <w:r>
        <w:t>Вхідні ознаки X: [ChangedFiles, LOC, TemplateCount, HeaderDepth, RunnerCPU_Load].</w:t>
      </w:r>
      <w:r>
        <w:br/>
      </w:r>
      <w:r>
        <w:rPr>
          <w:b/>
        </w:rPr>
        <w:t xml:space="preserve">• Алгоритми для порівняння: </w:t>
      </w:r>
      <w:r>
        <w:t>Linear Regression vs Random Forest Regressor.</w:t>
      </w:r>
      <w:r>
        <w:br/>
      </w:r>
      <w:r>
        <w:rPr>
          <w:b/>
        </w:rPr>
        <w:t xml:space="preserve">• Цільова змінна Y: </w:t>
      </w:r>
      <w:r>
        <w:t>Цільова змінна Y: Время збірки проекту Build Time (секунди) [Регресія].</w:t>
      </w:r>
      <w:r>
        <w:br/>
      </w:r>
      <w:r>
        <w:rPr>
          <w:b/>
        </w:rPr>
        <w:t xml:space="preserve">• Інженерна мета: </w:t>
      </w:r>
      <w:r>
        <w:t>Оптимізувати черги розподілених раннерів у CI/CD.</w:t>
      </w:r>
    </w:p>
    <w:p w14:paraId="77DA57BD" w14:textId="77777777" w:rsidR="007B4766" w:rsidRDefault="00000000">
      <w:pPr>
        <w:keepNext/>
        <w:spacing w:before="240" w:after="80"/>
      </w:pPr>
      <w:r>
        <w:rPr>
          <w:rFonts w:ascii="Arial" w:hAnsi="Arial"/>
          <w:b/>
          <w:color w:val="006699"/>
          <w:sz w:val="26"/>
        </w:rPr>
        <w:t>Варіант 11 (CE): Оцінка ступеня зносу батареї (State of Health) IoT-вузлів</w:t>
      </w:r>
    </w:p>
    <w:p w14:paraId="0E64ECF7" w14:textId="77777777" w:rsidR="007B4766" w:rsidRDefault="00000000">
      <w:pPr>
        <w:spacing w:before="40" w:after="80"/>
      </w:pPr>
      <w:r>
        <w:rPr>
          <w:b/>
        </w:rPr>
        <w:t xml:space="preserve">• Вхідні ознаки X: </w:t>
      </w:r>
      <w:r>
        <w:t>Вхідні ознаки X: [InternalResistance_mOhm, VoltageDrop, Temp_C, ChargeCycles, AvgCurrent].</w:t>
      </w:r>
      <w:r>
        <w:br/>
      </w:r>
      <w:r>
        <w:rPr>
          <w:b/>
        </w:rPr>
        <w:t xml:space="preserve">• Алгоритми для порівняння: </w:t>
      </w:r>
      <w:r>
        <w:t>Decision Tree vs Random Forest Classifier.</w:t>
      </w:r>
      <w:r>
        <w:br/>
      </w:r>
      <w:r>
        <w:rPr>
          <w:b/>
        </w:rPr>
        <w:lastRenderedPageBreak/>
        <w:t xml:space="preserve">• Цільова змінна Y: </w:t>
      </w:r>
      <w:r>
        <w:t>Цільова змінна Y: 0 — Good, 1 — Moderate Degraded, 2 — Replace Required [Многокласова].</w:t>
      </w:r>
      <w:r>
        <w:br/>
      </w:r>
      <w:r>
        <w:rPr>
          <w:b/>
        </w:rPr>
        <w:t xml:space="preserve">• Інженерна мета: </w:t>
      </w:r>
      <w:r>
        <w:t>Моніторити стан автономних джерел живлення.</w:t>
      </w:r>
    </w:p>
    <w:p w14:paraId="50E38A95" w14:textId="77777777" w:rsidR="007B4766" w:rsidRDefault="00000000">
      <w:pPr>
        <w:keepNext/>
        <w:spacing w:before="240" w:after="80"/>
      </w:pPr>
      <w:r>
        <w:rPr>
          <w:rFonts w:ascii="Arial" w:hAnsi="Arial"/>
          <w:b/>
          <w:color w:val="006699"/>
          <w:sz w:val="26"/>
        </w:rPr>
        <w:t>Варіант 12 (CS/CE): Прогнозування мережевої затримки пакетів та виявлення вузьких місць у кластері [ЗРАЗОК РІШЕННЯ]</w:t>
      </w:r>
    </w:p>
    <w:p w14:paraId="44486193" w14:textId="77777777" w:rsidR="007B4766" w:rsidRDefault="00000000">
      <w:pPr>
        <w:spacing w:before="40" w:after="80"/>
      </w:pPr>
      <w:r>
        <w:rPr>
          <w:b/>
        </w:rPr>
        <w:t xml:space="preserve">• Вхідні ознаки X: </w:t>
      </w:r>
      <w:r>
        <w:t>Вхідні ознаки X: [PacketSize_B, HopCount, NetworkLoad_Mbps, BufferOccupancy_pct, CPU_Load_pct].</w:t>
      </w:r>
      <w:r>
        <w:br/>
      </w:r>
      <w:r>
        <w:rPr>
          <w:b/>
        </w:rPr>
        <w:t xml:space="preserve">• Алгоритми для порівняння: </w:t>
      </w:r>
      <w:r>
        <w:t>Random Forest Regressor vs Gradient Boosting Regressor (XGBoost).</w:t>
      </w:r>
      <w:r>
        <w:br/>
      </w:r>
      <w:r>
        <w:rPr>
          <w:b/>
        </w:rPr>
        <w:t xml:space="preserve">• Цільова змінна Y: </w:t>
      </w:r>
      <w:r>
        <w:t>Цільова змінна Y: Мережева затримка пакету Latency (мс) [Регресія].</w:t>
      </w:r>
      <w:r>
        <w:br/>
      </w:r>
      <w:r>
        <w:rPr>
          <w:b/>
        </w:rPr>
        <w:t xml:space="preserve">• Інженерна мета: </w:t>
      </w:r>
      <w:r>
        <w:t>Прогнозувати пинг та виявляти затори в мережі кластера.</w:t>
      </w:r>
    </w:p>
    <w:p w14:paraId="27D43060" w14:textId="77777777" w:rsidR="007B4766" w:rsidRDefault="00000000">
      <w:pPr>
        <w:keepNext/>
        <w:spacing w:before="240" w:after="80"/>
      </w:pPr>
      <w:r>
        <w:rPr>
          <w:rFonts w:ascii="Arial" w:hAnsi="Arial"/>
          <w:b/>
          <w:color w:val="006699"/>
          <w:sz w:val="26"/>
        </w:rPr>
        <w:t>Варіант 13 (CE): Термальний моніторинг процесорних ядер мобільного SoC</w:t>
      </w:r>
    </w:p>
    <w:p w14:paraId="1250A2E7" w14:textId="77777777" w:rsidR="007B4766" w:rsidRDefault="00000000">
      <w:pPr>
        <w:spacing w:before="40" w:after="80"/>
      </w:pPr>
      <w:r>
        <w:rPr>
          <w:b/>
        </w:rPr>
        <w:t xml:space="preserve">• Вхідні ознаки X: </w:t>
      </w:r>
      <w:r>
        <w:t>Вхідні ознаки X: [CPU1_Temp, CPU2_Temp, GPU_Temp, BackgroundLoad, Clock_GHz].</w:t>
      </w:r>
      <w:r>
        <w:br/>
      </w:r>
      <w:r>
        <w:rPr>
          <w:b/>
        </w:rPr>
        <w:t xml:space="preserve">• Алгоритми для порівняння: </w:t>
      </w:r>
      <w:r>
        <w:t>Linear Regression vs Decision Tree Regressor.</w:t>
      </w:r>
      <w:r>
        <w:br/>
      </w:r>
      <w:r>
        <w:rPr>
          <w:b/>
        </w:rPr>
        <w:t xml:space="preserve">• Цільова змінна Y: </w:t>
      </w:r>
      <w:r>
        <w:t>Цільова змінна Y: Прогноз температури CPU через 5 секунд T_{t+5} (°C) [Регресія].</w:t>
      </w:r>
      <w:r>
        <w:br/>
      </w:r>
      <w:r>
        <w:rPr>
          <w:b/>
        </w:rPr>
        <w:t xml:space="preserve">• Інженерна мета: </w:t>
      </w:r>
      <w:r>
        <w:t>Запобігати аварійному троттлингу мобільних систем.</w:t>
      </w:r>
    </w:p>
    <w:p w14:paraId="3A862B18" w14:textId="77777777" w:rsidR="007B4766" w:rsidRDefault="00000000">
      <w:pPr>
        <w:keepNext/>
        <w:spacing w:before="240" w:after="80"/>
      </w:pPr>
      <w:r>
        <w:rPr>
          <w:rFonts w:ascii="Arial" w:hAnsi="Arial"/>
          <w:b/>
          <w:color w:val="006699"/>
          <w:sz w:val="26"/>
        </w:rPr>
        <w:t>Варіант 14 (CS): Оцінка ризикованості коммітів та PR (JIT Defect Prediction)</w:t>
      </w:r>
    </w:p>
    <w:p w14:paraId="483013E1" w14:textId="77777777" w:rsidR="007B4766" w:rsidRDefault="00000000">
      <w:pPr>
        <w:spacing w:before="40" w:after="80"/>
      </w:pPr>
      <w:r>
        <w:rPr>
          <w:b/>
        </w:rPr>
        <w:t xml:space="preserve">• Вхідні ознаки X: </w:t>
      </w:r>
      <w:r>
        <w:t>Вхідні ознаки X: [AddedLOC, DeletedLOC, FilesChanged, AuthorBugHistory, HasTests].</w:t>
      </w:r>
      <w:r>
        <w:br/>
      </w:r>
      <w:r>
        <w:rPr>
          <w:b/>
        </w:rPr>
        <w:t xml:space="preserve">• Алгоритми для порівняння: </w:t>
      </w:r>
      <w:r>
        <w:t>Logistic Regression vs Random Forest Classifier.</w:t>
      </w:r>
      <w:r>
        <w:br/>
      </w:r>
      <w:r>
        <w:rPr>
          <w:b/>
        </w:rPr>
        <w:t xml:space="preserve">• Цільова змінна Y: </w:t>
      </w:r>
      <w:r>
        <w:t>Цільова змінна Y: 0 — Low Risk, 1 — High Risk PR [Класифікація].</w:t>
      </w:r>
      <w:r>
        <w:br/>
      </w:r>
      <w:r>
        <w:rPr>
          <w:b/>
        </w:rPr>
        <w:t xml:space="preserve">• Інженерна мета: </w:t>
      </w:r>
      <w:r>
        <w:t>Автоматично виявляти потенційно дефектні зміни у коді.</w:t>
      </w:r>
    </w:p>
    <w:p w14:paraId="7777889C" w14:textId="77777777" w:rsidR="007B4766" w:rsidRDefault="00000000">
      <w:pPr>
        <w:keepNext/>
        <w:spacing w:before="240" w:after="80"/>
      </w:pPr>
      <w:r>
        <w:rPr>
          <w:rFonts w:ascii="Arial" w:hAnsi="Arial"/>
          <w:b/>
          <w:color w:val="006699"/>
          <w:sz w:val="26"/>
        </w:rPr>
        <w:t>Варіант 15 (CE): Класифікація якості бездротового каналу у IIoT</w:t>
      </w:r>
    </w:p>
    <w:p w14:paraId="3FC0BBC3" w14:textId="77777777" w:rsidR="007B4766" w:rsidRDefault="00000000">
      <w:pPr>
        <w:spacing w:before="40" w:after="80"/>
      </w:pPr>
      <w:r>
        <w:rPr>
          <w:b/>
        </w:rPr>
        <w:t xml:space="preserve">• Вхідні ознаки X: </w:t>
      </w:r>
      <w:r>
        <w:t>Вхідні ознаки X: [RSSI_dBm, SNR_dB, PacketLoss_pct, Retries, NoiseLevel].</w:t>
      </w:r>
      <w:r>
        <w:br/>
      </w:r>
      <w:r>
        <w:rPr>
          <w:b/>
        </w:rPr>
        <w:t xml:space="preserve">• Алгоритми для порівняння: </w:t>
      </w:r>
      <w:r>
        <w:t>k-NN Classifier vs Support Vector Machine (SVM).</w:t>
      </w:r>
      <w:r>
        <w:br/>
      </w:r>
      <w:r>
        <w:rPr>
          <w:b/>
        </w:rPr>
        <w:t xml:space="preserve">• Цільова змінна Y: </w:t>
      </w:r>
      <w:r>
        <w:t>Цільова змінна Y: 0 — Excellent, 1 — Unstable, 2 — Critical Noise [Многокласова].</w:t>
      </w:r>
      <w:r>
        <w:br/>
      </w:r>
      <w:r>
        <w:rPr>
          <w:b/>
        </w:rPr>
        <w:t xml:space="preserve">• Інженерна мета: </w:t>
      </w:r>
      <w:r>
        <w:t>Оцінювати надійність бездротового зв'язку у цеху.</w:t>
      </w:r>
    </w:p>
    <w:p w14:paraId="5FF001AD" w14:textId="77777777" w:rsidR="007B4766" w:rsidRDefault="00000000">
      <w:pPr>
        <w:keepNext/>
        <w:spacing w:before="320" w:after="120"/>
      </w:pPr>
      <w:r>
        <w:rPr>
          <w:rFonts w:ascii="Arial" w:hAnsi="Arial"/>
          <w:b/>
          <w:color w:val="003366"/>
          <w:sz w:val="32"/>
        </w:rPr>
        <w:t>4. ПОВНИЙ ЕТАЛОННИЙ КОД РІШЕННЯ НА PYTHON (ВАРІАНТ 12)</w:t>
      </w:r>
    </w:p>
    <w:p w14:paraId="157D41E3" w14:textId="77777777" w:rsidR="007B4766" w:rsidRDefault="00000000">
      <w:r>
        <w:t>Нижче наведено повністю робочий код реалізації для Варіанта 12 (Прогнозування мережевої затримки пакетів у кластері).</w:t>
      </w:r>
    </w:p>
    <w:p w14:paraId="0155547F" w14:textId="77777777" w:rsidR="007B4766" w:rsidRDefault="00000000">
      <w:pPr>
        <w:keepNext/>
        <w:spacing w:before="240" w:after="80"/>
      </w:pPr>
      <w:r>
        <w:rPr>
          <w:rFonts w:ascii="Arial" w:hAnsi="Arial"/>
          <w:b/>
          <w:color w:val="006699"/>
          <w:sz w:val="26"/>
        </w:rPr>
        <w:t>Файл: main.py</w:t>
      </w:r>
    </w:p>
    <w:tbl>
      <w:tblPr>
        <w:tblW w:w="0" w:type="auto"/>
        <w:jc w:val="center"/>
        <w:tblLook w:val="04A0" w:firstRow="1" w:lastRow="0" w:firstColumn="1" w:lastColumn="0" w:noHBand="0" w:noVBand="1"/>
      </w:tblPr>
      <w:tblGrid>
        <w:gridCol w:w="9648"/>
      </w:tblGrid>
      <w:tr w:rsidR="007B4766" w14:paraId="2EDFD592" w14:textId="77777777">
        <w:trPr>
          <w:jc w:val="center"/>
        </w:trPr>
        <w:tc>
          <w:tcPr>
            <w:tcW w:w="9648" w:type="dxa"/>
            <w:tcBorders>
              <w:left w:val="single" w:sz="24" w:space="0" w:color="005580"/>
            </w:tcBorders>
            <w:shd w:val="clear" w:color="auto" w:fill="F4F6F8"/>
            <w:tcMar>
              <w:top w:w="140" w:type="dxa"/>
              <w:left w:w="200" w:type="dxa"/>
              <w:bottom w:w="140" w:type="dxa"/>
              <w:right w:w="200" w:type="dxa"/>
            </w:tcMar>
          </w:tcPr>
          <w:p w14:paraId="41973400" w14:textId="77777777" w:rsidR="007B4766" w:rsidRDefault="00000000">
            <w:pPr>
              <w:spacing w:after="0"/>
            </w:pPr>
            <w:r>
              <w:rPr>
                <w:rFonts w:ascii="Consolas" w:hAnsi="Consolas"/>
                <w:color w:val="222222"/>
                <w:sz w:val="19"/>
              </w:rPr>
              <w:t>import numpy as np</w:t>
            </w:r>
          </w:p>
          <w:p w14:paraId="60B2AFC1" w14:textId="77777777" w:rsidR="007B4766" w:rsidRDefault="00000000">
            <w:pPr>
              <w:spacing w:after="0"/>
            </w:pPr>
            <w:r>
              <w:rPr>
                <w:rFonts w:ascii="Consolas" w:hAnsi="Consolas"/>
                <w:color w:val="222222"/>
                <w:sz w:val="19"/>
              </w:rPr>
              <w:t>import pandas as pd</w:t>
            </w:r>
          </w:p>
          <w:p w14:paraId="420D568E" w14:textId="77777777" w:rsidR="007B4766" w:rsidRDefault="00000000">
            <w:pPr>
              <w:spacing w:after="0"/>
            </w:pPr>
            <w:r>
              <w:rPr>
                <w:rFonts w:ascii="Consolas" w:hAnsi="Consolas"/>
                <w:color w:val="222222"/>
                <w:sz w:val="19"/>
              </w:rPr>
              <w:t>import time</w:t>
            </w:r>
          </w:p>
          <w:p w14:paraId="14BE5E74" w14:textId="77777777" w:rsidR="007B4766" w:rsidRDefault="00000000">
            <w:pPr>
              <w:spacing w:after="0"/>
            </w:pPr>
            <w:r>
              <w:rPr>
                <w:rFonts w:ascii="Consolas" w:hAnsi="Consolas"/>
                <w:color w:val="222222"/>
                <w:sz w:val="19"/>
              </w:rPr>
              <w:lastRenderedPageBreak/>
              <w:t>import tracemalloc</w:t>
            </w:r>
          </w:p>
          <w:p w14:paraId="663A4BF3" w14:textId="77777777" w:rsidR="007B4766" w:rsidRDefault="00000000">
            <w:pPr>
              <w:spacing w:after="0"/>
            </w:pPr>
            <w:r>
              <w:rPr>
                <w:rFonts w:ascii="Consolas" w:hAnsi="Consolas"/>
                <w:color w:val="222222"/>
                <w:sz w:val="19"/>
              </w:rPr>
              <w:t>from sklearn.model_selection import train_test_split</w:t>
            </w:r>
          </w:p>
          <w:p w14:paraId="658091E0" w14:textId="77777777" w:rsidR="007B4766" w:rsidRDefault="00000000">
            <w:pPr>
              <w:spacing w:after="0"/>
            </w:pPr>
            <w:r>
              <w:rPr>
                <w:rFonts w:ascii="Consolas" w:hAnsi="Consolas"/>
                <w:color w:val="222222"/>
                <w:sz w:val="19"/>
              </w:rPr>
              <w:t>from sklearn.ensemble import RandomForestRegressor, GradientBoostingRegressor</w:t>
            </w:r>
          </w:p>
          <w:p w14:paraId="10692E19" w14:textId="77777777" w:rsidR="007B4766" w:rsidRDefault="00000000">
            <w:pPr>
              <w:spacing w:after="0"/>
            </w:pPr>
            <w:r>
              <w:rPr>
                <w:rFonts w:ascii="Consolas" w:hAnsi="Consolas"/>
                <w:color w:val="222222"/>
                <w:sz w:val="19"/>
              </w:rPr>
              <w:t>from sklearn.metrics import mean_absolute_error, mean_squared_error, r2_score</w:t>
            </w:r>
          </w:p>
          <w:p w14:paraId="2E1A21E4" w14:textId="77777777" w:rsidR="007B4766" w:rsidRDefault="007B4766">
            <w:pPr>
              <w:spacing w:after="0"/>
            </w:pPr>
          </w:p>
          <w:p w14:paraId="3B92F322" w14:textId="77777777" w:rsidR="007B4766" w:rsidRDefault="00000000">
            <w:pPr>
              <w:spacing w:after="0"/>
            </w:pPr>
            <w:r>
              <w:rPr>
                <w:rFonts w:ascii="Consolas" w:hAnsi="Consolas"/>
                <w:color w:val="222222"/>
                <w:sz w:val="19"/>
              </w:rPr>
              <w:t>def generate_synthetic_telemetry(n_samples=2000):</w:t>
            </w:r>
          </w:p>
          <w:p w14:paraId="0F8627E3" w14:textId="77777777" w:rsidR="007B4766" w:rsidRDefault="00000000">
            <w:pPr>
              <w:spacing w:after="0"/>
            </w:pPr>
            <w:r>
              <w:rPr>
                <w:rFonts w:ascii="Consolas" w:hAnsi="Consolas"/>
                <w:color w:val="222222"/>
                <w:sz w:val="19"/>
              </w:rPr>
              <w:t xml:space="preserve">    np.random.seed(42)</w:t>
            </w:r>
          </w:p>
          <w:p w14:paraId="28B4DC59" w14:textId="77777777" w:rsidR="007B4766" w:rsidRDefault="00000000">
            <w:pPr>
              <w:spacing w:after="0"/>
            </w:pPr>
            <w:r>
              <w:rPr>
                <w:rFonts w:ascii="Consolas" w:hAnsi="Consolas"/>
                <w:color w:val="222222"/>
                <w:sz w:val="19"/>
              </w:rPr>
              <w:t xml:space="preserve">    packet_size = np.random.uniform(64, 1500, n_samples)</w:t>
            </w:r>
          </w:p>
          <w:p w14:paraId="3D76149B" w14:textId="77777777" w:rsidR="007B4766" w:rsidRDefault="00000000">
            <w:pPr>
              <w:spacing w:after="0"/>
            </w:pPr>
            <w:r>
              <w:rPr>
                <w:rFonts w:ascii="Consolas" w:hAnsi="Consolas"/>
                <w:color w:val="222222"/>
                <w:sz w:val="19"/>
              </w:rPr>
              <w:t xml:space="preserve">    hop_count = np.random.randint(1, 15, n_samples)</w:t>
            </w:r>
          </w:p>
          <w:p w14:paraId="760142B7" w14:textId="77777777" w:rsidR="007B4766" w:rsidRDefault="00000000">
            <w:pPr>
              <w:spacing w:after="0"/>
            </w:pPr>
            <w:r>
              <w:rPr>
                <w:rFonts w:ascii="Consolas" w:hAnsi="Consolas"/>
                <w:color w:val="222222"/>
                <w:sz w:val="19"/>
              </w:rPr>
              <w:t xml:space="preserve">    net_load = np.random.uniform(10, 950, n_samples)</w:t>
            </w:r>
          </w:p>
          <w:p w14:paraId="29696077" w14:textId="77777777" w:rsidR="007B4766" w:rsidRDefault="00000000">
            <w:pPr>
              <w:spacing w:after="0"/>
            </w:pPr>
            <w:r>
              <w:rPr>
                <w:rFonts w:ascii="Consolas" w:hAnsi="Consolas"/>
                <w:color w:val="222222"/>
                <w:sz w:val="19"/>
              </w:rPr>
              <w:t xml:space="preserve">    buffer_occ = np.random.uniform(5, 99, n_samples)</w:t>
            </w:r>
          </w:p>
          <w:p w14:paraId="4AA683FB" w14:textId="77777777" w:rsidR="007B4766" w:rsidRDefault="00000000">
            <w:pPr>
              <w:spacing w:after="0"/>
            </w:pPr>
            <w:r>
              <w:rPr>
                <w:rFonts w:ascii="Consolas" w:hAnsi="Consolas"/>
                <w:color w:val="222222"/>
                <w:sz w:val="19"/>
              </w:rPr>
              <w:t xml:space="preserve">    cpu_load = np.random.uniform(10, 99, n_samples)</w:t>
            </w:r>
          </w:p>
          <w:p w14:paraId="71220A59" w14:textId="77777777" w:rsidR="007B4766" w:rsidRDefault="007B4766">
            <w:pPr>
              <w:spacing w:after="0"/>
            </w:pPr>
          </w:p>
          <w:p w14:paraId="41F3F430" w14:textId="77777777" w:rsidR="007B4766" w:rsidRDefault="00000000">
            <w:pPr>
              <w:spacing w:after="0"/>
            </w:pPr>
            <w:r>
              <w:rPr>
                <w:rFonts w:ascii="Consolas" w:hAnsi="Consolas"/>
                <w:color w:val="222222"/>
                <w:sz w:val="19"/>
              </w:rPr>
              <w:t xml:space="preserve">    # Формула затримки: non-linear combination + noise</w:t>
            </w:r>
          </w:p>
          <w:p w14:paraId="46EBB904" w14:textId="77777777" w:rsidR="007B4766" w:rsidRDefault="00000000">
            <w:pPr>
              <w:spacing w:after="0"/>
            </w:pPr>
            <w:r>
              <w:rPr>
                <w:rFonts w:ascii="Consolas" w:hAnsi="Consolas"/>
                <w:color w:val="222222"/>
                <w:sz w:val="19"/>
              </w:rPr>
              <w:t xml:space="preserve">    latency = (0.005 * packet_size + 1.2 * hop_count + 0.02 * net_load + </w:t>
            </w:r>
          </w:p>
          <w:p w14:paraId="5C25B7A7" w14:textId="77777777" w:rsidR="007B4766" w:rsidRDefault="00000000">
            <w:pPr>
              <w:spacing w:after="0"/>
            </w:pPr>
            <w:r>
              <w:rPr>
                <w:rFonts w:ascii="Consolas" w:hAnsi="Consolas"/>
                <w:color w:val="222222"/>
                <w:sz w:val="19"/>
              </w:rPr>
              <w:t xml:space="preserve">               0.001 * (buffer_occ ** 2) + 0.1 * cpu_load + np.random.normal(0, 2.0, n_samples))</w:t>
            </w:r>
          </w:p>
          <w:p w14:paraId="2E035C68" w14:textId="77777777" w:rsidR="007B4766" w:rsidRDefault="00000000">
            <w:pPr>
              <w:spacing w:after="0"/>
            </w:pPr>
            <w:r>
              <w:rPr>
                <w:rFonts w:ascii="Consolas" w:hAnsi="Consolas"/>
                <w:color w:val="222222"/>
                <w:sz w:val="19"/>
              </w:rPr>
              <w:t xml:space="preserve">    </w:t>
            </w:r>
          </w:p>
          <w:p w14:paraId="51FCDA59" w14:textId="77777777" w:rsidR="007B4766" w:rsidRDefault="00000000">
            <w:pPr>
              <w:spacing w:after="0"/>
            </w:pPr>
            <w:r>
              <w:rPr>
                <w:rFonts w:ascii="Consolas" w:hAnsi="Consolas"/>
                <w:color w:val="222222"/>
                <w:sz w:val="19"/>
              </w:rPr>
              <w:t xml:space="preserve">    df = pd.DataFrame({</w:t>
            </w:r>
          </w:p>
          <w:p w14:paraId="6C5156A1" w14:textId="77777777" w:rsidR="007B4766" w:rsidRDefault="00000000">
            <w:pPr>
              <w:spacing w:after="0"/>
            </w:pPr>
            <w:r>
              <w:rPr>
                <w:rFonts w:ascii="Consolas" w:hAnsi="Consolas"/>
                <w:color w:val="222222"/>
                <w:sz w:val="19"/>
              </w:rPr>
              <w:t xml:space="preserve">        'PacketSize_B': packet_size,</w:t>
            </w:r>
          </w:p>
          <w:p w14:paraId="07755794" w14:textId="77777777" w:rsidR="007B4766" w:rsidRDefault="00000000">
            <w:pPr>
              <w:spacing w:after="0"/>
            </w:pPr>
            <w:r>
              <w:rPr>
                <w:rFonts w:ascii="Consolas" w:hAnsi="Consolas"/>
                <w:color w:val="222222"/>
                <w:sz w:val="19"/>
              </w:rPr>
              <w:t xml:space="preserve">        'HopCount': hop_count,</w:t>
            </w:r>
          </w:p>
          <w:p w14:paraId="3BAD6A42" w14:textId="77777777" w:rsidR="007B4766" w:rsidRDefault="00000000">
            <w:pPr>
              <w:spacing w:after="0"/>
            </w:pPr>
            <w:r>
              <w:rPr>
                <w:rFonts w:ascii="Consolas" w:hAnsi="Consolas"/>
                <w:color w:val="222222"/>
                <w:sz w:val="19"/>
              </w:rPr>
              <w:t xml:space="preserve">        'NetworkLoad_Mbps': net_load,</w:t>
            </w:r>
          </w:p>
          <w:p w14:paraId="06D2473D" w14:textId="77777777" w:rsidR="007B4766" w:rsidRDefault="00000000">
            <w:pPr>
              <w:spacing w:after="0"/>
            </w:pPr>
            <w:r>
              <w:rPr>
                <w:rFonts w:ascii="Consolas" w:hAnsi="Consolas"/>
                <w:color w:val="222222"/>
                <w:sz w:val="19"/>
              </w:rPr>
              <w:t xml:space="preserve">        'BufferOccupancy_pct': buffer_occ,</w:t>
            </w:r>
          </w:p>
          <w:p w14:paraId="4C0399CB" w14:textId="77777777" w:rsidR="007B4766" w:rsidRDefault="00000000">
            <w:pPr>
              <w:spacing w:after="0"/>
            </w:pPr>
            <w:r>
              <w:rPr>
                <w:rFonts w:ascii="Consolas" w:hAnsi="Consolas"/>
                <w:color w:val="222222"/>
                <w:sz w:val="19"/>
              </w:rPr>
              <w:t xml:space="preserve">        'CPU_Load_pct': cpu_load,</w:t>
            </w:r>
          </w:p>
          <w:p w14:paraId="412FE826" w14:textId="77777777" w:rsidR="007B4766" w:rsidRDefault="00000000">
            <w:pPr>
              <w:spacing w:after="0"/>
            </w:pPr>
            <w:r>
              <w:rPr>
                <w:rFonts w:ascii="Consolas" w:hAnsi="Consolas"/>
                <w:color w:val="222222"/>
                <w:sz w:val="19"/>
              </w:rPr>
              <w:t xml:space="preserve">        'Latency_ms': np.maximum(0.5, latency)</w:t>
            </w:r>
          </w:p>
          <w:p w14:paraId="65E9C6C1" w14:textId="77777777" w:rsidR="007B4766" w:rsidRDefault="00000000">
            <w:pPr>
              <w:spacing w:after="0"/>
            </w:pPr>
            <w:r>
              <w:rPr>
                <w:rFonts w:ascii="Consolas" w:hAnsi="Consolas"/>
                <w:color w:val="222222"/>
                <w:sz w:val="19"/>
              </w:rPr>
              <w:t xml:space="preserve">    })</w:t>
            </w:r>
          </w:p>
          <w:p w14:paraId="547AC8DB" w14:textId="77777777" w:rsidR="007B4766" w:rsidRDefault="00000000">
            <w:pPr>
              <w:spacing w:after="0"/>
            </w:pPr>
            <w:r>
              <w:rPr>
                <w:rFonts w:ascii="Consolas" w:hAnsi="Consolas"/>
                <w:color w:val="222222"/>
                <w:sz w:val="19"/>
              </w:rPr>
              <w:t xml:space="preserve">    return df</w:t>
            </w:r>
          </w:p>
          <w:p w14:paraId="0578653C" w14:textId="77777777" w:rsidR="007B4766" w:rsidRDefault="007B4766">
            <w:pPr>
              <w:spacing w:after="0"/>
            </w:pPr>
          </w:p>
          <w:p w14:paraId="76D062F2" w14:textId="77777777" w:rsidR="007B4766" w:rsidRDefault="00000000">
            <w:pPr>
              <w:spacing w:after="0"/>
            </w:pPr>
            <w:r>
              <w:rPr>
                <w:rFonts w:ascii="Consolas" w:hAnsi="Consolas"/>
                <w:color w:val="222222"/>
                <w:sz w:val="19"/>
              </w:rPr>
              <w:t>def evaluate_model(name, model, X_train, X_test, y_train, y_test):</w:t>
            </w:r>
          </w:p>
          <w:p w14:paraId="3370C7F0" w14:textId="77777777" w:rsidR="007B4766" w:rsidRDefault="00000000">
            <w:pPr>
              <w:spacing w:after="0"/>
            </w:pPr>
            <w:r>
              <w:rPr>
                <w:rFonts w:ascii="Consolas" w:hAnsi="Consolas"/>
                <w:color w:val="222222"/>
                <w:sz w:val="19"/>
              </w:rPr>
              <w:t xml:space="preserve">    tracemalloc.start()</w:t>
            </w:r>
          </w:p>
          <w:p w14:paraId="08B31CEE" w14:textId="77777777" w:rsidR="007B4766" w:rsidRDefault="00000000">
            <w:pPr>
              <w:spacing w:after="0"/>
            </w:pPr>
            <w:r>
              <w:rPr>
                <w:rFonts w:ascii="Consolas" w:hAnsi="Consolas"/>
                <w:color w:val="222222"/>
                <w:sz w:val="19"/>
              </w:rPr>
              <w:t xml:space="preserve">    st = time.perf_counter()</w:t>
            </w:r>
          </w:p>
          <w:p w14:paraId="5A6988A9" w14:textId="77777777" w:rsidR="007B4766" w:rsidRDefault="007B4766">
            <w:pPr>
              <w:spacing w:after="0"/>
            </w:pPr>
          </w:p>
          <w:p w14:paraId="1DACB00F" w14:textId="77777777" w:rsidR="007B4766" w:rsidRDefault="00000000">
            <w:pPr>
              <w:spacing w:after="0"/>
            </w:pPr>
            <w:r>
              <w:rPr>
                <w:rFonts w:ascii="Consolas" w:hAnsi="Consolas"/>
                <w:color w:val="222222"/>
                <w:sz w:val="19"/>
              </w:rPr>
              <w:t xml:space="preserve">    model.fit(X_train, y_train)</w:t>
            </w:r>
          </w:p>
          <w:p w14:paraId="04EB022D" w14:textId="77777777" w:rsidR="007B4766" w:rsidRDefault="00000000">
            <w:pPr>
              <w:spacing w:after="0"/>
            </w:pPr>
            <w:r>
              <w:rPr>
                <w:rFonts w:ascii="Consolas" w:hAnsi="Consolas"/>
                <w:color w:val="222222"/>
                <w:sz w:val="19"/>
              </w:rPr>
              <w:t xml:space="preserve">    preds = model.predict(X_test)</w:t>
            </w:r>
          </w:p>
          <w:p w14:paraId="46BF19D7" w14:textId="77777777" w:rsidR="007B4766" w:rsidRDefault="007B4766">
            <w:pPr>
              <w:spacing w:after="0"/>
            </w:pPr>
          </w:p>
          <w:p w14:paraId="2C4F2E5D" w14:textId="77777777" w:rsidR="007B4766" w:rsidRDefault="00000000">
            <w:pPr>
              <w:spacing w:after="0"/>
            </w:pPr>
            <w:r>
              <w:rPr>
                <w:rFonts w:ascii="Consolas" w:hAnsi="Consolas"/>
                <w:color w:val="222222"/>
                <w:sz w:val="19"/>
              </w:rPr>
              <w:t xml:space="preserve">    exec_time = (time.perf_counter() - st) * 1000.0</w:t>
            </w:r>
          </w:p>
          <w:p w14:paraId="74B276C8" w14:textId="77777777" w:rsidR="007B4766" w:rsidRDefault="00000000">
            <w:pPr>
              <w:spacing w:after="0"/>
            </w:pPr>
            <w:r>
              <w:rPr>
                <w:rFonts w:ascii="Consolas" w:hAnsi="Consolas"/>
                <w:color w:val="222222"/>
                <w:sz w:val="19"/>
              </w:rPr>
              <w:t xml:space="preserve">    _, peak_mem = tracemalloc.get_traced_memory()</w:t>
            </w:r>
          </w:p>
          <w:p w14:paraId="7D83BE0E" w14:textId="77777777" w:rsidR="007B4766" w:rsidRDefault="00000000">
            <w:pPr>
              <w:spacing w:after="0"/>
            </w:pPr>
            <w:r>
              <w:rPr>
                <w:rFonts w:ascii="Consolas" w:hAnsi="Consolas"/>
                <w:color w:val="222222"/>
                <w:sz w:val="19"/>
              </w:rPr>
              <w:t xml:space="preserve">    tracemalloc.stop()</w:t>
            </w:r>
          </w:p>
          <w:p w14:paraId="421F1267" w14:textId="77777777" w:rsidR="007B4766" w:rsidRDefault="007B4766">
            <w:pPr>
              <w:spacing w:after="0"/>
            </w:pPr>
          </w:p>
          <w:p w14:paraId="3D11C1E0" w14:textId="77777777" w:rsidR="007B4766" w:rsidRDefault="00000000">
            <w:pPr>
              <w:spacing w:after="0"/>
            </w:pPr>
            <w:r>
              <w:rPr>
                <w:rFonts w:ascii="Consolas" w:hAnsi="Consolas"/>
                <w:color w:val="222222"/>
                <w:sz w:val="19"/>
              </w:rPr>
              <w:t xml:space="preserve">    mae = mean_absolute_error(y_test, preds)</w:t>
            </w:r>
          </w:p>
          <w:p w14:paraId="6D477AA6" w14:textId="77777777" w:rsidR="007B4766" w:rsidRDefault="00000000">
            <w:pPr>
              <w:spacing w:after="0"/>
            </w:pPr>
            <w:r>
              <w:rPr>
                <w:rFonts w:ascii="Consolas" w:hAnsi="Consolas"/>
                <w:color w:val="222222"/>
                <w:sz w:val="19"/>
              </w:rPr>
              <w:t xml:space="preserve">    rmse = np.sqrt(mean_squared_error(y_test, preds))</w:t>
            </w:r>
          </w:p>
          <w:p w14:paraId="6A392F0F" w14:textId="77777777" w:rsidR="007B4766" w:rsidRDefault="00000000">
            <w:pPr>
              <w:spacing w:after="0"/>
            </w:pPr>
            <w:r>
              <w:rPr>
                <w:rFonts w:ascii="Consolas" w:hAnsi="Consolas"/>
                <w:color w:val="222222"/>
                <w:sz w:val="19"/>
              </w:rPr>
              <w:t xml:space="preserve">    r2 = r2_score(y_test, preds)</w:t>
            </w:r>
          </w:p>
          <w:p w14:paraId="2ECF3CEC" w14:textId="77777777" w:rsidR="007B4766" w:rsidRDefault="007B4766">
            <w:pPr>
              <w:spacing w:after="0"/>
            </w:pPr>
          </w:p>
          <w:p w14:paraId="5F6107D8" w14:textId="77777777" w:rsidR="007B4766" w:rsidRDefault="00000000">
            <w:pPr>
              <w:spacing w:after="0"/>
            </w:pPr>
            <w:r>
              <w:rPr>
                <w:rFonts w:ascii="Consolas" w:hAnsi="Consolas"/>
                <w:color w:val="222222"/>
                <w:sz w:val="19"/>
              </w:rPr>
              <w:t xml:space="preserve">    return {</w:t>
            </w:r>
          </w:p>
          <w:p w14:paraId="2876C8B4" w14:textId="77777777" w:rsidR="007B4766" w:rsidRDefault="00000000">
            <w:pPr>
              <w:spacing w:after="0"/>
            </w:pPr>
            <w:r>
              <w:rPr>
                <w:rFonts w:ascii="Consolas" w:hAnsi="Consolas"/>
                <w:color w:val="222222"/>
                <w:sz w:val="19"/>
              </w:rPr>
              <w:t xml:space="preserve">        "Алгоритм": name,</w:t>
            </w:r>
          </w:p>
          <w:p w14:paraId="6FFE760F" w14:textId="77777777" w:rsidR="007B4766" w:rsidRDefault="00000000">
            <w:pPr>
              <w:spacing w:after="0"/>
            </w:pPr>
            <w:r>
              <w:rPr>
                <w:rFonts w:ascii="Consolas" w:hAnsi="Consolas"/>
                <w:color w:val="222222"/>
                <w:sz w:val="19"/>
              </w:rPr>
              <w:t xml:space="preserve">        "MAE (мс)": f"{mae:.3f}",</w:t>
            </w:r>
          </w:p>
          <w:p w14:paraId="10040108" w14:textId="77777777" w:rsidR="007B4766" w:rsidRDefault="00000000">
            <w:pPr>
              <w:spacing w:after="0"/>
            </w:pPr>
            <w:r>
              <w:rPr>
                <w:rFonts w:ascii="Consolas" w:hAnsi="Consolas"/>
                <w:color w:val="222222"/>
                <w:sz w:val="19"/>
              </w:rPr>
              <w:t xml:space="preserve">        "RMSE (мс)": f"{rmse:.3f}",</w:t>
            </w:r>
          </w:p>
          <w:p w14:paraId="04A852D2" w14:textId="77777777" w:rsidR="007B4766" w:rsidRDefault="00000000">
            <w:pPr>
              <w:spacing w:after="0"/>
            </w:pPr>
            <w:r>
              <w:rPr>
                <w:rFonts w:ascii="Consolas" w:hAnsi="Consolas"/>
                <w:color w:val="222222"/>
                <w:sz w:val="19"/>
              </w:rPr>
              <w:t xml:space="preserve">        "R² Score": f"{r2:.4f}",</w:t>
            </w:r>
          </w:p>
          <w:p w14:paraId="487DFDA2" w14:textId="77777777" w:rsidR="007B4766" w:rsidRDefault="00000000">
            <w:pPr>
              <w:spacing w:after="0"/>
            </w:pPr>
            <w:r>
              <w:rPr>
                <w:rFonts w:ascii="Consolas" w:hAnsi="Consolas"/>
                <w:color w:val="222222"/>
                <w:sz w:val="19"/>
              </w:rPr>
              <w:t xml:space="preserve">        "Час навчання (мс)": f"{exec_time:.2f} мс",</w:t>
            </w:r>
          </w:p>
          <w:p w14:paraId="2478044C" w14:textId="77777777" w:rsidR="007B4766" w:rsidRDefault="00000000">
            <w:pPr>
              <w:spacing w:after="0"/>
            </w:pPr>
            <w:r>
              <w:rPr>
                <w:rFonts w:ascii="Consolas" w:hAnsi="Consolas"/>
                <w:color w:val="222222"/>
                <w:sz w:val="19"/>
              </w:rPr>
              <w:t xml:space="preserve">        "Пам'ять (КБ)": f"{peak_mem / 1024.0:.1f} КБ"</w:t>
            </w:r>
          </w:p>
          <w:p w14:paraId="2B49A649" w14:textId="77777777" w:rsidR="007B4766" w:rsidRDefault="00000000">
            <w:pPr>
              <w:spacing w:after="0"/>
            </w:pPr>
            <w:r>
              <w:rPr>
                <w:rFonts w:ascii="Consolas" w:hAnsi="Consolas"/>
                <w:color w:val="222222"/>
                <w:sz w:val="19"/>
              </w:rPr>
              <w:lastRenderedPageBreak/>
              <w:t xml:space="preserve">    }</w:t>
            </w:r>
          </w:p>
          <w:p w14:paraId="437D0DB8" w14:textId="77777777" w:rsidR="007B4766" w:rsidRDefault="007B4766">
            <w:pPr>
              <w:spacing w:after="0"/>
            </w:pPr>
          </w:p>
          <w:p w14:paraId="2F842576" w14:textId="77777777" w:rsidR="007B4766" w:rsidRDefault="00000000">
            <w:pPr>
              <w:spacing w:after="0"/>
            </w:pPr>
            <w:r>
              <w:rPr>
                <w:rFonts w:ascii="Consolas" w:hAnsi="Consolas"/>
                <w:color w:val="222222"/>
                <w:sz w:val="19"/>
              </w:rPr>
              <w:t>def main():</w:t>
            </w:r>
          </w:p>
          <w:p w14:paraId="7B9DDCA1" w14:textId="77777777" w:rsidR="007B4766" w:rsidRDefault="00000000">
            <w:pPr>
              <w:spacing w:after="0"/>
            </w:pPr>
            <w:r>
              <w:rPr>
                <w:rFonts w:ascii="Consolas" w:hAnsi="Consolas"/>
                <w:color w:val="222222"/>
                <w:sz w:val="19"/>
              </w:rPr>
              <w:t xml:space="preserve">    print("=" * 90)</w:t>
            </w:r>
          </w:p>
          <w:p w14:paraId="7226189A" w14:textId="77777777" w:rsidR="007B4766" w:rsidRDefault="00000000">
            <w:pPr>
              <w:spacing w:after="0"/>
            </w:pPr>
            <w:r>
              <w:rPr>
                <w:rFonts w:ascii="Consolas" w:hAnsi="Consolas"/>
                <w:color w:val="222222"/>
                <w:sz w:val="19"/>
              </w:rPr>
              <w:t xml:space="preserve">    print("  ЛАБОРАТОРНА РОБОТА №4: КЛАСИЧНЕ МАШИННЕ НАВЧАННЯ (PYTHON 3.10+)")</w:t>
            </w:r>
          </w:p>
          <w:p w14:paraId="3A8ABF8F" w14:textId="77777777" w:rsidR="007B4766" w:rsidRDefault="00000000">
            <w:pPr>
              <w:spacing w:after="0"/>
            </w:pPr>
            <w:r>
              <w:rPr>
                <w:rFonts w:ascii="Consolas" w:hAnsi="Consolas"/>
                <w:color w:val="222222"/>
                <w:sz w:val="19"/>
              </w:rPr>
              <w:t xml:space="preserve">    print("  ВАРІАНТ 12: Прогнозування мережевої затримки пакетів у кластері")</w:t>
            </w:r>
          </w:p>
          <w:p w14:paraId="77E3B546" w14:textId="77777777" w:rsidR="007B4766" w:rsidRDefault="00000000">
            <w:pPr>
              <w:spacing w:after="0"/>
            </w:pPr>
            <w:r>
              <w:rPr>
                <w:rFonts w:ascii="Consolas" w:hAnsi="Consolas"/>
                <w:color w:val="222222"/>
                <w:sz w:val="19"/>
              </w:rPr>
              <w:t xml:space="preserve">    print("=" * 90 + "\n")</w:t>
            </w:r>
          </w:p>
          <w:p w14:paraId="75AE46F2" w14:textId="77777777" w:rsidR="007B4766" w:rsidRDefault="007B4766">
            <w:pPr>
              <w:spacing w:after="0"/>
            </w:pPr>
          </w:p>
          <w:p w14:paraId="39E4B052" w14:textId="77777777" w:rsidR="007B4766" w:rsidRDefault="00000000">
            <w:pPr>
              <w:spacing w:after="0"/>
            </w:pPr>
            <w:r>
              <w:rPr>
                <w:rFonts w:ascii="Consolas" w:hAnsi="Consolas"/>
                <w:color w:val="222222"/>
                <w:sz w:val="19"/>
              </w:rPr>
              <w:t xml:space="preserve">    df = generate_synthetic_telemetry()</w:t>
            </w:r>
          </w:p>
          <w:p w14:paraId="154CFDC1" w14:textId="77777777" w:rsidR="007B4766" w:rsidRDefault="00000000">
            <w:pPr>
              <w:spacing w:after="0"/>
            </w:pPr>
            <w:r>
              <w:rPr>
                <w:rFonts w:ascii="Consolas" w:hAnsi="Consolas"/>
                <w:color w:val="222222"/>
                <w:sz w:val="19"/>
              </w:rPr>
              <w:t xml:space="preserve">    X = df.drop(columns=['Latency_ms'])</w:t>
            </w:r>
          </w:p>
          <w:p w14:paraId="45AF7EEC" w14:textId="77777777" w:rsidR="007B4766" w:rsidRDefault="00000000">
            <w:pPr>
              <w:spacing w:after="0"/>
            </w:pPr>
            <w:r>
              <w:rPr>
                <w:rFonts w:ascii="Consolas" w:hAnsi="Consolas"/>
                <w:color w:val="222222"/>
                <w:sz w:val="19"/>
              </w:rPr>
              <w:t xml:space="preserve">    y = df['Latency_ms']</w:t>
            </w:r>
          </w:p>
          <w:p w14:paraId="78A50B35" w14:textId="77777777" w:rsidR="007B4766" w:rsidRDefault="007B4766">
            <w:pPr>
              <w:spacing w:after="0"/>
            </w:pPr>
          </w:p>
          <w:p w14:paraId="6EABEA89" w14:textId="77777777" w:rsidR="007B4766" w:rsidRDefault="00000000">
            <w:pPr>
              <w:spacing w:after="0"/>
            </w:pPr>
            <w:r>
              <w:rPr>
                <w:rFonts w:ascii="Consolas" w:hAnsi="Consolas"/>
                <w:color w:val="222222"/>
                <w:sz w:val="19"/>
              </w:rPr>
              <w:t xml:space="preserve">    X_train, X_test, y_train, y_test = train_test_split(X, y, test_state=42, test_size=0.2)</w:t>
            </w:r>
          </w:p>
          <w:p w14:paraId="54517464" w14:textId="77777777" w:rsidR="007B4766" w:rsidRDefault="007B4766">
            <w:pPr>
              <w:spacing w:after="0"/>
            </w:pPr>
          </w:p>
          <w:p w14:paraId="53EB0C73" w14:textId="77777777" w:rsidR="007B4766" w:rsidRDefault="00000000">
            <w:pPr>
              <w:spacing w:after="0"/>
            </w:pPr>
            <w:r>
              <w:rPr>
                <w:rFonts w:ascii="Consolas" w:hAnsi="Consolas"/>
                <w:color w:val="222222"/>
                <w:sz w:val="19"/>
              </w:rPr>
              <w:t xml:space="preserve">    rf = RandomForestRegressor(n_estimators=100, max_depth=12, random_state=42)</w:t>
            </w:r>
          </w:p>
          <w:p w14:paraId="7B4975BC" w14:textId="77777777" w:rsidR="007B4766" w:rsidRDefault="00000000">
            <w:pPr>
              <w:spacing w:after="0"/>
            </w:pPr>
            <w:r>
              <w:rPr>
                <w:rFonts w:ascii="Consolas" w:hAnsi="Consolas"/>
                <w:color w:val="222222"/>
                <w:sz w:val="19"/>
              </w:rPr>
              <w:t xml:space="preserve">    gb = GradientBoostingRegressor(n_estimators=100, learning_rate=0.1, max_depth=5, random_state=42)</w:t>
            </w:r>
          </w:p>
          <w:p w14:paraId="4C36A4F5" w14:textId="77777777" w:rsidR="007B4766" w:rsidRDefault="007B4766">
            <w:pPr>
              <w:spacing w:after="0"/>
            </w:pPr>
          </w:p>
          <w:p w14:paraId="676327FD" w14:textId="77777777" w:rsidR="007B4766" w:rsidRDefault="00000000">
            <w:pPr>
              <w:spacing w:after="0"/>
            </w:pPr>
            <w:r>
              <w:rPr>
                <w:rFonts w:ascii="Consolas" w:hAnsi="Consolas"/>
                <w:color w:val="222222"/>
                <w:sz w:val="19"/>
              </w:rPr>
              <w:t xml:space="preserve">    res_rf = evaluate_model("Random Forest Regressor", rf, X_train, X_test, y_train, y_test)</w:t>
            </w:r>
          </w:p>
          <w:p w14:paraId="6201FEB5" w14:textId="77777777" w:rsidR="007B4766" w:rsidRDefault="00000000">
            <w:pPr>
              <w:spacing w:after="0"/>
            </w:pPr>
            <w:r>
              <w:rPr>
                <w:rFonts w:ascii="Consolas" w:hAnsi="Consolas"/>
                <w:color w:val="222222"/>
                <w:sz w:val="19"/>
              </w:rPr>
              <w:t xml:space="preserve">    res_gb = evaluate_model("Gradient Boosting Regressor", gb, X_train, X_test, y_train, y_test)</w:t>
            </w:r>
          </w:p>
          <w:p w14:paraId="019551E1" w14:textId="77777777" w:rsidR="007B4766" w:rsidRDefault="007B4766">
            <w:pPr>
              <w:spacing w:after="0"/>
            </w:pPr>
          </w:p>
          <w:p w14:paraId="5872DC55" w14:textId="77777777" w:rsidR="007B4766" w:rsidRDefault="00000000">
            <w:pPr>
              <w:spacing w:after="0"/>
            </w:pPr>
            <w:r>
              <w:rPr>
                <w:rFonts w:ascii="Consolas" w:hAnsi="Consolas"/>
                <w:color w:val="222222"/>
                <w:sz w:val="19"/>
              </w:rPr>
              <w:t xml:space="preserve">    results_df = pd.DataFrame([res_rf, res_gb])</w:t>
            </w:r>
          </w:p>
          <w:p w14:paraId="497BA08A" w14:textId="77777777" w:rsidR="007B4766" w:rsidRDefault="00000000">
            <w:pPr>
              <w:spacing w:after="0"/>
            </w:pPr>
            <w:r>
              <w:rPr>
                <w:rFonts w:ascii="Consolas" w:hAnsi="Consolas"/>
                <w:color w:val="222222"/>
                <w:sz w:val="19"/>
              </w:rPr>
              <w:t xml:space="preserve">    print(results_df.to_string(index=False))</w:t>
            </w:r>
          </w:p>
          <w:p w14:paraId="26CAB683" w14:textId="77777777" w:rsidR="007B4766" w:rsidRDefault="00000000">
            <w:pPr>
              <w:spacing w:after="0"/>
            </w:pPr>
            <w:r>
              <w:rPr>
                <w:rFonts w:ascii="Consolas" w:hAnsi="Consolas"/>
                <w:color w:val="222222"/>
                <w:sz w:val="19"/>
              </w:rPr>
              <w:t xml:space="preserve">    print("\n[УСПІШНО] Моделювання та оцінка метрик завершені.")</w:t>
            </w:r>
          </w:p>
          <w:p w14:paraId="49C8740A" w14:textId="77777777" w:rsidR="007B4766" w:rsidRDefault="007B4766">
            <w:pPr>
              <w:spacing w:after="0"/>
            </w:pPr>
          </w:p>
          <w:p w14:paraId="2A18832B" w14:textId="77777777" w:rsidR="007B4766" w:rsidRDefault="00000000">
            <w:pPr>
              <w:spacing w:after="0"/>
            </w:pPr>
            <w:r>
              <w:rPr>
                <w:rFonts w:ascii="Consolas" w:hAnsi="Consolas"/>
                <w:color w:val="222222"/>
                <w:sz w:val="19"/>
              </w:rPr>
              <w:t>if __name__ == '__main__':</w:t>
            </w:r>
          </w:p>
          <w:p w14:paraId="096CD2CE" w14:textId="77777777" w:rsidR="007B4766" w:rsidRDefault="00000000">
            <w:pPr>
              <w:spacing w:after="0"/>
            </w:pPr>
            <w:r>
              <w:rPr>
                <w:rFonts w:ascii="Consolas" w:hAnsi="Consolas"/>
                <w:color w:val="222222"/>
                <w:sz w:val="19"/>
              </w:rPr>
              <w:t xml:space="preserve">    main()</w:t>
            </w:r>
          </w:p>
        </w:tc>
      </w:tr>
    </w:tbl>
    <w:p w14:paraId="5C11065F" w14:textId="77777777" w:rsidR="007B4766" w:rsidRDefault="007B4766">
      <w:pPr>
        <w:spacing w:after="120"/>
      </w:pPr>
    </w:p>
    <w:p w14:paraId="142E5D88" w14:textId="77777777" w:rsidR="007B4766" w:rsidRDefault="00000000">
      <w:pPr>
        <w:keepNext/>
        <w:spacing w:before="320" w:after="120"/>
      </w:pPr>
      <w:r>
        <w:rPr>
          <w:rFonts w:ascii="Arial" w:hAnsi="Arial"/>
          <w:b/>
          <w:color w:val="003366"/>
          <w:sz w:val="32"/>
        </w:rPr>
        <w:t>5. ШАБЛОН ПОРІВНЯЛЬНОЇ ТАБЛИЦІ ТА ВИМОГИ ДО ЗВІТУ</w:t>
      </w:r>
    </w:p>
    <w:p w14:paraId="51C6D6EA" w14:textId="77777777" w:rsidR="007B4766" w:rsidRDefault="00000000">
      <w:r>
        <w:t>У фінальному звіті студент повинен надати таблицю порівняння результатів прогнозування кількома алгоритмами:</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1608"/>
        <w:gridCol w:w="1608"/>
        <w:gridCol w:w="1608"/>
        <w:gridCol w:w="1608"/>
        <w:gridCol w:w="1608"/>
        <w:gridCol w:w="1608"/>
      </w:tblGrid>
      <w:tr w:rsidR="007B4766" w14:paraId="4C074D19" w14:textId="77777777">
        <w:trPr>
          <w:jc w:val="center"/>
        </w:trPr>
        <w:tc>
          <w:tcPr>
            <w:tcW w:w="1608" w:type="dxa"/>
            <w:shd w:val="clear" w:color="auto" w:fill="003366"/>
          </w:tcPr>
          <w:p w14:paraId="542FA4CD" w14:textId="77777777" w:rsidR="007B4766" w:rsidRDefault="00000000">
            <w:pPr>
              <w:jc w:val="center"/>
            </w:pPr>
            <w:r>
              <w:rPr>
                <w:b/>
                <w:color w:val="FFFFFF"/>
                <w:sz w:val="19"/>
              </w:rPr>
              <w:t>Алгоритм</w:t>
            </w:r>
          </w:p>
        </w:tc>
        <w:tc>
          <w:tcPr>
            <w:tcW w:w="1608" w:type="dxa"/>
            <w:shd w:val="clear" w:color="auto" w:fill="003366"/>
          </w:tcPr>
          <w:p w14:paraId="42D2257D" w14:textId="77777777" w:rsidR="007B4766" w:rsidRDefault="00000000">
            <w:pPr>
              <w:jc w:val="center"/>
            </w:pPr>
            <w:r>
              <w:rPr>
                <w:b/>
                <w:color w:val="FFFFFF"/>
                <w:sz w:val="19"/>
              </w:rPr>
              <w:t>MAE (мс)</w:t>
            </w:r>
          </w:p>
        </w:tc>
        <w:tc>
          <w:tcPr>
            <w:tcW w:w="1608" w:type="dxa"/>
            <w:shd w:val="clear" w:color="auto" w:fill="003366"/>
          </w:tcPr>
          <w:p w14:paraId="12F4FE29" w14:textId="77777777" w:rsidR="007B4766" w:rsidRDefault="00000000">
            <w:pPr>
              <w:jc w:val="center"/>
            </w:pPr>
            <w:r>
              <w:rPr>
                <w:b/>
                <w:color w:val="FFFFFF"/>
                <w:sz w:val="19"/>
              </w:rPr>
              <w:t>RMSE (мс)</w:t>
            </w:r>
          </w:p>
        </w:tc>
        <w:tc>
          <w:tcPr>
            <w:tcW w:w="1608" w:type="dxa"/>
            <w:shd w:val="clear" w:color="auto" w:fill="003366"/>
          </w:tcPr>
          <w:p w14:paraId="5BC724E3" w14:textId="77777777" w:rsidR="007B4766" w:rsidRDefault="00000000">
            <w:pPr>
              <w:jc w:val="center"/>
            </w:pPr>
            <w:r>
              <w:rPr>
                <w:b/>
                <w:color w:val="FFFFFF"/>
                <w:sz w:val="19"/>
              </w:rPr>
              <w:t>R² Score</w:t>
            </w:r>
          </w:p>
        </w:tc>
        <w:tc>
          <w:tcPr>
            <w:tcW w:w="1608" w:type="dxa"/>
            <w:shd w:val="clear" w:color="auto" w:fill="003366"/>
          </w:tcPr>
          <w:p w14:paraId="01DF08F0" w14:textId="77777777" w:rsidR="007B4766" w:rsidRDefault="00000000">
            <w:pPr>
              <w:jc w:val="center"/>
            </w:pPr>
            <w:r>
              <w:rPr>
                <w:b/>
                <w:color w:val="FFFFFF"/>
                <w:sz w:val="19"/>
              </w:rPr>
              <w:t>Час навчання (мс)</w:t>
            </w:r>
          </w:p>
        </w:tc>
        <w:tc>
          <w:tcPr>
            <w:tcW w:w="1608" w:type="dxa"/>
            <w:shd w:val="clear" w:color="auto" w:fill="003366"/>
          </w:tcPr>
          <w:p w14:paraId="646684F3" w14:textId="77777777" w:rsidR="007B4766" w:rsidRDefault="00000000">
            <w:pPr>
              <w:jc w:val="center"/>
            </w:pPr>
            <w:r>
              <w:rPr>
                <w:b/>
                <w:color w:val="FFFFFF"/>
                <w:sz w:val="19"/>
              </w:rPr>
              <w:t>Пам'ять (КБ)</w:t>
            </w:r>
          </w:p>
        </w:tc>
      </w:tr>
      <w:tr w:rsidR="007B4766" w14:paraId="527355FF" w14:textId="77777777">
        <w:trPr>
          <w:jc w:val="center"/>
        </w:trPr>
        <w:tc>
          <w:tcPr>
            <w:tcW w:w="1608" w:type="dxa"/>
            <w:shd w:val="clear" w:color="auto" w:fill="F9FAFB"/>
          </w:tcPr>
          <w:p w14:paraId="4F259B5D" w14:textId="77777777" w:rsidR="007B4766" w:rsidRDefault="00000000">
            <w:pPr>
              <w:jc w:val="center"/>
            </w:pPr>
            <w:r>
              <w:rPr>
                <w:sz w:val="19"/>
              </w:rPr>
              <w:t>Random Forest Regressor</w:t>
            </w:r>
          </w:p>
        </w:tc>
        <w:tc>
          <w:tcPr>
            <w:tcW w:w="1608" w:type="dxa"/>
            <w:shd w:val="clear" w:color="auto" w:fill="F9FAFB"/>
          </w:tcPr>
          <w:p w14:paraId="70C60C1C" w14:textId="77777777" w:rsidR="007B4766" w:rsidRDefault="00000000">
            <w:pPr>
              <w:jc w:val="center"/>
            </w:pPr>
            <w:r>
              <w:rPr>
                <w:sz w:val="19"/>
              </w:rPr>
              <w:t>1.425</w:t>
            </w:r>
          </w:p>
        </w:tc>
        <w:tc>
          <w:tcPr>
            <w:tcW w:w="1608" w:type="dxa"/>
            <w:shd w:val="clear" w:color="auto" w:fill="F9FAFB"/>
          </w:tcPr>
          <w:p w14:paraId="78CB7964" w14:textId="77777777" w:rsidR="007B4766" w:rsidRDefault="00000000">
            <w:pPr>
              <w:jc w:val="center"/>
            </w:pPr>
            <w:r>
              <w:rPr>
                <w:sz w:val="19"/>
              </w:rPr>
              <w:t>1.890</w:t>
            </w:r>
          </w:p>
        </w:tc>
        <w:tc>
          <w:tcPr>
            <w:tcW w:w="1608" w:type="dxa"/>
            <w:shd w:val="clear" w:color="auto" w:fill="F9FAFB"/>
          </w:tcPr>
          <w:p w14:paraId="30FCEED6" w14:textId="77777777" w:rsidR="007B4766" w:rsidRDefault="00000000">
            <w:pPr>
              <w:jc w:val="center"/>
            </w:pPr>
            <w:r>
              <w:rPr>
                <w:sz w:val="19"/>
              </w:rPr>
              <w:t>0.9850</w:t>
            </w:r>
          </w:p>
        </w:tc>
        <w:tc>
          <w:tcPr>
            <w:tcW w:w="1608" w:type="dxa"/>
            <w:shd w:val="clear" w:color="auto" w:fill="F9FAFB"/>
          </w:tcPr>
          <w:p w14:paraId="726344CE" w14:textId="77777777" w:rsidR="007B4766" w:rsidRDefault="00000000">
            <w:pPr>
              <w:jc w:val="center"/>
            </w:pPr>
            <w:r>
              <w:rPr>
                <w:sz w:val="19"/>
              </w:rPr>
              <w:t>125.40 мс</w:t>
            </w:r>
          </w:p>
        </w:tc>
        <w:tc>
          <w:tcPr>
            <w:tcW w:w="1608" w:type="dxa"/>
            <w:shd w:val="clear" w:color="auto" w:fill="F9FAFB"/>
          </w:tcPr>
          <w:p w14:paraId="65539476" w14:textId="77777777" w:rsidR="007B4766" w:rsidRDefault="00000000">
            <w:pPr>
              <w:jc w:val="center"/>
            </w:pPr>
            <w:r>
              <w:rPr>
                <w:sz w:val="19"/>
              </w:rPr>
              <w:t>450.2 КБ</w:t>
            </w:r>
          </w:p>
        </w:tc>
      </w:tr>
      <w:tr w:rsidR="007B4766" w14:paraId="652ED575" w14:textId="77777777">
        <w:trPr>
          <w:jc w:val="center"/>
        </w:trPr>
        <w:tc>
          <w:tcPr>
            <w:tcW w:w="1608" w:type="dxa"/>
            <w:shd w:val="clear" w:color="auto" w:fill="FFFFFF"/>
          </w:tcPr>
          <w:p w14:paraId="2DB6FD64" w14:textId="77777777" w:rsidR="007B4766" w:rsidRDefault="00000000">
            <w:pPr>
              <w:jc w:val="center"/>
            </w:pPr>
            <w:r>
              <w:rPr>
                <w:sz w:val="19"/>
              </w:rPr>
              <w:t>Gradient Boosting Regressor</w:t>
            </w:r>
          </w:p>
        </w:tc>
        <w:tc>
          <w:tcPr>
            <w:tcW w:w="1608" w:type="dxa"/>
            <w:shd w:val="clear" w:color="auto" w:fill="FFFFFF"/>
          </w:tcPr>
          <w:p w14:paraId="6023B26D" w14:textId="77777777" w:rsidR="007B4766" w:rsidRDefault="00000000">
            <w:pPr>
              <w:jc w:val="center"/>
            </w:pPr>
            <w:r>
              <w:rPr>
                <w:sz w:val="19"/>
              </w:rPr>
              <w:t>1.120</w:t>
            </w:r>
          </w:p>
        </w:tc>
        <w:tc>
          <w:tcPr>
            <w:tcW w:w="1608" w:type="dxa"/>
            <w:shd w:val="clear" w:color="auto" w:fill="FFFFFF"/>
          </w:tcPr>
          <w:p w14:paraId="5480FC47" w14:textId="77777777" w:rsidR="007B4766" w:rsidRDefault="00000000">
            <w:pPr>
              <w:jc w:val="center"/>
            </w:pPr>
            <w:r>
              <w:rPr>
                <w:sz w:val="19"/>
              </w:rPr>
              <w:t>1.480</w:t>
            </w:r>
          </w:p>
        </w:tc>
        <w:tc>
          <w:tcPr>
            <w:tcW w:w="1608" w:type="dxa"/>
            <w:shd w:val="clear" w:color="auto" w:fill="FFFFFF"/>
          </w:tcPr>
          <w:p w14:paraId="735B1338" w14:textId="77777777" w:rsidR="007B4766" w:rsidRDefault="00000000">
            <w:pPr>
              <w:jc w:val="center"/>
            </w:pPr>
            <w:r>
              <w:rPr>
                <w:sz w:val="19"/>
              </w:rPr>
              <w:t>0.9910</w:t>
            </w:r>
          </w:p>
        </w:tc>
        <w:tc>
          <w:tcPr>
            <w:tcW w:w="1608" w:type="dxa"/>
            <w:shd w:val="clear" w:color="auto" w:fill="FFFFFF"/>
          </w:tcPr>
          <w:p w14:paraId="07FD4CF9" w14:textId="77777777" w:rsidR="007B4766" w:rsidRDefault="00000000">
            <w:pPr>
              <w:jc w:val="center"/>
            </w:pPr>
            <w:r>
              <w:rPr>
                <w:sz w:val="19"/>
              </w:rPr>
              <w:t>185.10 мс</w:t>
            </w:r>
          </w:p>
        </w:tc>
        <w:tc>
          <w:tcPr>
            <w:tcW w:w="1608" w:type="dxa"/>
            <w:shd w:val="clear" w:color="auto" w:fill="FFFFFF"/>
          </w:tcPr>
          <w:p w14:paraId="1B7EA93A" w14:textId="77777777" w:rsidR="007B4766" w:rsidRDefault="00000000">
            <w:pPr>
              <w:jc w:val="center"/>
            </w:pPr>
            <w:r>
              <w:rPr>
                <w:sz w:val="19"/>
              </w:rPr>
              <w:t>180.5 КБ</w:t>
            </w:r>
          </w:p>
        </w:tc>
      </w:tr>
    </w:tbl>
    <w:p w14:paraId="50BFDCF8" w14:textId="77777777" w:rsidR="00A43CD9" w:rsidRDefault="00A43CD9"/>
    <w:sectPr w:rsidR="00A43CD9"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7093659">
    <w:abstractNumId w:val="8"/>
  </w:num>
  <w:num w:numId="2" w16cid:durableId="816067331">
    <w:abstractNumId w:val="6"/>
  </w:num>
  <w:num w:numId="3" w16cid:durableId="1575823794">
    <w:abstractNumId w:val="5"/>
  </w:num>
  <w:num w:numId="4" w16cid:durableId="1771319007">
    <w:abstractNumId w:val="4"/>
  </w:num>
  <w:num w:numId="5" w16cid:durableId="544176978">
    <w:abstractNumId w:val="7"/>
  </w:num>
  <w:num w:numId="6" w16cid:durableId="878392598">
    <w:abstractNumId w:val="3"/>
  </w:num>
  <w:num w:numId="7" w16cid:durableId="65539895">
    <w:abstractNumId w:val="2"/>
  </w:num>
  <w:num w:numId="8" w16cid:durableId="2035692565">
    <w:abstractNumId w:val="1"/>
  </w:num>
  <w:num w:numId="9" w16cid:durableId="352341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112D"/>
    <w:rsid w:val="004E6084"/>
    <w:rsid w:val="007B4766"/>
    <w:rsid w:val="00A43CD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01A0DD"/>
  <w14:defaultImageDpi w14:val="300"/>
  <w15:docId w15:val="{9408362C-08ED-42F7-8E39-0EC372A8F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828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1772</Words>
  <Characters>10107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Oleksandr Prazdnikov</cp:lastModifiedBy>
  <cp:revision>3</cp:revision>
  <dcterms:created xsi:type="dcterms:W3CDTF">2013-12-23T23:15:00Z</dcterms:created>
  <dcterms:modified xsi:type="dcterms:W3CDTF">2026-09-29T12:43:00Z</dcterms:modified>
  <cp:category/>
</cp:coreProperties>
</file>