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05A5" w14:textId="2ABE2995" w:rsidR="004A2A11" w:rsidRDefault="00ED0015">
      <w:pPr>
        <w:jc w:val="center"/>
      </w:pPr>
      <w:r w:rsidRPr="00ED0015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№2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273F4636" w14:textId="77777777" w:rsidR="004A2A11" w:rsidRDefault="00000000">
      <w:pPr>
        <w:spacing w:before="120" w:after="360"/>
        <w:jc w:val="center"/>
      </w:pPr>
      <w:r>
        <w:rPr>
          <w:rFonts w:ascii="Arial" w:hAnsi="Arial"/>
          <w:b/>
          <w:sz w:val="26"/>
        </w:rPr>
        <w:t>Тема: «Оптимізація інженерної задачі метаевристичними алгоритмами на мові Python (Python 3.10+)»</w:t>
      </w:r>
    </w:p>
    <w:p w14:paraId="41755318" w14:textId="77777777" w:rsidR="004A2A11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1. МЕТА РОБОТИ ТА ТЕОРЕТИЧНІ ВІДОМОСТІ</w:t>
      </w:r>
    </w:p>
    <w:p w14:paraId="4D019284" w14:textId="77777777" w:rsidR="004A2A11" w:rsidRDefault="00000000">
      <w:r>
        <w:rPr>
          <w:b/>
        </w:rPr>
        <w:t xml:space="preserve">Мета роботи: </w:t>
      </w:r>
      <w:r>
        <w:t>Засвоїти практичні навички формалізації складних інженерних та обчислювальних задач у вигляді задач метаевристичної оптимізації, реалізувати Генетичний алгоритм (GA) та Алгоритм імітації відпалу (Simulated Annealing - SA) на мові Python (версії 3.10+), а також провести порівняльний аналіз їхньої ефективності та швидкості збіжності.</w:t>
      </w:r>
    </w:p>
    <w:p w14:paraId="505EA0C7" w14:textId="77777777" w:rsidR="004A2A11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1.1. Математична формалізація задачі метаевристичної оптимізації</w:t>
      </w:r>
    </w:p>
    <w:p w14:paraId="594ACF6D" w14:textId="77777777" w:rsidR="004A2A11" w:rsidRDefault="00000000">
      <w:r>
        <w:t>Задача метаевристичної оптимізації в загальному вигляді формулюється як пошук вектора рішень X = (x₁, x₂, ..., xₙ), що мінімізує (або максимізує) цільову функцію Fitness F(X):</w:t>
      </w:r>
      <w:r>
        <w:br/>
      </w:r>
      <w:r>
        <w:rPr>
          <w:b/>
        </w:rPr>
        <w:t xml:space="preserve">• Цільова функція: </w:t>
      </w:r>
      <w:r>
        <w:t>F(X) -&gt; min, де X ∈ S (простір допустимих рішень).</w:t>
      </w:r>
      <w:r>
        <w:br/>
      </w:r>
      <w:r>
        <w:rPr>
          <w:b/>
        </w:rPr>
        <w:t xml:space="preserve">• Обмеження (Constraints): </w:t>
      </w:r>
      <w:r>
        <w:t>g_i(X) &lt;= 0 та h_j(X) = 0. У разі порушення обмежень до цільової функції додається штрафна функція Penalty(X).</w:t>
      </w:r>
      <w:r>
        <w:br/>
      </w:r>
      <w:r>
        <w:rPr>
          <w:b/>
        </w:rPr>
        <w:t xml:space="preserve">• Штрафна функція: </w:t>
      </w:r>
      <w:r>
        <w:t>F_penalized(X) = F(X) + λ * sum(max(0, g_i(X))^2).</w:t>
      </w:r>
    </w:p>
    <w:p w14:paraId="26048056" w14:textId="77777777" w:rsidR="004A2A11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1.2. Теоретичні основи використаних метаевристик</w:t>
      </w:r>
    </w:p>
    <w:p w14:paraId="15BC20C3" w14:textId="77777777" w:rsidR="004A2A11" w:rsidRPr="00ED0015" w:rsidRDefault="00000000">
      <w:pPr>
        <w:rPr>
          <w:lang w:val="ru-RU"/>
        </w:rPr>
      </w:pPr>
      <w:r>
        <w:rPr>
          <w:b/>
        </w:rPr>
        <w:t>1. Генетичний алгоритм (Genetic Algorithm — GA):</w:t>
      </w:r>
      <w:r>
        <w:rPr>
          <w:b/>
        </w:rPr>
        <w:br/>
      </w:r>
      <w:r>
        <w:t>Еволюційний метод, що моделює природний добір. Оперує популяцією хромосом. Основні оператори:</w:t>
      </w:r>
      <w:r>
        <w:br/>
      </w:r>
      <w:r>
        <w:rPr>
          <w:i/>
        </w:rPr>
        <w:t xml:space="preserve"> - Селекція (Selection): </w:t>
      </w:r>
      <w:r>
        <w:t>вибір батьківських хромосом на основі пристосованості (Турнірна селекція або Рулетка).</w:t>
      </w:r>
      <w:r>
        <w:br/>
      </w:r>
      <w:r>
        <w:rPr>
          <w:i/>
        </w:rPr>
        <w:t xml:space="preserve"> - Кросовер (Crossover): </w:t>
      </w:r>
      <w:r>
        <w:t>обмін генетичним матеріалом між батьками з ймовірністю P_c.</w:t>
      </w:r>
      <w:r>
        <w:br/>
      </w:r>
      <w:r>
        <w:rPr>
          <w:i/>
        </w:rPr>
        <w:t xml:space="preserve"> - Мутація (Mutation): </w:t>
      </w:r>
      <w:r>
        <w:t>випадкова зміна генів з ймовірністю P_m для запобігання передчасної збіжності.</w:t>
      </w:r>
      <w:r>
        <w:br/>
      </w:r>
      <w:r>
        <w:rPr>
          <w:i/>
        </w:rPr>
        <w:t xml:space="preserve"> </w:t>
      </w:r>
      <w:r w:rsidRPr="00ED0015">
        <w:rPr>
          <w:i/>
          <w:lang w:val="ru-RU"/>
        </w:rPr>
        <w:t>- Елітизм (</w:t>
      </w:r>
      <w:r>
        <w:rPr>
          <w:i/>
        </w:rPr>
        <w:t>Elitism</w:t>
      </w:r>
      <w:r w:rsidRPr="00ED0015">
        <w:rPr>
          <w:i/>
          <w:lang w:val="ru-RU"/>
        </w:rPr>
        <w:t xml:space="preserve">): </w:t>
      </w:r>
      <w:r w:rsidRPr="00ED0015">
        <w:rPr>
          <w:lang w:val="ru-RU"/>
        </w:rPr>
        <w:t>збереження найкращих особей у наступне покоління без змін.</w:t>
      </w:r>
      <w:r w:rsidRPr="00ED0015">
        <w:rPr>
          <w:lang w:val="ru-RU"/>
        </w:rPr>
        <w:br/>
      </w:r>
      <w:r w:rsidRPr="00ED0015">
        <w:rPr>
          <w:lang w:val="ru-RU"/>
        </w:rPr>
        <w:br/>
      </w:r>
      <w:r w:rsidRPr="00ED0015">
        <w:rPr>
          <w:b/>
          <w:lang w:val="ru-RU"/>
        </w:rPr>
        <w:t>2. Алгоритм імітації відпалу (</w:t>
      </w:r>
      <w:r>
        <w:rPr>
          <w:b/>
        </w:rPr>
        <w:t>Simulated</w:t>
      </w:r>
      <w:r w:rsidRPr="00ED0015">
        <w:rPr>
          <w:b/>
          <w:lang w:val="ru-RU"/>
        </w:rPr>
        <w:t xml:space="preserve"> </w:t>
      </w:r>
      <w:r>
        <w:rPr>
          <w:b/>
        </w:rPr>
        <w:t>Annealing</w:t>
      </w:r>
      <w:r w:rsidRPr="00ED0015">
        <w:rPr>
          <w:b/>
          <w:lang w:val="ru-RU"/>
        </w:rPr>
        <w:t xml:space="preserve"> — </w:t>
      </w:r>
      <w:r>
        <w:rPr>
          <w:b/>
        </w:rPr>
        <w:t>SA</w:t>
      </w:r>
      <w:r w:rsidRPr="00ED0015">
        <w:rPr>
          <w:b/>
          <w:lang w:val="ru-RU"/>
        </w:rPr>
        <w:t>):</w:t>
      </w:r>
      <w:r w:rsidRPr="00ED0015">
        <w:rPr>
          <w:b/>
          <w:lang w:val="ru-RU"/>
        </w:rPr>
        <w:br/>
      </w:r>
      <w:r w:rsidRPr="00ED0015">
        <w:rPr>
          <w:lang w:val="ru-RU"/>
        </w:rPr>
        <w:t>Одноточковий метаевристичний метод, що моделює фізичний процес охолодження металу. Дозволяє приймати гірші рішення на початкових етапах для виходу з локальних оптимумів:</w:t>
      </w:r>
      <w:r w:rsidRPr="00ED0015">
        <w:rPr>
          <w:lang w:val="ru-RU"/>
        </w:rPr>
        <w:br/>
      </w:r>
      <w:r w:rsidRPr="00ED0015">
        <w:rPr>
          <w:i/>
          <w:lang w:val="ru-RU"/>
        </w:rPr>
        <w:t xml:space="preserve"> - Критерій Метрополіса: </w:t>
      </w:r>
      <w:r w:rsidRPr="00ED0015">
        <w:rPr>
          <w:lang w:val="ru-RU"/>
        </w:rPr>
        <w:t xml:space="preserve">якщо </w:t>
      </w:r>
      <w:r>
        <w:t>ΔF</w:t>
      </w:r>
      <w:r w:rsidRPr="00ED0015">
        <w:rPr>
          <w:lang w:val="ru-RU"/>
        </w:rPr>
        <w:t xml:space="preserve"> = </w:t>
      </w:r>
      <w:r>
        <w:t>F</w:t>
      </w:r>
      <w:r w:rsidRPr="00ED0015">
        <w:rPr>
          <w:lang w:val="ru-RU"/>
        </w:rPr>
        <w:t>(</w:t>
      </w:r>
      <w:r>
        <w:t>X</w:t>
      </w:r>
      <w:r w:rsidRPr="00ED0015">
        <w:rPr>
          <w:lang w:val="ru-RU"/>
        </w:rPr>
        <w:t>_</w:t>
      </w:r>
      <w:r>
        <w:t>new</w:t>
      </w:r>
      <w:r w:rsidRPr="00ED0015">
        <w:rPr>
          <w:lang w:val="ru-RU"/>
        </w:rPr>
        <w:t xml:space="preserve">) - </w:t>
      </w:r>
      <w:r>
        <w:t>F</w:t>
      </w:r>
      <w:r w:rsidRPr="00ED0015">
        <w:rPr>
          <w:lang w:val="ru-RU"/>
        </w:rPr>
        <w:t>(</w:t>
      </w:r>
      <w:r>
        <w:t>X</w:t>
      </w:r>
      <w:r w:rsidRPr="00ED0015">
        <w:rPr>
          <w:lang w:val="ru-RU"/>
        </w:rPr>
        <w:t>_</w:t>
      </w:r>
      <w:r>
        <w:t>curr</w:t>
      </w:r>
      <w:r w:rsidRPr="00ED0015">
        <w:rPr>
          <w:lang w:val="ru-RU"/>
        </w:rPr>
        <w:t xml:space="preserve">) &lt; 0, рішення приймається безумовно. Якщо </w:t>
      </w:r>
      <w:r>
        <w:t>ΔF</w:t>
      </w:r>
      <w:r w:rsidRPr="00ED0015">
        <w:rPr>
          <w:lang w:val="ru-RU"/>
        </w:rPr>
        <w:t xml:space="preserve"> &gt; 0, рішення приймається з ймовірністю </w:t>
      </w:r>
      <w:r>
        <w:t>P</w:t>
      </w:r>
      <w:r w:rsidRPr="00ED0015">
        <w:rPr>
          <w:lang w:val="ru-RU"/>
        </w:rPr>
        <w:t xml:space="preserve"> = </w:t>
      </w:r>
      <w:r>
        <w:t>exp</w:t>
      </w:r>
      <w:r w:rsidRPr="00ED0015">
        <w:rPr>
          <w:lang w:val="ru-RU"/>
        </w:rPr>
        <w:t>(-</w:t>
      </w:r>
      <w:r>
        <w:t>ΔF</w:t>
      </w:r>
      <w:r w:rsidRPr="00ED0015">
        <w:rPr>
          <w:lang w:val="ru-RU"/>
        </w:rPr>
        <w:t xml:space="preserve"> / </w:t>
      </w:r>
      <w:r>
        <w:t>T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i/>
          <w:lang w:val="ru-RU"/>
        </w:rPr>
        <w:lastRenderedPageBreak/>
        <w:t xml:space="preserve"> - Схема охолодження: </w:t>
      </w:r>
      <w:r w:rsidRPr="00ED0015">
        <w:rPr>
          <w:lang w:val="ru-RU"/>
        </w:rPr>
        <w:t xml:space="preserve">температура </w:t>
      </w:r>
      <w:r>
        <w:t>T</w:t>
      </w:r>
      <w:r w:rsidRPr="00ED0015">
        <w:rPr>
          <w:lang w:val="ru-RU"/>
        </w:rPr>
        <w:t xml:space="preserve"> знижується на кожному кроці за геометричним законом: </w:t>
      </w:r>
      <w:r>
        <w:t>T</w:t>
      </w:r>
      <w:r w:rsidRPr="00ED0015">
        <w:rPr>
          <w:lang w:val="ru-RU"/>
        </w:rPr>
        <w:t>_{</w:t>
      </w:r>
      <w:r>
        <w:t>k</w:t>
      </w:r>
      <w:r w:rsidRPr="00ED0015">
        <w:rPr>
          <w:lang w:val="ru-RU"/>
        </w:rPr>
        <w:t xml:space="preserve">+1} = </w:t>
      </w:r>
      <w:r>
        <w:t>α</w:t>
      </w:r>
      <w:r w:rsidRPr="00ED0015">
        <w:rPr>
          <w:lang w:val="ru-RU"/>
        </w:rPr>
        <w:t xml:space="preserve"> * </w:t>
      </w:r>
      <w:r>
        <w:t>T</w:t>
      </w:r>
      <w:r w:rsidRPr="00ED0015">
        <w:rPr>
          <w:lang w:val="ru-RU"/>
        </w:rPr>
        <w:t>_</w:t>
      </w:r>
      <w:r>
        <w:t>k</w:t>
      </w:r>
      <w:r w:rsidRPr="00ED0015">
        <w:rPr>
          <w:lang w:val="ru-RU"/>
        </w:rPr>
        <w:t xml:space="preserve">, де </w:t>
      </w:r>
      <w:r>
        <w:t>α</w:t>
      </w:r>
      <w:r w:rsidRPr="00ED0015">
        <w:rPr>
          <w:lang w:val="ru-RU"/>
        </w:rPr>
        <w:t xml:space="preserve"> ∈ [0.8, 0.99].</w:t>
      </w:r>
    </w:p>
    <w:p w14:paraId="6D41912F" w14:textId="77777777" w:rsidR="004A2A11" w:rsidRPr="00ED0015" w:rsidRDefault="00000000">
      <w:pPr>
        <w:keepNext/>
        <w:spacing w:before="320" w:after="120"/>
        <w:rPr>
          <w:lang w:val="ru-RU"/>
        </w:rPr>
      </w:pPr>
      <w:r w:rsidRPr="00ED0015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PYTHON</w:t>
      </w:r>
    </w:p>
    <w:p w14:paraId="076BA8B2" w14:textId="77777777" w:rsidR="004A2A11" w:rsidRDefault="00000000">
      <w:r w:rsidRPr="00ED0015">
        <w:rPr>
          <w:lang w:val="ru-RU"/>
        </w:rPr>
        <w:t xml:space="preserve">Проєкт будується як модульний додаток </w:t>
      </w:r>
      <w:r>
        <w:t>Python</w:t>
      </w:r>
      <w:r w:rsidRPr="00ED0015">
        <w:rPr>
          <w:lang w:val="ru-RU"/>
        </w:rPr>
        <w:t xml:space="preserve"> (версії 3.10+) із використанням ООП, стандартних бібліотек (</w:t>
      </w:r>
      <w:r>
        <w:t>random</w:t>
      </w:r>
      <w:r w:rsidRPr="00ED0015">
        <w:rPr>
          <w:lang w:val="ru-RU"/>
        </w:rPr>
        <w:t xml:space="preserve">, </w:t>
      </w:r>
      <w:r>
        <w:t>math</w:t>
      </w:r>
      <w:r w:rsidRPr="00ED0015">
        <w:rPr>
          <w:lang w:val="ru-RU"/>
        </w:rPr>
        <w:t xml:space="preserve">, </w:t>
      </w:r>
      <w:r>
        <w:t>time</w:t>
      </w:r>
      <w:r w:rsidRPr="00ED0015">
        <w:rPr>
          <w:lang w:val="ru-RU"/>
        </w:rPr>
        <w:t xml:space="preserve">, </w:t>
      </w:r>
      <w:r>
        <w:t>tracemalloc</w:t>
      </w:r>
      <w:r w:rsidRPr="00ED0015">
        <w:rPr>
          <w:lang w:val="ru-RU"/>
        </w:rPr>
        <w:t xml:space="preserve">, </w:t>
      </w:r>
      <w:r>
        <w:t>dataclasses</w:t>
      </w:r>
      <w:r w:rsidRPr="00ED0015">
        <w:rPr>
          <w:lang w:val="ru-RU"/>
        </w:rPr>
        <w:t xml:space="preserve">) та чистих стандартів коду </w:t>
      </w:r>
      <w:r>
        <w:t>PEP</w:t>
      </w:r>
      <w:r w:rsidRPr="00ED0015">
        <w:rPr>
          <w:lang w:val="ru-RU"/>
        </w:rPr>
        <w:t xml:space="preserve">8. </w:t>
      </w:r>
      <w:r>
        <w:t>Використання `.ipynb` файлів заборонено.</w:t>
      </w:r>
      <w:r>
        <w:br/>
      </w:r>
    </w:p>
    <w:p w14:paraId="48336870" w14:textId="77777777" w:rsidR="004A2A11" w:rsidRDefault="00000000">
      <w:r>
        <w:rPr>
          <w:b/>
        </w:rPr>
        <w:t>Структура проєкту Python: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A2A11" w14:paraId="0062CE9F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73A7E3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lab2_metaheuristics_python/</w:t>
            </w:r>
          </w:p>
          <w:p w14:paraId="1A098CB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config/</w:t>
            </w:r>
          </w:p>
          <w:p w14:paraId="7B67A53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config.yaml            # Конфігурація параметрів GA та SA</w:t>
            </w:r>
          </w:p>
          <w:p w14:paraId="52390D6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src/</w:t>
            </w:r>
          </w:p>
          <w:p w14:paraId="71C543D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__init__.py</w:t>
            </w:r>
          </w:p>
          <w:p w14:paraId="37C8C49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models.py              # Dataclasses для задач, вузлів та результатів</w:t>
            </w:r>
          </w:p>
          <w:p w14:paraId="2C2A5F9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problem.py             # Клас інженерної задачі (ClusterProblem / Fitness)</w:t>
            </w:r>
          </w:p>
          <w:p w14:paraId="70A13CE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ga_solver.py           # Реалізація Генетичного Алгоритму (GA)</w:t>
            </w:r>
          </w:p>
          <w:p w14:paraId="74AA541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sa_solver.py           # Реалізація Алгоритму Імітації Відпалу (SA)</w:t>
            </w:r>
          </w:p>
          <w:p w14:paraId="4568DF0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main.py                    # Скрипт виклику та порівняльного аналізу (Варіант 12)</w:t>
            </w:r>
          </w:p>
          <w:p w14:paraId="6341064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requirements.txt           # Залежності (pandas, tabulate, pyyaml)</w:t>
            </w:r>
          </w:p>
          <w:p w14:paraId="509BB45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README.md                  # Звіт із графіками збіжності та аналізом</w:t>
            </w:r>
          </w:p>
        </w:tc>
      </w:tr>
    </w:tbl>
    <w:p w14:paraId="699D48C8" w14:textId="77777777" w:rsidR="004A2A11" w:rsidRDefault="004A2A11">
      <w:pPr>
        <w:spacing w:after="120"/>
      </w:pPr>
    </w:p>
    <w:p w14:paraId="51FE0223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Обов'язкові метрики для виводу у консоль:</w:t>
      </w:r>
    </w:p>
    <w:p w14:paraId="18A4ED02" w14:textId="77777777" w:rsidR="004A2A11" w:rsidRPr="00ED0015" w:rsidRDefault="00000000">
      <w:pPr>
        <w:rPr>
          <w:lang w:val="ru-RU"/>
        </w:rPr>
      </w:pPr>
      <w:r w:rsidRPr="00ED0015">
        <w:rPr>
          <w:lang w:val="ru-RU"/>
        </w:rPr>
        <w:t xml:space="preserve">1. </w:t>
      </w:r>
      <w:r>
        <w:t>Best</w:t>
      </w:r>
      <w:r w:rsidRPr="00ED0015">
        <w:rPr>
          <w:lang w:val="ru-RU"/>
        </w:rPr>
        <w:t xml:space="preserve"> </w:t>
      </w:r>
      <w:r>
        <w:t>Fitness</w:t>
      </w:r>
      <w:r w:rsidRPr="00ED0015">
        <w:rPr>
          <w:lang w:val="ru-RU"/>
        </w:rPr>
        <w:t xml:space="preserve"> </w:t>
      </w:r>
      <w:r>
        <w:t>F</w:t>
      </w:r>
      <w:r w:rsidRPr="00ED0015">
        <w:rPr>
          <w:lang w:val="ru-RU"/>
        </w:rPr>
        <w:t>(</w:t>
      </w:r>
      <w:r>
        <w:t>X</w:t>
      </w:r>
      <w:r w:rsidRPr="00ED0015">
        <w:rPr>
          <w:lang w:val="ru-RU"/>
        </w:rPr>
        <w:t>) — найкраще значення цільової функції (менше = краще).</w:t>
      </w:r>
      <w:r w:rsidRPr="00ED0015">
        <w:rPr>
          <w:lang w:val="ru-RU"/>
        </w:rPr>
        <w:br/>
        <w:t xml:space="preserve">2. </w:t>
      </w:r>
      <w:r>
        <w:t>Makespan</w:t>
      </w:r>
      <w:r w:rsidRPr="00ED0015">
        <w:rPr>
          <w:lang w:val="ru-RU"/>
        </w:rPr>
        <w:t xml:space="preserve"> (</w:t>
      </w:r>
      <w:r>
        <w:t>sec</w:t>
      </w:r>
      <w:r w:rsidRPr="00ED0015">
        <w:rPr>
          <w:lang w:val="ru-RU"/>
        </w:rPr>
        <w:t>) — час виконання найдовшого вузла у кластері.</w:t>
      </w:r>
      <w:r w:rsidRPr="00ED0015">
        <w:rPr>
          <w:lang w:val="ru-RU"/>
        </w:rPr>
        <w:br/>
        <w:t xml:space="preserve">3. </w:t>
      </w:r>
      <w:r>
        <w:t>Energy</w:t>
      </w:r>
      <w:r w:rsidRPr="00ED0015">
        <w:rPr>
          <w:lang w:val="ru-RU"/>
        </w:rPr>
        <w:t xml:space="preserve"> (</w:t>
      </w:r>
      <w:r>
        <w:t>Wh</w:t>
      </w:r>
      <w:r w:rsidRPr="00ED0015">
        <w:rPr>
          <w:lang w:val="ru-RU"/>
        </w:rPr>
        <w:t>/</w:t>
      </w:r>
      <w:r>
        <w:t>J</w:t>
      </w:r>
      <w:r w:rsidRPr="00ED0015">
        <w:rPr>
          <w:lang w:val="ru-RU"/>
        </w:rPr>
        <w:t>) — сумарне споживання енергії кластером.</w:t>
      </w:r>
      <w:r w:rsidRPr="00ED0015">
        <w:rPr>
          <w:lang w:val="ru-RU"/>
        </w:rPr>
        <w:br/>
        <w:t xml:space="preserve">4. </w:t>
      </w:r>
      <w:r>
        <w:t>Iterations</w:t>
      </w:r>
      <w:r w:rsidRPr="00ED0015">
        <w:rPr>
          <w:lang w:val="ru-RU"/>
        </w:rPr>
        <w:t xml:space="preserve"> </w:t>
      </w:r>
      <w:r>
        <w:t>to</w:t>
      </w:r>
      <w:r w:rsidRPr="00ED0015">
        <w:rPr>
          <w:lang w:val="ru-RU"/>
        </w:rPr>
        <w:t xml:space="preserve"> </w:t>
      </w:r>
      <w:r>
        <w:t>Best</w:t>
      </w:r>
      <w:r w:rsidRPr="00ED0015">
        <w:rPr>
          <w:lang w:val="ru-RU"/>
        </w:rPr>
        <w:t xml:space="preserve"> — кількість ітерацій/поколінь до знаходження кращого рішення.</w:t>
      </w:r>
      <w:r w:rsidRPr="00ED0015">
        <w:rPr>
          <w:lang w:val="ru-RU"/>
        </w:rPr>
        <w:br/>
        <w:t xml:space="preserve">5. </w:t>
      </w:r>
      <w:r>
        <w:t>Execution</w:t>
      </w:r>
      <w:r w:rsidRPr="00ED0015">
        <w:rPr>
          <w:lang w:val="ru-RU"/>
        </w:rPr>
        <w:t xml:space="preserve"> </w:t>
      </w:r>
      <w:r>
        <w:t>Time</w:t>
      </w:r>
      <w:r w:rsidRPr="00ED0015">
        <w:rPr>
          <w:lang w:val="ru-RU"/>
        </w:rPr>
        <w:t xml:space="preserve"> (</w:t>
      </w:r>
      <w:r>
        <w:t>ms</w:t>
      </w:r>
      <w:r w:rsidRPr="00ED0015">
        <w:rPr>
          <w:lang w:val="ru-RU"/>
        </w:rPr>
        <w:t>) — час роботи метаевристики в мілісекундах (</w:t>
      </w:r>
      <w:r>
        <w:t>time</w:t>
      </w:r>
      <w:r w:rsidRPr="00ED0015">
        <w:rPr>
          <w:lang w:val="ru-RU"/>
        </w:rPr>
        <w:t>.</w:t>
      </w:r>
      <w:r>
        <w:t>perf</w:t>
      </w:r>
      <w:r w:rsidRPr="00ED0015">
        <w:rPr>
          <w:lang w:val="ru-RU"/>
        </w:rPr>
        <w:t>_</w:t>
      </w:r>
      <w:r>
        <w:t>counter</w:t>
      </w:r>
      <w:r w:rsidRPr="00ED0015">
        <w:rPr>
          <w:lang w:val="ru-RU"/>
        </w:rPr>
        <w:t>()).</w:t>
      </w:r>
      <w:r w:rsidRPr="00ED0015">
        <w:rPr>
          <w:lang w:val="ru-RU"/>
        </w:rPr>
        <w:br/>
        <w:t xml:space="preserve">6. </w:t>
      </w:r>
      <w:r>
        <w:t>Peak</w:t>
      </w:r>
      <w:r w:rsidRPr="00ED0015">
        <w:rPr>
          <w:lang w:val="ru-RU"/>
        </w:rPr>
        <w:t xml:space="preserve"> </w:t>
      </w:r>
      <w:r>
        <w:t>Memory</w:t>
      </w:r>
      <w:r w:rsidRPr="00ED0015">
        <w:rPr>
          <w:lang w:val="ru-RU"/>
        </w:rPr>
        <w:t xml:space="preserve"> (</w:t>
      </w:r>
      <w:r>
        <w:t>KB</w:t>
      </w:r>
      <w:r w:rsidRPr="00ED0015">
        <w:rPr>
          <w:lang w:val="ru-RU"/>
        </w:rPr>
        <w:t>) — пікове використання пам'яті (</w:t>
      </w:r>
      <w:r>
        <w:t>tracemalloc</w:t>
      </w:r>
      <w:r w:rsidRPr="00ED0015">
        <w:rPr>
          <w:lang w:val="ru-RU"/>
        </w:rPr>
        <w:t>).</w:t>
      </w:r>
    </w:p>
    <w:p w14:paraId="0A25159C" w14:textId="77777777" w:rsidR="004A2A11" w:rsidRPr="00ED0015" w:rsidRDefault="00000000">
      <w:pPr>
        <w:keepNext/>
        <w:spacing w:before="320" w:after="120"/>
        <w:rPr>
          <w:lang w:val="ru-RU"/>
        </w:rPr>
      </w:pPr>
      <w:r w:rsidRPr="00ED0015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4BBAB7C5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>): Оптимізація геометрії та компоновки радіатора охолодження (</w:t>
      </w:r>
      <w:r>
        <w:rPr>
          <w:rFonts w:ascii="Arial" w:hAnsi="Arial"/>
          <w:b/>
          <w:color w:val="006699"/>
          <w:sz w:val="26"/>
        </w:rPr>
        <w:t>Heat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Sink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Layout</w:t>
      </w:r>
      <w:r w:rsidRPr="00ED0015">
        <w:rPr>
          <w:rFonts w:ascii="Arial" w:hAnsi="Arial"/>
          <w:b/>
          <w:color w:val="006699"/>
          <w:sz w:val="26"/>
          <w:lang w:val="ru-RU"/>
        </w:rPr>
        <w:t>)</w:t>
      </w:r>
    </w:p>
    <w:p w14:paraId="5528DFF3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Конфігурація розміщення та геометричних розмірів $</w:t>
      </w:r>
      <w:r>
        <w:t>N</w:t>
      </w:r>
      <w:r w:rsidRPr="00ED0015">
        <w:rPr>
          <w:lang w:val="ru-RU"/>
        </w:rPr>
        <w:t>$ ребер радіатора на масиві.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Генетичний алгоритм (</w:t>
      </w:r>
      <w:r>
        <w:t>GA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Пошук роєм часток (</w:t>
      </w:r>
      <w:r>
        <w:t>PSO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теплового опору $</w:t>
      </w:r>
      <w:r>
        <w:t>R</w:t>
      </w:r>
      <w:r w:rsidRPr="00ED0015">
        <w:rPr>
          <w:lang w:val="ru-RU"/>
        </w:rPr>
        <w:t>_{</w:t>
      </w:r>
      <w:r>
        <w:t>th</w:t>
      </w:r>
      <w:r w:rsidRPr="00ED0015">
        <w:rPr>
          <w:lang w:val="ru-RU"/>
        </w:rPr>
        <w:t xml:space="preserve">}$ та маси радіатора за обмеженням на </w:t>
      </w:r>
      <w:r w:rsidRPr="00ED0015">
        <w:rPr>
          <w:lang w:val="ru-RU"/>
        </w:rPr>
        <w:lastRenderedPageBreak/>
        <w:t>максимальну температуру $</w:t>
      </w:r>
      <w:r>
        <w:t>T</w:t>
      </w:r>
      <w:r w:rsidRPr="00ED0015">
        <w:rPr>
          <w:lang w:val="ru-RU"/>
        </w:rPr>
        <w:t>_{</w:t>
      </w:r>
      <w:r>
        <w:t>max</w:t>
      </w:r>
      <w:r w:rsidRPr="00ED0015">
        <w:rPr>
          <w:lang w:val="ru-RU"/>
        </w:rPr>
        <w:t>} \</w:t>
      </w:r>
      <w:r>
        <w:t>le</w:t>
      </w:r>
      <w:r w:rsidRPr="00ED0015">
        <w:rPr>
          <w:lang w:val="ru-RU"/>
        </w:rPr>
        <w:t xml:space="preserve"> 85^\</w:t>
      </w:r>
      <w:r>
        <w:t>circ</w:t>
      </w:r>
      <w:r w:rsidRPr="00ED0015">
        <w:rPr>
          <w:lang w:val="ru-RU"/>
        </w:rPr>
        <w:t xml:space="preserve"> </w:t>
      </w:r>
      <w:r>
        <w:t>C</w:t>
      </w:r>
      <w:r w:rsidRPr="00ED0015">
        <w:rPr>
          <w:lang w:val="ru-RU"/>
        </w:rPr>
        <w:t>$.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Розрахувати оптимальний крок та товщину ребер для максимального відведення тепла.</w:t>
      </w:r>
    </w:p>
    <w:p w14:paraId="1C244FE3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ED0015">
        <w:rPr>
          <w:rFonts w:ascii="Arial" w:hAnsi="Arial"/>
          <w:b/>
          <w:color w:val="006699"/>
          <w:sz w:val="26"/>
          <w:lang w:val="ru-RU"/>
        </w:rPr>
        <w:t>): Оптимізація гіперпараметрів та структури глибинної нейронної мережі (</w:t>
      </w:r>
      <w:r>
        <w:rPr>
          <w:rFonts w:ascii="Arial" w:hAnsi="Arial"/>
          <w:b/>
          <w:color w:val="006699"/>
          <w:sz w:val="26"/>
        </w:rPr>
        <w:t>NAS</w:t>
      </w:r>
      <w:r w:rsidRPr="00ED0015">
        <w:rPr>
          <w:rFonts w:ascii="Arial" w:hAnsi="Arial"/>
          <w:b/>
          <w:color w:val="006699"/>
          <w:sz w:val="26"/>
          <w:lang w:val="ru-RU"/>
        </w:rPr>
        <w:t>)</w:t>
      </w:r>
    </w:p>
    <w:p w14:paraId="38196C71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 xml:space="preserve">Кількість слоїв, число нейронів, </w:t>
      </w:r>
      <w:r>
        <w:t>learning</w:t>
      </w:r>
      <w:r w:rsidRPr="00ED0015">
        <w:rPr>
          <w:lang w:val="ru-RU"/>
        </w:rPr>
        <w:t xml:space="preserve"> </w:t>
      </w:r>
      <w:r>
        <w:t>rate</w:t>
      </w:r>
      <w:r w:rsidRPr="00ED0015">
        <w:rPr>
          <w:lang w:val="ru-RU"/>
        </w:rPr>
        <w:t xml:space="preserve">, </w:t>
      </w:r>
      <w:r>
        <w:t>dropout</w:t>
      </w:r>
      <w:r w:rsidRPr="00ED0015">
        <w:rPr>
          <w:lang w:val="ru-RU"/>
        </w:rPr>
        <w:t xml:space="preserve"> </w:t>
      </w:r>
      <w:r>
        <w:t>rate</w:t>
      </w:r>
      <w:r w:rsidRPr="00ED0015">
        <w:rPr>
          <w:lang w:val="ru-RU"/>
        </w:rPr>
        <w:t>, тип активації.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Генетичний алгоритм (</w:t>
      </w:r>
      <w:r>
        <w:t>GA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Імітація відпалу (</w:t>
      </w:r>
      <w:r>
        <w:t>Simulated</w:t>
      </w:r>
      <w:r w:rsidRPr="00ED0015">
        <w:rPr>
          <w:lang w:val="ru-RU"/>
        </w:rPr>
        <w:t xml:space="preserve"> </w:t>
      </w:r>
      <w:r>
        <w:t>Annealing</w:t>
      </w:r>
      <w:r w:rsidRPr="00ED0015">
        <w:rPr>
          <w:lang w:val="ru-RU"/>
        </w:rPr>
        <w:t xml:space="preserve"> - </w:t>
      </w:r>
      <w:r>
        <w:t>SA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Максимізація точності (</w:t>
      </w:r>
      <w:r>
        <w:t>Validation</w:t>
      </w:r>
      <w:r w:rsidRPr="00ED0015">
        <w:rPr>
          <w:lang w:val="ru-RU"/>
        </w:rPr>
        <w:t xml:space="preserve"> </w:t>
      </w:r>
      <w:r>
        <w:t>Accuracy</w:t>
      </w:r>
      <w:r w:rsidRPr="00ED0015">
        <w:rPr>
          <w:lang w:val="ru-RU"/>
        </w:rPr>
        <w:t xml:space="preserve">) з штрафом за кількість параметрів та </w:t>
      </w:r>
      <w:r>
        <w:t>FLOPs</w:t>
      </w:r>
      <w:r w:rsidRPr="00ED0015">
        <w:rPr>
          <w:lang w:val="ru-RU"/>
        </w:rPr>
        <w:t>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 xml:space="preserve">Знайти компактну архітектуру нейромережі з високою точністю для </w:t>
      </w:r>
      <w:r>
        <w:t>Edge</w:t>
      </w:r>
      <w:r w:rsidRPr="00ED0015">
        <w:rPr>
          <w:lang w:val="ru-RU"/>
        </w:rPr>
        <w:t>-пристроїв.</w:t>
      </w:r>
    </w:p>
    <w:p w14:paraId="4261EEA3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): Оптимізація трасування та мінімізація довжини провідників на </w:t>
      </w:r>
      <w:r>
        <w:rPr>
          <w:rFonts w:ascii="Arial" w:hAnsi="Arial"/>
          <w:b/>
          <w:color w:val="006699"/>
          <w:sz w:val="26"/>
        </w:rPr>
        <w:t>PCB</w:t>
      </w:r>
    </w:p>
    <w:p w14:paraId="420CB6E9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Маршрути трасування $</w:t>
      </w:r>
      <w:r>
        <w:t>N</w:t>
      </w:r>
      <w:r w:rsidRPr="00ED0015">
        <w:rPr>
          <w:lang w:val="ru-RU"/>
        </w:rPr>
        <w:t>$ електричних кіл на багатошаровій друкованій платі.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Імітація відпалу (</w:t>
      </w:r>
      <w:r>
        <w:t>SA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Генетичний алгоритм (</w:t>
      </w:r>
      <w:r>
        <w:t>GA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загальної довжини провідників та кількості міжшарових переходів (</w:t>
      </w:r>
      <w:r>
        <w:t>Via</w:t>
      </w:r>
      <w:r w:rsidRPr="00ED0015">
        <w:rPr>
          <w:lang w:val="ru-RU"/>
        </w:rPr>
        <w:t xml:space="preserve"> </w:t>
      </w:r>
      <w:r>
        <w:t>Count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Зменшити паразитну індуктивність та накладні витрати на виготовлення плати.</w:t>
      </w:r>
    </w:p>
    <w:p w14:paraId="7CD1DE5C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ED0015">
        <w:rPr>
          <w:rFonts w:ascii="Arial" w:hAnsi="Arial"/>
          <w:b/>
          <w:color w:val="006699"/>
          <w:sz w:val="26"/>
          <w:lang w:val="ru-RU"/>
        </w:rPr>
        <w:t>): Розв’язання задачі пакування у контейнери для хмарних ВМ (</w:t>
      </w:r>
      <w:r>
        <w:rPr>
          <w:rFonts w:ascii="Arial" w:hAnsi="Arial"/>
          <w:b/>
          <w:color w:val="006699"/>
          <w:sz w:val="26"/>
        </w:rPr>
        <w:t>Bin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Packing</w:t>
      </w:r>
      <w:r w:rsidRPr="00ED0015">
        <w:rPr>
          <w:rFonts w:ascii="Arial" w:hAnsi="Arial"/>
          <w:b/>
          <w:color w:val="006699"/>
          <w:sz w:val="26"/>
          <w:lang w:val="ru-RU"/>
        </w:rPr>
        <w:t>)</w:t>
      </w:r>
    </w:p>
    <w:p w14:paraId="1A4C67D6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Розподіл $</w:t>
      </w:r>
      <w:r>
        <w:t>N</w:t>
      </w:r>
      <w:r w:rsidRPr="00ED0015">
        <w:rPr>
          <w:lang w:val="ru-RU"/>
        </w:rPr>
        <w:t>$ віртуальних машин за $</w:t>
      </w:r>
      <w:r>
        <w:t>M</w:t>
      </w:r>
      <w:r w:rsidRPr="00ED0015">
        <w:rPr>
          <w:lang w:val="ru-RU"/>
        </w:rPr>
        <w:t>$ фізичними серверами дата-центру.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Генетичний алгоритм (</w:t>
      </w:r>
      <w:r>
        <w:t>GA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Алгоритм мурашиної колонії (</w:t>
      </w:r>
      <w:r>
        <w:t>ACO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кількості активних фізичних серверів та дисбалансу навантаження (</w:t>
      </w:r>
      <w:r>
        <w:t>CPU</w:t>
      </w:r>
      <w:r w:rsidRPr="00ED0015">
        <w:rPr>
          <w:lang w:val="ru-RU"/>
        </w:rPr>
        <w:t>/</w:t>
      </w:r>
      <w:r>
        <w:t>RAM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Максимізувати щільність упаковки ВМ для енергозбереження дата-центру.</w:t>
      </w:r>
    </w:p>
    <w:p w14:paraId="00382C53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): Оптимізація енергоспоживання та частот ядер у багатоядерних </w:t>
      </w:r>
      <w:r>
        <w:rPr>
          <w:rFonts w:ascii="Arial" w:hAnsi="Arial"/>
          <w:b/>
          <w:color w:val="006699"/>
          <w:sz w:val="26"/>
        </w:rPr>
        <w:t>SoC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DVFS</w:t>
      </w:r>
      <w:r w:rsidRPr="00ED0015">
        <w:rPr>
          <w:rFonts w:ascii="Arial" w:hAnsi="Arial"/>
          <w:b/>
          <w:color w:val="006699"/>
          <w:sz w:val="26"/>
          <w:lang w:val="ru-RU"/>
        </w:rPr>
        <w:t>)</w:t>
      </w:r>
    </w:p>
    <w:p w14:paraId="06092CBF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Встановлення рівнів напруги та частоти (</w:t>
      </w:r>
      <w:r>
        <w:t>Voltage</w:t>
      </w:r>
      <w:r w:rsidRPr="00ED0015">
        <w:rPr>
          <w:lang w:val="ru-RU"/>
        </w:rPr>
        <w:t>/</w:t>
      </w:r>
      <w:r>
        <w:t>Frequency</w:t>
      </w:r>
      <w:r w:rsidRPr="00ED0015">
        <w:rPr>
          <w:lang w:val="ru-RU"/>
        </w:rPr>
        <w:t xml:space="preserve"> </w:t>
      </w:r>
      <w:r>
        <w:t>levels</w:t>
      </w:r>
      <w:r w:rsidRPr="00ED0015">
        <w:rPr>
          <w:lang w:val="ru-RU"/>
        </w:rPr>
        <w:t>) для кожної задачі.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Пошук роєм часток (</w:t>
      </w:r>
      <w:r>
        <w:t>PSO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Імітація відпалу (</w:t>
      </w:r>
      <w:r>
        <w:t>SA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сумарної споживаної енергії $</w:t>
      </w:r>
      <w:r>
        <w:t>E</w:t>
      </w:r>
      <w:r w:rsidRPr="00ED0015">
        <w:rPr>
          <w:lang w:val="ru-RU"/>
        </w:rPr>
        <w:t xml:space="preserve"> = \</w:t>
      </w:r>
      <w:r>
        <w:t>sum</w:t>
      </w:r>
      <w:r w:rsidRPr="00ED0015">
        <w:rPr>
          <w:lang w:val="ru-RU"/>
        </w:rPr>
        <w:t xml:space="preserve"> </w:t>
      </w:r>
      <w:r>
        <w:t>P</w:t>
      </w:r>
      <w:r w:rsidRPr="00ED0015">
        <w:rPr>
          <w:lang w:val="ru-RU"/>
        </w:rPr>
        <w:t>_</w:t>
      </w:r>
      <w:r>
        <w:t>i</w:t>
      </w:r>
      <w:r w:rsidRPr="00ED0015">
        <w:rPr>
          <w:lang w:val="ru-RU"/>
        </w:rPr>
        <w:t xml:space="preserve"> \</w:t>
      </w:r>
      <w:r>
        <w:t>cdot</w:t>
      </w:r>
      <w:r w:rsidRPr="00ED0015">
        <w:rPr>
          <w:lang w:val="ru-RU"/>
        </w:rPr>
        <w:t xml:space="preserve"> </w:t>
      </w:r>
      <w:r>
        <w:t>t</w:t>
      </w:r>
      <w:r w:rsidRPr="00ED0015">
        <w:rPr>
          <w:lang w:val="ru-RU"/>
        </w:rPr>
        <w:t>_</w:t>
      </w:r>
      <w:r>
        <w:t>i</w:t>
      </w:r>
      <w:r w:rsidRPr="00ED0015">
        <w:rPr>
          <w:lang w:val="ru-RU"/>
        </w:rPr>
        <w:t>$ при виконанні дедлайнів.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 xml:space="preserve">Знайти оптимальний профіль </w:t>
      </w:r>
      <w:r>
        <w:t>DVFS</w:t>
      </w:r>
      <w:r w:rsidRPr="00ED0015">
        <w:rPr>
          <w:lang w:val="ru-RU"/>
        </w:rPr>
        <w:t xml:space="preserve"> для мінімізації розряду акумулятора.</w:t>
      </w:r>
    </w:p>
    <w:p w14:paraId="29063E88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lastRenderedPageBreak/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): Оптимізація параметрів векторного індексу </w:t>
      </w:r>
      <w:r>
        <w:rPr>
          <w:rFonts w:ascii="Arial" w:hAnsi="Arial"/>
          <w:b/>
          <w:color w:val="006699"/>
          <w:sz w:val="26"/>
        </w:rPr>
        <w:t>HNSW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 для СУБД/</w:t>
      </w:r>
      <w:r>
        <w:rPr>
          <w:rFonts w:ascii="Arial" w:hAnsi="Arial"/>
          <w:b/>
          <w:color w:val="006699"/>
          <w:sz w:val="26"/>
        </w:rPr>
        <w:t>RAG</w:t>
      </w:r>
    </w:p>
    <w:p w14:paraId="6F99B085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 xml:space="preserve">Параметри побудови графа </w:t>
      </w:r>
      <w:r>
        <w:t>HNSW</w:t>
      </w:r>
      <w:r w:rsidRPr="00ED0015">
        <w:rPr>
          <w:lang w:val="ru-RU"/>
        </w:rPr>
        <w:t>: $</w:t>
      </w:r>
      <w:r>
        <w:t>M</w:t>
      </w:r>
      <w:r w:rsidRPr="00ED0015">
        <w:rPr>
          <w:lang w:val="ru-RU"/>
        </w:rPr>
        <w:t>$ (число зв'язків), $</w:t>
      </w:r>
      <w:r>
        <w:t>efConstruction</w:t>
      </w:r>
      <w:r w:rsidRPr="00ED0015">
        <w:rPr>
          <w:lang w:val="ru-RU"/>
        </w:rPr>
        <w:t>$, $</w:t>
      </w:r>
      <w:r>
        <w:t>efSearch</w:t>
      </w:r>
      <w:r w:rsidRPr="00ED0015">
        <w:rPr>
          <w:lang w:val="ru-RU"/>
        </w:rPr>
        <w:t>$.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Генетичний алгоритм (</w:t>
      </w:r>
      <w:r>
        <w:t>GA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Диференціальна еволюція (</w:t>
      </w:r>
      <w:r>
        <w:t>DE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Максимізація точності пошуку (</w:t>
      </w:r>
      <w:r>
        <w:t>Recall</w:t>
      </w:r>
      <w:r w:rsidRPr="00ED0015">
        <w:rPr>
          <w:lang w:val="ru-RU"/>
        </w:rPr>
        <w:t>@</w:t>
      </w:r>
      <w:r>
        <w:t>K</w:t>
      </w:r>
      <w:r w:rsidRPr="00ED0015">
        <w:rPr>
          <w:lang w:val="ru-RU"/>
        </w:rPr>
        <w:t xml:space="preserve">) при обмеженні на затримку </w:t>
      </w:r>
      <w:r>
        <w:t>Latency</w:t>
      </w:r>
      <w:r w:rsidRPr="00ED0015">
        <w:rPr>
          <w:lang w:val="ru-RU"/>
        </w:rPr>
        <w:t xml:space="preserve"> $\</w:t>
      </w:r>
      <w:r>
        <w:t>le</w:t>
      </w:r>
      <w:r w:rsidRPr="00ED0015">
        <w:rPr>
          <w:lang w:val="ru-RU"/>
        </w:rPr>
        <w:t xml:space="preserve"> 2$ мс.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Підібрати конфігурацію векторного індексу для швидкого гібридного пошуку.</w:t>
      </w:r>
    </w:p>
    <w:p w14:paraId="7615D26A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>): Оптимізація топології та покриття бездротової сенсорної мережі (</w:t>
      </w:r>
      <w:r>
        <w:rPr>
          <w:rFonts w:ascii="Arial" w:hAnsi="Arial"/>
          <w:b/>
          <w:color w:val="006699"/>
          <w:sz w:val="26"/>
        </w:rPr>
        <w:t>WSN</w:t>
      </w:r>
      <w:r w:rsidRPr="00ED0015">
        <w:rPr>
          <w:rFonts w:ascii="Arial" w:hAnsi="Arial"/>
          <w:b/>
          <w:color w:val="006699"/>
          <w:sz w:val="26"/>
          <w:lang w:val="ru-RU"/>
        </w:rPr>
        <w:t>)</w:t>
      </w:r>
    </w:p>
    <w:p w14:paraId="3E362AEA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Координати розміщення $</w:t>
      </w:r>
      <w:r>
        <w:t>N</w:t>
      </w:r>
      <w:r w:rsidRPr="00ED0015">
        <w:rPr>
          <w:lang w:val="ru-RU"/>
        </w:rPr>
        <w:t>$ сенсорних вузлів на площині приміщення/цеху.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Пошук роєм часток (</w:t>
      </w:r>
      <w:r>
        <w:t>PSO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Генетичний алгоритм (</w:t>
      </w:r>
      <w:r>
        <w:t>GA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Максимізація площі покриття сигналом при мінімізації зон перекриття та енерговитрат.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Забезпечити 100% покриття критичних зон мінімальною кількістю датчиків.</w:t>
      </w:r>
    </w:p>
    <w:p w14:paraId="3F1916F8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ED0015">
        <w:rPr>
          <w:rFonts w:ascii="Arial" w:hAnsi="Arial"/>
          <w:b/>
          <w:color w:val="006699"/>
          <w:sz w:val="26"/>
          <w:lang w:val="ru-RU"/>
        </w:rPr>
        <w:t>): Оптимізація портфеля проектів розробки ПЗ (</w:t>
      </w:r>
      <w:r>
        <w:rPr>
          <w:rFonts w:ascii="Arial" w:hAnsi="Arial"/>
          <w:b/>
          <w:color w:val="006699"/>
          <w:sz w:val="26"/>
        </w:rPr>
        <w:t>Software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Portfolio</w:t>
      </w:r>
      <w:r w:rsidRPr="00ED0015">
        <w:rPr>
          <w:rFonts w:ascii="Arial" w:hAnsi="Arial"/>
          <w:b/>
          <w:color w:val="006699"/>
          <w:sz w:val="26"/>
          <w:lang w:val="ru-RU"/>
        </w:rPr>
        <w:t>)</w:t>
      </w:r>
    </w:p>
    <w:p w14:paraId="4092F844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Бінарний вектор включення $</w:t>
      </w:r>
      <w:r>
        <w:t>N</w:t>
      </w:r>
      <w:r w:rsidRPr="00ED0015">
        <w:rPr>
          <w:lang w:val="ru-RU"/>
        </w:rPr>
        <w:t xml:space="preserve">$ </w:t>
      </w:r>
      <w:r>
        <w:t>IT</w:t>
      </w:r>
      <w:r w:rsidRPr="00ED0015">
        <w:rPr>
          <w:lang w:val="ru-RU"/>
        </w:rPr>
        <w:t>-проєктів до річного плану розробки.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Генетичний алгоритм (</w:t>
      </w:r>
      <w:r>
        <w:t>GA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Імітація відпалу (</w:t>
      </w:r>
      <w:r>
        <w:t>SA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Максимізація сумарного прибутку (</w:t>
      </w:r>
      <w:r>
        <w:t>ROI</w:t>
      </w:r>
      <w:r w:rsidRPr="00ED0015">
        <w:rPr>
          <w:lang w:val="ru-RU"/>
        </w:rPr>
        <w:t>) з урахуванням бюджетних та кадрових обмежень.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Сформувати оптимальний портфель проєктів при обмежених ресурсах команд.</w:t>
      </w:r>
    </w:p>
    <w:p w14:paraId="614B302D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>): Оптимізація траєкторії та витрати палива БПЛА у рельєфній місцевості</w:t>
      </w:r>
    </w:p>
    <w:p w14:paraId="1C8428A2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Послідовність 3</w:t>
      </w:r>
      <w:r>
        <w:t>D</w:t>
      </w:r>
      <w:r w:rsidRPr="00ED0015">
        <w:rPr>
          <w:lang w:val="ru-RU"/>
        </w:rPr>
        <w:t xml:space="preserve"> опорних точок (</w:t>
      </w:r>
      <w:r>
        <w:t>Waypoints</w:t>
      </w:r>
      <w:r w:rsidRPr="00ED0015">
        <w:rPr>
          <w:lang w:val="ru-RU"/>
        </w:rPr>
        <w:t>) маршруту полету дрона.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Пошук роєм часток (</w:t>
      </w:r>
      <w:r>
        <w:t>PSO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Генетичний алгоритм (</w:t>
      </w:r>
      <w:r>
        <w:t>GA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довжини шляху та витрати енергії з обходом висотних перешкод.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Побудувати безпечний та енергоефективний 3</w:t>
      </w:r>
      <w:r>
        <w:t>D</w:t>
      </w:r>
      <w:r w:rsidRPr="00ED0015">
        <w:rPr>
          <w:lang w:val="ru-RU"/>
        </w:rPr>
        <w:t>-маршрут полету.</w:t>
      </w:r>
    </w:p>
    <w:p w14:paraId="1517931D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): Оптимізація плану виконання складних </w:t>
      </w:r>
      <w:r>
        <w:rPr>
          <w:rFonts w:ascii="Arial" w:hAnsi="Arial"/>
          <w:b/>
          <w:color w:val="006699"/>
          <w:sz w:val="26"/>
        </w:rPr>
        <w:t>SQL</w:t>
      </w:r>
      <w:r w:rsidRPr="00ED0015">
        <w:rPr>
          <w:rFonts w:ascii="Arial" w:hAnsi="Arial"/>
          <w:b/>
          <w:color w:val="006699"/>
          <w:sz w:val="26"/>
          <w:lang w:val="ru-RU"/>
        </w:rPr>
        <w:t>-запитів СУБД</w:t>
      </w:r>
    </w:p>
    <w:p w14:paraId="44738538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Порядок з'єднання таблиць (</w:t>
      </w:r>
      <w:r>
        <w:t>Join</w:t>
      </w:r>
      <w:r w:rsidRPr="00ED0015">
        <w:rPr>
          <w:lang w:val="ru-RU"/>
        </w:rPr>
        <w:t xml:space="preserve"> </w:t>
      </w:r>
      <w:r>
        <w:t>Order</w:t>
      </w:r>
      <w:r w:rsidRPr="00ED0015">
        <w:rPr>
          <w:lang w:val="ru-RU"/>
        </w:rPr>
        <w:t>) та вибір типів алгоритмів (</w:t>
      </w:r>
      <w:r>
        <w:t>Hash</w:t>
      </w:r>
      <w:r w:rsidRPr="00ED0015">
        <w:rPr>
          <w:lang w:val="ru-RU"/>
        </w:rPr>
        <w:t xml:space="preserve"> </w:t>
      </w:r>
      <w:r>
        <w:t>Join</w:t>
      </w:r>
      <w:r w:rsidRPr="00ED0015">
        <w:rPr>
          <w:lang w:val="ru-RU"/>
        </w:rPr>
        <w:t xml:space="preserve">, </w:t>
      </w:r>
      <w:r>
        <w:t>Index</w:t>
      </w:r>
      <w:r w:rsidRPr="00ED0015">
        <w:rPr>
          <w:lang w:val="ru-RU"/>
        </w:rPr>
        <w:t xml:space="preserve"> </w:t>
      </w:r>
      <w:r>
        <w:t>Join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Імітація відпалу (</w:t>
      </w:r>
      <w:r>
        <w:t>SA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Генетичний алгоритм (</w:t>
      </w:r>
      <w:r>
        <w:t>GA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вартісної функції СУБД (</w:t>
      </w:r>
      <w:r>
        <w:t>Cost</w:t>
      </w:r>
      <w:r w:rsidRPr="00ED0015">
        <w:rPr>
          <w:lang w:val="ru-RU"/>
        </w:rPr>
        <w:t xml:space="preserve"> </w:t>
      </w:r>
      <w:r>
        <w:t>Estimation</w:t>
      </w:r>
      <w:r w:rsidRPr="00ED0015">
        <w:rPr>
          <w:lang w:val="ru-RU"/>
        </w:rPr>
        <w:t xml:space="preserve">: </w:t>
      </w:r>
      <w:r>
        <w:t>I</w:t>
      </w:r>
      <w:r w:rsidRPr="00ED0015">
        <w:rPr>
          <w:lang w:val="ru-RU"/>
        </w:rPr>
        <w:t>/</w:t>
      </w:r>
      <w:r>
        <w:t>O</w:t>
      </w:r>
      <w:r w:rsidRPr="00ED0015">
        <w:rPr>
          <w:lang w:val="ru-RU"/>
        </w:rPr>
        <w:t xml:space="preserve"> + </w:t>
      </w:r>
      <w:r>
        <w:t>CPU</w:t>
      </w:r>
      <w:r w:rsidRPr="00ED0015">
        <w:rPr>
          <w:lang w:val="ru-RU"/>
        </w:rPr>
        <w:t xml:space="preserve"> </w:t>
      </w:r>
      <w:r>
        <w:t>cycles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 xml:space="preserve">Прискорити виконання критичних аналітичних </w:t>
      </w:r>
      <w:r>
        <w:t>SQL</w:t>
      </w:r>
      <w:r w:rsidRPr="00ED0015">
        <w:rPr>
          <w:lang w:val="ru-RU"/>
        </w:rPr>
        <w:t>-запитів у СУБД.</w:t>
      </w:r>
    </w:p>
    <w:p w14:paraId="1ECA8C56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lastRenderedPageBreak/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>): Оптимізація параметрів цифрового ПІД-регулятора маніпулятора</w:t>
      </w:r>
    </w:p>
    <w:p w14:paraId="5B7694A9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Коефіцієнти підсилення ПІД-регулятора: $</w:t>
      </w:r>
      <w:r>
        <w:t>K</w:t>
      </w:r>
      <w:r w:rsidRPr="00ED0015">
        <w:rPr>
          <w:lang w:val="ru-RU"/>
        </w:rPr>
        <w:t>_</w:t>
      </w:r>
      <w:r>
        <w:t>p</w:t>
      </w:r>
      <w:r w:rsidRPr="00ED0015">
        <w:rPr>
          <w:lang w:val="ru-RU"/>
        </w:rPr>
        <w:t>$, $</w:t>
      </w:r>
      <w:r>
        <w:t>K</w:t>
      </w:r>
      <w:r w:rsidRPr="00ED0015">
        <w:rPr>
          <w:lang w:val="ru-RU"/>
        </w:rPr>
        <w:t>_</w:t>
      </w:r>
      <w:r>
        <w:t>i</w:t>
      </w:r>
      <w:r w:rsidRPr="00ED0015">
        <w:rPr>
          <w:lang w:val="ru-RU"/>
        </w:rPr>
        <w:t>$, $</w:t>
      </w:r>
      <w:r>
        <w:t>K</w:t>
      </w:r>
      <w:r w:rsidRPr="00ED0015">
        <w:rPr>
          <w:lang w:val="ru-RU"/>
        </w:rPr>
        <w:t>_</w:t>
      </w:r>
      <w:r>
        <w:t>d</w:t>
      </w:r>
      <w:r w:rsidRPr="00ED0015">
        <w:rPr>
          <w:lang w:val="ru-RU"/>
        </w:rPr>
        <w:t>$.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Пошук роєм часток (</w:t>
      </w:r>
      <w:r>
        <w:t>PSO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Диференціальна еволюція (</w:t>
      </w:r>
      <w:r>
        <w:t>DE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інтегральної помилки (</w:t>
      </w:r>
      <w:r>
        <w:t>ITAE</w:t>
      </w:r>
      <w:r w:rsidRPr="00ED0015">
        <w:rPr>
          <w:lang w:val="ru-RU"/>
        </w:rPr>
        <w:t>) та перерегулювання (</w:t>
      </w:r>
      <w:r>
        <w:t>Overshoot</w:t>
      </w:r>
      <w:r w:rsidRPr="00ED0015">
        <w:rPr>
          <w:lang w:val="ru-RU"/>
        </w:rPr>
        <w:t xml:space="preserve"> $\</w:t>
      </w:r>
      <w:r>
        <w:t>le</w:t>
      </w:r>
      <w:r w:rsidRPr="00ED0015">
        <w:rPr>
          <w:lang w:val="ru-RU"/>
        </w:rPr>
        <w:t xml:space="preserve"> 5\%$).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Забезпечити високу точність та плавність позиціонування схвата робота.</w:t>
      </w:r>
    </w:p>
    <w:p w14:paraId="6F31F3EE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ED0015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>): Оптимізація розподілу задач та ресурсів у гетерогенному кластері [ЗРАЗОК РІШЕННЯ]</w:t>
      </w:r>
    </w:p>
    <w:p w14:paraId="6A67D7D0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Вектор призначення $</w:t>
      </w:r>
      <w:r>
        <w:t>N</w:t>
      </w:r>
      <w:r w:rsidRPr="00ED0015">
        <w:rPr>
          <w:lang w:val="ru-RU"/>
        </w:rPr>
        <w:t>$ задач на $</w:t>
      </w:r>
      <w:r>
        <w:t>M</w:t>
      </w:r>
      <w:r w:rsidRPr="00ED0015">
        <w:rPr>
          <w:lang w:val="ru-RU"/>
        </w:rPr>
        <w:t>$ гетерогенних обчислювальних вузлів.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Генетичний алгоритм (</w:t>
      </w:r>
      <w:r>
        <w:t>GA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Імітація відпалу (</w:t>
      </w:r>
      <w:r>
        <w:t>Simulated</w:t>
      </w:r>
      <w:r w:rsidRPr="00ED0015">
        <w:rPr>
          <w:lang w:val="ru-RU"/>
        </w:rPr>
        <w:t xml:space="preserve"> </w:t>
      </w:r>
      <w:r>
        <w:t>Annealing</w:t>
      </w:r>
      <w:r w:rsidRPr="00ED0015">
        <w:rPr>
          <w:lang w:val="ru-RU"/>
        </w:rPr>
        <w:t xml:space="preserve"> - </w:t>
      </w:r>
      <w:r>
        <w:t>SA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часу виконання (</w:t>
      </w:r>
      <w:r>
        <w:t>Makespan</w:t>
      </w:r>
      <w:r w:rsidRPr="00ED0015">
        <w:rPr>
          <w:lang w:val="ru-RU"/>
        </w:rPr>
        <w:t xml:space="preserve">) та споживаної енергії при обмеженнях на </w:t>
      </w:r>
      <w:r>
        <w:t>RAM</w:t>
      </w:r>
      <w:r w:rsidRPr="00ED0015">
        <w:rPr>
          <w:lang w:val="ru-RU"/>
        </w:rPr>
        <w:t>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Знайти оптимальний розклад виконання обчислень у кластері.</w:t>
      </w:r>
    </w:p>
    <w:p w14:paraId="2CCF2533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>): Оптимізація топології та розміру буферів мережі на кристалі (</w:t>
      </w:r>
      <w:r>
        <w:rPr>
          <w:rFonts w:ascii="Arial" w:hAnsi="Arial"/>
          <w:b/>
          <w:color w:val="006699"/>
          <w:sz w:val="26"/>
        </w:rPr>
        <w:t>NoC</w:t>
      </w:r>
      <w:r w:rsidRPr="00ED0015">
        <w:rPr>
          <w:rFonts w:ascii="Arial" w:hAnsi="Arial"/>
          <w:b/>
          <w:color w:val="006699"/>
          <w:sz w:val="26"/>
          <w:lang w:val="ru-RU"/>
        </w:rPr>
        <w:t>)</w:t>
      </w:r>
    </w:p>
    <w:p w14:paraId="21D2D8D1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 xml:space="preserve">Розмірність буферів та прив'язка </w:t>
      </w:r>
      <w:r>
        <w:t>IP</w:t>
      </w:r>
      <w:r w:rsidRPr="00ED0015">
        <w:rPr>
          <w:lang w:val="ru-RU"/>
        </w:rPr>
        <w:t xml:space="preserve">-ядер до маршрутизаторів </w:t>
      </w:r>
      <w:r>
        <w:t>NoC</w:t>
      </w:r>
      <w:r w:rsidRPr="00ED0015">
        <w:rPr>
          <w:lang w:val="ru-RU"/>
        </w:rPr>
        <w:t>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Генетичний алгоритм (</w:t>
      </w:r>
      <w:r>
        <w:t>GA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Імітація відпалу (</w:t>
      </w:r>
      <w:r>
        <w:t>SA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затримки передачі пакетів та площі кристала при відсутності заторів.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Оптимізувати комунікації між ядрами у багатоядерному процесорі.</w:t>
      </w:r>
    </w:p>
    <w:p w14:paraId="30D481C0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): Оптимізація розміщення серверів </w:t>
      </w:r>
      <w:r>
        <w:rPr>
          <w:rFonts w:ascii="Arial" w:hAnsi="Arial"/>
          <w:b/>
          <w:color w:val="006699"/>
          <w:sz w:val="26"/>
        </w:rPr>
        <w:t>CDN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 для мінімізації латентності</w:t>
      </w:r>
    </w:p>
    <w:p w14:paraId="63826296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Вибір $</w:t>
      </w:r>
      <w:r>
        <w:t>K</w:t>
      </w:r>
      <w:r w:rsidRPr="00ED0015">
        <w:rPr>
          <w:lang w:val="ru-RU"/>
        </w:rPr>
        <w:t xml:space="preserve">$ точок розміщення </w:t>
      </w:r>
      <w:r>
        <w:t>CDN</w:t>
      </w:r>
      <w:r w:rsidRPr="00ED0015">
        <w:rPr>
          <w:lang w:val="ru-RU"/>
        </w:rPr>
        <w:t>-вузлів із $</w:t>
      </w:r>
      <w:r>
        <w:t>N</w:t>
      </w:r>
      <w:r w:rsidRPr="00ED0015">
        <w:rPr>
          <w:lang w:val="ru-RU"/>
        </w:rPr>
        <w:t>$ можливих локацій.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Пошук роєм часток (</w:t>
      </w:r>
      <w:r>
        <w:t>PSO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Алгоритм мурашиної колонії (</w:t>
      </w:r>
      <w:r>
        <w:t>ACO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Мінімізація середньозваженої затримки доступу користувачів до контенту.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 xml:space="preserve">Забезпечити мінімальний пинг для користувачів при фіксованому бюджеті </w:t>
      </w:r>
      <w:r>
        <w:t>CDN</w:t>
      </w:r>
      <w:r w:rsidRPr="00ED0015">
        <w:rPr>
          <w:lang w:val="ru-RU"/>
        </w:rPr>
        <w:t>.</w:t>
      </w:r>
    </w:p>
    <w:p w14:paraId="1C0D0B68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ED0015">
        <w:rPr>
          <w:rFonts w:ascii="Arial" w:hAnsi="Arial"/>
          <w:b/>
          <w:color w:val="006699"/>
          <w:sz w:val="26"/>
          <w:lang w:val="ru-RU"/>
        </w:rPr>
        <w:t xml:space="preserve">): Оптимізація надійності та резервування елементів </w:t>
      </w:r>
      <w:r>
        <w:rPr>
          <w:rFonts w:ascii="Arial" w:hAnsi="Arial"/>
          <w:b/>
          <w:color w:val="006699"/>
          <w:sz w:val="26"/>
        </w:rPr>
        <w:t>CPS</w:t>
      </w:r>
    </w:p>
    <w:p w14:paraId="3B7B525F" w14:textId="77777777" w:rsidR="004A2A11" w:rsidRPr="00ED0015" w:rsidRDefault="00000000">
      <w:pPr>
        <w:spacing w:before="40" w:after="80"/>
        <w:rPr>
          <w:lang w:val="ru-RU"/>
        </w:rPr>
      </w:pPr>
      <w:r w:rsidRPr="00ED0015">
        <w:rPr>
          <w:b/>
          <w:lang w:val="ru-RU"/>
        </w:rPr>
        <w:t xml:space="preserve">• Простір станів / Хромосома: </w:t>
      </w:r>
      <w:r w:rsidRPr="00ED0015">
        <w:rPr>
          <w:lang w:val="ru-RU"/>
        </w:rPr>
        <w:t>Кількість дублюючих елементів для кожного критичного вузла системи.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Метаевристики для порівняння: </w:t>
      </w:r>
      <w:r w:rsidRPr="00ED0015">
        <w:rPr>
          <w:lang w:val="ru-RU"/>
        </w:rPr>
        <w:t>Генетичний алгоритм (</w:t>
      </w:r>
      <w:r>
        <w:t>GA</w:t>
      </w:r>
      <w:r w:rsidRPr="00ED0015">
        <w:rPr>
          <w:lang w:val="ru-RU"/>
        </w:rPr>
        <w:t xml:space="preserve">) </w:t>
      </w:r>
      <w:r>
        <w:t>vs</w:t>
      </w:r>
      <w:r w:rsidRPr="00ED0015">
        <w:rPr>
          <w:lang w:val="ru-RU"/>
        </w:rPr>
        <w:t xml:space="preserve"> Пошук роєм часток (</w:t>
      </w:r>
      <w:r>
        <w:t>PSO</w:t>
      </w:r>
      <w:r w:rsidRPr="00ED0015">
        <w:rPr>
          <w:lang w:val="ru-RU"/>
        </w:rPr>
        <w:t>).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Цільова функція </w:t>
      </w:r>
      <w:r>
        <w:rPr>
          <w:b/>
        </w:rPr>
        <w:t>Fitness</w:t>
      </w:r>
      <w:r w:rsidRPr="00ED0015">
        <w:rPr>
          <w:b/>
          <w:lang w:val="ru-RU"/>
        </w:rPr>
        <w:t xml:space="preserve">: </w:t>
      </w:r>
      <w:r w:rsidRPr="00ED0015">
        <w:rPr>
          <w:lang w:val="ru-RU"/>
        </w:rPr>
        <w:t>Максимізація коефіцієнта надійності $</w:t>
      </w:r>
      <w:r>
        <w:t>R</w:t>
      </w:r>
      <w:r w:rsidRPr="00ED0015">
        <w:rPr>
          <w:lang w:val="ru-RU"/>
        </w:rPr>
        <w:t>(</w:t>
      </w:r>
      <w:r>
        <w:t>t</w:t>
      </w:r>
      <w:r w:rsidRPr="00ED0015">
        <w:rPr>
          <w:lang w:val="ru-RU"/>
        </w:rPr>
        <w:t>)$ при обмеженні на вагу та вартість.</w:t>
      </w:r>
      <w:r w:rsidRPr="00ED0015">
        <w:rPr>
          <w:lang w:val="ru-RU"/>
        </w:rPr>
        <w:br/>
      </w:r>
      <w:r w:rsidRPr="00ED0015">
        <w:rPr>
          <w:b/>
          <w:lang w:val="ru-RU"/>
        </w:rPr>
        <w:t xml:space="preserve">• Інженерна мета: </w:t>
      </w:r>
      <w:r w:rsidRPr="00ED0015">
        <w:rPr>
          <w:lang w:val="ru-RU"/>
        </w:rPr>
        <w:t>Забезпечити максимальну відмовостійкість кібер-фізичної системи.</w:t>
      </w:r>
    </w:p>
    <w:p w14:paraId="0513EC31" w14:textId="77777777" w:rsidR="004A2A11" w:rsidRPr="00ED0015" w:rsidRDefault="00000000">
      <w:pPr>
        <w:keepNext/>
        <w:spacing w:before="320" w:after="120"/>
        <w:rPr>
          <w:lang w:val="ru-RU"/>
        </w:rPr>
      </w:pPr>
      <w:r w:rsidRPr="00ED0015">
        <w:rPr>
          <w:rFonts w:ascii="Arial" w:hAnsi="Arial"/>
          <w:b/>
          <w:color w:val="003366"/>
          <w:sz w:val="32"/>
          <w:lang w:val="ru-RU"/>
        </w:rPr>
        <w:lastRenderedPageBreak/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PYTHON</w:t>
      </w:r>
      <w:r w:rsidRPr="00ED0015">
        <w:rPr>
          <w:rFonts w:ascii="Arial" w:hAnsi="Arial"/>
          <w:b/>
          <w:color w:val="003366"/>
          <w:sz w:val="32"/>
          <w:lang w:val="ru-RU"/>
        </w:rPr>
        <w:t xml:space="preserve"> (ВАРІАНТ 12)</w:t>
      </w:r>
    </w:p>
    <w:p w14:paraId="6858D9EE" w14:textId="77777777" w:rsidR="004A2A11" w:rsidRDefault="00000000">
      <w:r w:rsidRPr="00ED0015">
        <w:rPr>
          <w:lang w:val="ru-RU"/>
        </w:rPr>
        <w:t xml:space="preserve">Нижче наведено повністю робочий код реалізації для Варіанта 12 (Оптимізація розподілу задач у гетерогенному кластері) із повною реалізацією </w:t>
      </w:r>
      <w:r>
        <w:t>GA та SA.</w:t>
      </w:r>
    </w:p>
    <w:p w14:paraId="33AD8044" w14:textId="77777777" w:rsidR="004A2A11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src/models.py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A2A11" w14:paraId="6FAFC465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21E6D6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dataclasses import dataclass</w:t>
            </w:r>
          </w:p>
          <w:p w14:paraId="04579A7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typing import List</w:t>
            </w:r>
          </w:p>
          <w:p w14:paraId="2FCE0B8B" w14:textId="77777777" w:rsidR="004A2A11" w:rsidRDefault="004A2A11">
            <w:pPr>
              <w:spacing w:after="0"/>
            </w:pPr>
          </w:p>
          <w:p w14:paraId="0E9DA97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@dataclass</w:t>
            </w:r>
          </w:p>
          <w:p w14:paraId="517A14A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TaskItem:</w:t>
            </w:r>
          </w:p>
          <w:p w14:paraId="5376A11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task_id: int</w:t>
            </w:r>
          </w:p>
          <w:p w14:paraId="090E83B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workload: float  # МФлоп / обсяг обчислень</w:t>
            </w:r>
          </w:p>
          <w:p w14:paraId="0CE0ACB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ram_required: float  # ГБ RAM</w:t>
            </w:r>
          </w:p>
          <w:p w14:paraId="224EFE7D" w14:textId="77777777" w:rsidR="004A2A11" w:rsidRDefault="004A2A11">
            <w:pPr>
              <w:spacing w:after="0"/>
            </w:pPr>
          </w:p>
          <w:p w14:paraId="4B85CD9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@dataclass</w:t>
            </w:r>
          </w:p>
          <w:p w14:paraId="672DCF7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NodeItem:</w:t>
            </w:r>
          </w:p>
          <w:p w14:paraId="637CAA0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node_id: int</w:t>
            </w:r>
          </w:p>
          <w:p w14:paraId="40937EF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speed: float  # Коефіцієнт швидкості обчислень</w:t>
            </w:r>
          </w:p>
          <w:p w14:paraId="7579F0C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ram_capacity: float  # ГБ RAM</w:t>
            </w:r>
          </w:p>
          <w:p w14:paraId="62175E4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power_idle: float  # Вт у простої</w:t>
            </w:r>
          </w:p>
          <w:p w14:paraId="3588D56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power_peak: float  # Вт під навантаженням</w:t>
            </w:r>
          </w:p>
          <w:p w14:paraId="5D6EF9A6" w14:textId="77777777" w:rsidR="004A2A11" w:rsidRDefault="004A2A11">
            <w:pPr>
              <w:spacing w:after="0"/>
            </w:pPr>
          </w:p>
          <w:p w14:paraId="056C487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@dataclass</w:t>
            </w:r>
          </w:p>
          <w:p w14:paraId="2625046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MetaheuristicResult:</w:t>
            </w:r>
          </w:p>
          <w:p w14:paraId="7526B0F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algorithm: str</w:t>
            </w:r>
          </w:p>
          <w:p w14:paraId="685FF3D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best_fitness: float</w:t>
            </w:r>
          </w:p>
          <w:p w14:paraId="441B09C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makespan: float</w:t>
            </w:r>
          </w:p>
          <w:p w14:paraId="5C52DC6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energy: float</w:t>
            </w:r>
          </w:p>
          <w:p w14:paraId="71DD3AD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iterations_to_best: int</w:t>
            </w:r>
          </w:p>
          <w:p w14:paraId="4F2766D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execution_time_ms: float</w:t>
            </w:r>
          </w:p>
          <w:p w14:paraId="35A1B91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peak_memory_kb: float</w:t>
            </w:r>
          </w:p>
          <w:p w14:paraId="1846D03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best_solution: List[int]</w:t>
            </w:r>
          </w:p>
        </w:tc>
      </w:tr>
    </w:tbl>
    <w:p w14:paraId="450E49C8" w14:textId="77777777" w:rsidR="004A2A11" w:rsidRDefault="004A2A11">
      <w:pPr>
        <w:spacing w:after="120"/>
      </w:pPr>
    </w:p>
    <w:p w14:paraId="5031577F" w14:textId="77777777" w:rsidR="004A2A11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src/problem.py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A2A11" w14:paraId="1E2393BC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FF674D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typing import List, Tuple</w:t>
            </w:r>
          </w:p>
          <w:p w14:paraId="7CEC029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src.models import TaskItem, NodeItem</w:t>
            </w:r>
          </w:p>
          <w:p w14:paraId="052C2916" w14:textId="77777777" w:rsidR="004A2A11" w:rsidRDefault="004A2A11">
            <w:pPr>
              <w:spacing w:after="0"/>
            </w:pPr>
          </w:p>
          <w:p w14:paraId="0A30D66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ClusterProblem:</w:t>
            </w:r>
          </w:p>
          <w:p w14:paraId="0E9D399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tasks: List[TaskItem], nodes: List[NodeItem]):</w:t>
            </w:r>
          </w:p>
          <w:p w14:paraId="40B6C3A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self.tasks = tasks</w:t>
            </w:r>
          </w:p>
          <w:p w14:paraId="3E7C8BD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self.nodes = nodes</w:t>
            </w:r>
          </w:p>
          <w:p w14:paraId="4B0CF34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self.num_tasks = len(tasks)</w:t>
            </w:r>
          </w:p>
          <w:p w14:paraId="4ADE75B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self.num_nodes = len(nodes)</w:t>
            </w:r>
          </w:p>
          <w:p w14:paraId="5355BAED" w14:textId="77777777" w:rsidR="004A2A11" w:rsidRDefault="004A2A11">
            <w:pPr>
              <w:spacing w:after="0"/>
            </w:pPr>
          </w:p>
          <w:p w14:paraId="1AF0F5B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def evaluate(self, solution: List[int]) -&gt; Tuple[float, float, float]:</w:t>
            </w:r>
          </w:p>
          <w:p w14:paraId="290EF1E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"""</w:t>
            </w:r>
          </w:p>
          <w:p w14:paraId="3D62F9E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Обчислення Fitness = Makespan + 0.05 * Energy + RAM_Penalty</w:t>
            </w:r>
          </w:p>
          <w:p w14:paraId="19198AE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"""</w:t>
            </w:r>
          </w:p>
          <w:p w14:paraId="03F2890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node_times = [0.0] * self.num_nodes</w:t>
            </w:r>
          </w:p>
          <w:p w14:paraId="0A8075F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node_ram = [0.0] * self.num_nodes</w:t>
            </w:r>
          </w:p>
          <w:p w14:paraId="7D3B4293" w14:textId="77777777" w:rsidR="004A2A11" w:rsidRDefault="004A2A11">
            <w:pPr>
              <w:spacing w:after="0"/>
            </w:pPr>
          </w:p>
          <w:p w14:paraId="6575EF2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task_idx, node_idx in enumerate(solution):</w:t>
            </w:r>
          </w:p>
          <w:p w14:paraId="786548D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task = self.tasks[task_idx]</w:t>
            </w:r>
          </w:p>
          <w:p w14:paraId="60A95D5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 = self.nodes[node_idx]</w:t>
            </w:r>
          </w:p>
          <w:p w14:paraId="5C6EB3A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exec_time = task.workload / node.speed</w:t>
            </w:r>
          </w:p>
          <w:p w14:paraId="1DEE56A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node_times[node_idx] += exec_time</w:t>
            </w:r>
          </w:p>
          <w:p w14:paraId="5B7FD1E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node_ram[node_idx] += task.ram_required</w:t>
            </w:r>
          </w:p>
          <w:p w14:paraId="51A3BD4B" w14:textId="77777777" w:rsidR="004A2A11" w:rsidRDefault="004A2A11">
            <w:pPr>
              <w:spacing w:after="0"/>
            </w:pPr>
          </w:p>
          <w:p w14:paraId="11A1B93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makespan = max(node_times)</w:t>
            </w:r>
          </w:p>
          <w:p w14:paraId="044A6991" w14:textId="77777777" w:rsidR="004A2A11" w:rsidRDefault="004A2A11">
            <w:pPr>
              <w:spacing w:after="0"/>
            </w:pPr>
          </w:p>
          <w:p w14:paraId="35C08E3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# Перевірка обмежень на пам'ять</w:t>
            </w:r>
          </w:p>
          <w:p w14:paraId="371C596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ram_penalty = 0.0</w:t>
            </w:r>
          </w:p>
          <w:p w14:paraId="559D94B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node_idx in range(self.num_nodes):</w:t>
            </w:r>
          </w:p>
          <w:p w14:paraId="195EE5F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excess_ram = node_ram[node_idx] - self.nodes[node_idx].ram_capacity</w:t>
            </w:r>
          </w:p>
          <w:p w14:paraId="68A99C2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excess_ram &gt; 0:</w:t>
            </w:r>
          </w:p>
          <w:p w14:paraId="4DD9944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ram_penalty += excess_ram * 1000.0  # Жорсткий штраф</w:t>
            </w:r>
          </w:p>
          <w:p w14:paraId="2F1A8CDD" w14:textId="77777777" w:rsidR="004A2A11" w:rsidRDefault="004A2A11">
            <w:pPr>
              <w:spacing w:after="0"/>
            </w:pPr>
          </w:p>
          <w:p w14:paraId="289AB3A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# Обчислення споживаної енергії</w:t>
            </w:r>
          </w:p>
          <w:p w14:paraId="51EBF94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total_energy = 0.0</w:t>
            </w:r>
          </w:p>
          <w:p w14:paraId="64C79F5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node_idx in range(self.num_nodes):</w:t>
            </w:r>
          </w:p>
          <w:p w14:paraId="5938B86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 = self.nodes[node_idx]</w:t>
            </w:r>
          </w:p>
          <w:p w14:paraId="7008160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busy_time = node_times[node_idx]</w:t>
            </w:r>
          </w:p>
          <w:p w14:paraId="0142AC2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idle_time = max(0.0, makespan - busy_time)</w:t>
            </w:r>
          </w:p>
          <w:p w14:paraId="75D2BC9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energy_node = (busy_time * node.power_peak) + (idle_time * node.power_idle)</w:t>
            </w:r>
          </w:p>
          <w:p w14:paraId="3098D83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total_energy += energy_node</w:t>
            </w:r>
          </w:p>
          <w:p w14:paraId="72AAF384" w14:textId="77777777" w:rsidR="004A2A11" w:rsidRDefault="004A2A11">
            <w:pPr>
              <w:spacing w:after="0"/>
            </w:pPr>
          </w:p>
          <w:p w14:paraId="234D0AB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fitness = makespan + 0.05 * total_energy + ram_penalty</w:t>
            </w:r>
          </w:p>
          <w:p w14:paraId="5DA1AAD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fitness, makespan, total_energy</w:t>
            </w:r>
          </w:p>
        </w:tc>
      </w:tr>
    </w:tbl>
    <w:p w14:paraId="55E74B6B" w14:textId="77777777" w:rsidR="004A2A11" w:rsidRDefault="004A2A11">
      <w:pPr>
        <w:spacing w:after="120"/>
      </w:pPr>
    </w:p>
    <w:p w14:paraId="25452396" w14:textId="77777777" w:rsidR="004A2A11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src/ga_solver.py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A2A11" w14:paraId="35F2BC3B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872F18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random</w:t>
            </w:r>
          </w:p>
          <w:p w14:paraId="1CA9BA0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time</w:t>
            </w:r>
          </w:p>
          <w:p w14:paraId="3652E93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tracemalloc</w:t>
            </w:r>
          </w:p>
          <w:p w14:paraId="25CA168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typing import List</w:t>
            </w:r>
          </w:p>
          <w:p w14:paraId="54CE5B2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src.problem import ClusterProblem</w:t>
            </w:r>
          </w:p>
          <w:p w14:paraId="0B8BF6E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src.models import MetaheuristicResult</w:t>
            </w:r>
          </w:p>
          <w:p w14:paraId="138AFE6B" w14:textId="77777777" w:rsidR="004A2A11" w:rsidRDefault="004A2A11">
            <w:pPr>
              <w:spacing w:after="0"/>
            </w:pPr>
          </w:p>
          <w:p w14:paraId="564EF8D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GeneticAlgorithmSolver:</w:t>
            </w:r>
          </w:p>
          <w:p w14:paraId="2EACD26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problem: ClusterProblem, pop_size: int = 60, generations: int = 150,</w:t>
            </w:r>
          </w:p>
          <w:p w14:paraId="371191A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crossover_prob: float = 0.85, mutation_prob: float = 0.1, </w:t>
            </w:r>
            <w:r>
              <w:rPr>
                <w:rFonts w:ascii="Consolas" w:hAnsi="Consolas"/>
                <w:color w:val="222222"/>
                <w:sz w:val="19"/>
              </w:rPr>
              <w:lastRenderedPageBreak/>
              <w:t>tournament_size: int = 3):</w:t>
            </w:r>
          </w:p>
          <w:p w14:paraId="380D059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self.problem = problem</w:t>
            </w:r>
          </w:p>
          <w:p w14:paraId="669C307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self.pop_size = pop_size</w:t>
            </w:r>
          </w:p>
          <w:p w14:paraId="10FD4C4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self.generations = generations</w:t>
            </w:r>
          </w:p>
          <w:p w14:paraId="60643F5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self.crossover_prob = crossover_prob</w:t>
            </w:r>
          </w:p>
          <w:p w14:paraId="00DE0C7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self.mutation_prob = mutation_prob</w:t>
            </w:r>
          </w:p>
          <w:p w14:paraId="6191561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self.tournament_size = tournament_size</w:t>
            </w:r>
          </w:p>
          <w:p w14:paraId="1F9FE1C2" w14:textId="77777777" w:rsidR="004A2A11" w:rsidRDefault="004A2A11">
            <w:pPr>
              <w:spacing w:after="0"/>
            </w:pPr>
          </w:p>
          <w:p w14:paraId="53A4A00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solve(self) -&gt; MetaheuristicResult:</w:t>
            </w:r>
          </w:p>
          <w:p w14:paraId="6D9BEA2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tracemalloc.start()</w:t>
            </w:r>
          </w:p>
          <w:p w14:paraId="1172000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start_time = time.perf_counter()</w:t>
            </w:r>
          </w:p>
          <w:p w14:paraId="5D77F91D" w14:textId="77777777" w:rsidR="004A2A11" w:rsidRDefault="004A2A11">
            <w:pPr>
              <w:spacing w:after="0"/>
            </w:pPr>
          </w:p>
          <w:p w14:paraId="5E9CAEF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# Ініціалізація популяції</w:t>
            </w:r>
          </w:p>
          <w:p w14:paraId="3BF0327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population = [</w:t>
            </w:r>
          </w:p>
          <w:p w14:paraId="08CD9E3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[random.randint(0, self.problem.num_nodes - 1) for _ in range(self.problem.num_tasks)]</w:t>
            </w:r>
          </w:p>
          <w:p w14:paraId="533B24F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_ in range(self.pop_size)</w:t>
            </w:r>
          </w:p>
          <w:p w14:paraId="1F058C5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]</w:t>
            </w:r>
          </w:p>
          <w:p w14:paraId="32E5CE6E" w14:textId="77777777" w:rsidR="004A2A11" w:rsidRDefault="004A2A11">
            <w:pPr>
              <w:spacing w:after="0"/>
            </w:pPr>
          </w:p>
          <w:p w14:paraId="352D303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best_solution = None</w:t>
            </w:r>
          </w:p>
          <w:p w14:paraId="219FC18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best_fitness = float('inf')</w:t>
            </w:r>
          </w:p>
          <w:p w14:paraId="08CFB16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best_makespan = 0.0</w:t>
            </w:r>
          </w:p>
          <w:p w14:paraId="22D4BA9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best_energy = 0.0</w:t>
            </w:r>
          </w:p>
          <w:p w14:paraId="56062ED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best_gen = 0</w:t>
            </w:r>
          </w:p>
          <w:p w14:paraId="463F7945" w14:textId="77777777" w:rsidR="004A2A11" w:rsidRDefault="004A2A11">
            <w:pPr>
              <w:spacing w:after="0"/>
            </w:pPr>
          </w:p>
          <w:p w14:paraId="0C1C286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gen in range(self.generations):</w:t>
            </w:r>
          </w:p>
          <w:p w14:paraId="2F45E2B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# Оцінка пристосованості</w:t>
            </w:r>
          </w:p>
          <w:p w14:paraId="27163E6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evals = [self.problem.evaluate(ind) for ind in population]</w:t>
            </w:r>
          </w:p>
          <w:p w14:paraId="1B658FD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</w:t>
            </w:r>
          </w:p>
          <w:p w14:paraId="224B5C4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idx, (fit, mk, en) in enumerate(evals):</w:t>
            </w:r>
          </w:p>
          <w:p w14:paraId="40200CB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fit &lt; best_fitness:</w:t>
            </w:r>
          </w:p>
          <w:p w14:paraId="2894010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best_fitness = fit</w:t>
            </w:r>
          </w:p>
          <w:p w14:paraId="50F72BE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best_makespan = mk</w:t>
            </w:r>
          </w:p>
          <w:p w14:paraId="355BFAA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best_energy = en</w:t>
            </w:r>
          </w:p>
          <w:p w14:paraId="24ABF2A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best_solution = list(population[idx])</w:t>
            </w:r>
          </w:p>
          <w:p w14:paraId="7388883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best_gen = gen</w:t>
            </w:r>
          </w:p>
          <w:p w14:paraId="57DDC15A" w14:textId="77777777" w:rsidR="004A2A11" w:rsidRDefault="004A2A11">
            <w:pPr>
              <w:spacing w:after="0"/>
            </w:pPr>
          </w:p>
          <w:p w14:paraId="714F75C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# Селекція (Турнірна)</w:t>
            </w:r>
          </w:p>
          <w:p w14:paraId="10665C9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new_pop = []</w:t>
            </w:r>
          </w:p>
          <w:p w14:paraId="41F9D12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</w:t>
            </w:r>
          </w:p>
          <w:p w14:paraId="27D9EB5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# Елітизм: зберігаємо найкращого</w:t>
            </w:r>
          </w:p>
          <w:p w14:paraId="6E26FD9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best_idx = min(range(self.pop_size), key=lambda i: evals[i][0])</w:t>
            </w:r>
          </w:p>
          <w:p w14:paraId="68DC5E0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new_pop.append(list(population[best_idx]))</w:t>
            </w:r>
          </w:p>
          <w:p w14:paraId="69102542" w14:textId="77777777" w:rsidR="004A2A11" w:rsidRDefault="004A2A11">
            <w:pPr>
              <w:spacing w:after="0"/>
            </w:pPr>
          </w:p>
          <w:p w14:paraId="2B72325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while len(new_pop) &lt; self.pop_size:</w:t>
            </w:r>
          </w:p>
          <w:p w14:paraId="5701F38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p1 = self._tournament(population, evals)</w:t>
            </w:r>
          </w:p>
          <w:p w14:paraId="00E80CD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p2 = self._tournament(population, evals)</w:t>
            </w:r>
          </w:p>
          <w:p w14:paraId="61412736" w14:textId="77777777" w:rsidR="004A2A11" w:rsidRDefault="004A2A11">
            <w:pPr>
              <w:spacing w:after="0"/>
            </w:pPr>
          </w:p>
          <w:p w14:paraId="1B8A28A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# Кросовер (Одноточковий)</w:t>
            </w:r>
          </w:p>
          <w:p w14:paraId="1E471C9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        if random.random() &lt; self.crossover_prob:</w:t>
            </w:r>
          </w:p>
          <w:p w14:paraId="291F7E2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cut = random.randint(1, self.problem.num_tasks - 1)</w:t>
            </w:r>
          </w:p>
          <w:p w14:paraId="38368C3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c1 = p1[:cut] + p2[cut:]</w:t>
            </w:r>
          </w:p>
          <w:p w14:paraId="1FADAD6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else:</w:t>
            </w:r>
          </w:p>
          <w:p w14:paraId="64E18A8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c1 = list(p1)</w:t>
            </w:r>
          </w:p>
          <w:p w14:paraId="3B8C3589" w14:textId="77777777" w:rsidR="004A2A11" w:rsidRDefault="004A2A11">
            <w:pPr>
              <w:spacing w:after="0"/>
            </w:pPr>
          </w:p>
          <w:p w14:paraId="0CEE901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# Мутація</w:t>
            </w:r>
          </w:p>
          <w:p w14:paraId="371B0C4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for i in range(self.problem.num_tasks):</w:t>
            </w:r>
          </w:p>
          <w:p w14:paraId="23B33A5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if random.random() &lt; self.mutation_prob:</w:t>
            </w:r>
          </w:p>
          <w:p w14:paraId="2DD2E69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c1[i] = random.randint(0, self.problem.num_nodes - 1)</w:t>
            </w:r>
          </w:p>
          <w:p w14:paraId="0EE407EB" w14:textId="77777777" w:rsidR="004A2A11" w:rsidRDefault="004A2A11">
            <w:pPr>
              <w:spacing w:after="0"/>
            </w:pPr>
          </w:p>
          <w:p w14:paraId="5D10818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new_pop.append(c1)</w:t>
            </w:r>
          </w:p>
          <w:p w14:paraId="5D464354" w14:textId="77777777" w:rsidR="004A2A11" w:rsidRDefault="004A2A11">
            <w:pPr>
              <w:spacing w:after="0"/>
            </w:pPr>
          </w:p>
          <w:p w14:paraId="6B91D03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population = new_pop</w:t>
            </w:r>
          </w:p>
          <w:p w14:paraId="53ECF078" w14:textId="77777777" w:rsidR="004A2A11" w:rsidRDefault="004A2A11">
            <w:pPr>
              <w:spacing w:after="0"/>
            </w:pPr>
          </w:p>
          <w:p w14:paraId="43D2116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exec_time = (time.perf_counter() - start_time) * 1000.0</w:t>
            </w:r>
          </w:p>
          <w:p w14:paraId="6CF3304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_, peak_mem = tracemalloc.get_traced_memory()</w:t>
            </w:r>
          </w:p>
          <w:p w14:paraId="4890F28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tracemalloc.stop()</w:t>
            </w:r>
          </w:p>
          <w:p w14:paraId="7BB52F48" w14:textId="77777777" w:rsidR="004A2A11" w:rsidRDefault="004A2A11">
            <w:pPr>
              <w:spacing w:after="0"/>
            </w:pPr>
          </w:p>
          <w:p w14:paraId="70E3E23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MetaheuristicResult("Genetic Algorithm (GA)", best_fitness, best_makespan, best_energy,</w:t>
            </w:r>
          </w:p>
          <w:p w14:paraId="716ABBA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           best_gen, exec_time, peak_mem / 1024.0, best_solution)</w:t>
            </w:r>
          </w:p>
          <w:p w14:paraId="26AF2914" w14:textId="77777777" w:rsidR="004A2A11" w:rsidRDefault="004A2A11">
            <w:pPr>
              <w:spacing w:after="0"/>
            </w:pPr>
          </w:p>
          <w:p w14:paraId="28C7AB8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_tournament(self, pop, evals):</w:t>
            </w:r>
          </w:p>
          <w:p w14:paraId="0F0C038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candidates = random.sample(range(self.pop_size), self.tournament_size)</w:t>
            </w:r>
          </w:p>
          <w:p w14:paraId="5AF12A3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winner = min(candidates, key=lambda i: evals[i][0])</w:t>
            </w:r>
          </w:p>
          <w:p w14:paraId="70EC57D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pop[winner]</w:t>
            </w:r>
          </w:p>
        </w:tc>
      </w:tr>
    </w:tbl>
    <w:p w14:paraId="3C2BF747" w14:textId="77777777" w:rsidR="004A2A11" w:rsidRDefault="004A2A11">
      <w:pPr>
        <w:spacing w:after="120"/>
      </w:pPr>
    </w:p>
    <w:p w14:paraId="7DBA4272" w14:textId="77777777" w:rsidR="004A2A11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src/sa_solver.py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A2A11" w14:paraId="5C24AEA2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93FF9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random</w:t>
            </w:r>
          </w:p>
          <w:p w14:paraId="61C0CDD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math</w:t>
            </w:r>
          </w:p>
          <w:p w14:paraId="3CA4D14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time</w:t>
            </w:r>
          </w:p>
          <w:p w14:paraId="19FD380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tracemalloc</w:t>
            </w:r>
          </w:p>
          <w:p w14:paraId="225C51D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src.problem import ClusterProblem</w:t>
            </w:r>
          </w:p>
          <w:p w14:paraId="4ABBABD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src.models import MetaheuristicResult</w:t>
            </w:r>
          </w:p>
          <w:p w14:paraId="1CBD67E6" w14:textId="77777777" w:rsidR="004A2A11" w:rsidRDefault="004A2A11">
            <w:pPr>
              <w:spacing w:after="0"/>
            </w:pPr>
          </w:p>
          <w:p w14:paraId="2947ACE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SimulatedAnnealingSolver:</w:t>
            </w:r>
          </w:p>
          <w:p w14:paraId="3DC03B2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problem: ClusterProblem, initial_temp: float = 1000.0, min_temp: float = 0.05,</w:t>
            </w:r>
          </w:p>
          <w:p w14:paraId="12A969C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cooling_rate: float = 0.96, steps_per_temp: int = 20):</w:t>
            </w:r>
          </w:p>
          <w:p w14:paraId="084CF79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self.problem = problem</w:t>
            </w:r>
          </w:p>
          <w:p w14:paraId="0BC39AC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self.initial_temp = initial_temp</w:t>
            </w:r>
          </w:p>
          <w:p w14:paraId="6A1570E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self.min_temp = min_temp</w:t>
            </w:r>
          </w:p>
          <w:p w14:paraId="53981E2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self.cooling_rate = cooling_rate</w:t>
            </w:r>
          </w:p>
          <w:p w14:paraId="0DC8F99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self.steps_per_temp = steps_per_temp</w:t>
            </w:r>
          </w:p>
          <w:p w14:paraId="721CA7CA" w14:textId="77777777" w:rsidR="004A2A11" w:rsidRDefault="004A2A11">
            <w:pPr>
              <w:spacing w:after="0"/>
            </w:pPr>
          </w:p>
          <w:p w14:paraId="505DF39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def solve(self) -&gt; MetaheuristicResult:</w:t>
            </w:r>
          </w:p>
          <w:p w14:paraId="3F56771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tracemalloc.start()</w:t>
            </w:r>
          </w:p>
          <w:p w14:paraId="73229C2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start_time = time.perf_counter()</w:t>
            </w:r>
          </w:p>
          <w:p w14:paraId="11CD1089" w14:textId="77777777" w:rsidR="004A2A11" w:rsidRDefault="004A2A11">
            <w:pPr>
              <w:spacing w:after="0"/>
            </w:pPr>
          </w:p>
          <w:p w14:paraId="03000A3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# Початковий стан</w:t>
            </w:r>
          </w:p>
          <w:p w14:paraId="3394035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current = [random.randint(0, self.problem.num_nodes - 1) for _ in range(self.problem.num_tasks)]</w:t>
            </w:r>
          </w:p>
          <w:p w14:paraId="505219D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curr_fit, curr_mk, curr_en = self.problem.evaluate(current)</w:t>
            </w:r>
          </w:p>
          <w:p w14:paraId="78B75FFE" w14:textId="77777777" w:rsidR="004A2A11" w:rsidRDefault="004A2A11">
            <w:pPr>
              <w:spacing w:after="0"/>
            </w:pPr>
          </w:p>
          <w:p w14:paraId="2DEA874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best_solution = list(current)</w:t>
            </w:r>
          </w:p>
          <w:p w14:paraId="1953F61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best_fitness = curr_fit</w:t>
            </w:r>
          </w:p>
          <w:p w14:paraId="4513FD7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best_makespan = curr_mk</w:t>
            </w:r>
          </w:p>
          <w:p w14:paraId="2AF05BE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best_energy = curr_en</w:t>
            </w:r>
          </w:p>
          <w:p w14:paraId="6203AA27" w14:textId="77777777" w:rsidR="004A2A11" w:rsidRDefault="004A2A11">
            <w:pPr>
              <w:spacing w:after="0"/>
            </w:pPr>
          </w:p>
          <w:p w14:paraId="41A37B3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temp = self.initial_temp</w:t>
            </w:r>
          </w:p>
          <w:p w14:paraId="37BA35F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iteration = 0</w:t>
            </w:r>
          </w:p>
          <w:p w14:paraId="7DB5D1F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best_iter = 0</w:t>
            </w:r>
          </w:p>
          <w:p w14:paraId="4344231B" w14:textId="77777777" w:rsidR="004A2A11" w:rsidRDefault="004A2A11">
            <w:pPr>
              <w:spacing w:after="0"/>
            </w:pPr>
          </w:p>
          <w:p w14:paraId="280395C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while temp &gt; self.min_temp:</w:t>
            </w:r>
          </w:p>
          <w:p w14:paraId="2C94E9E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_ in range(self.steps_per_temp):</w:t>
            </w:r>
          </w:p>
          <w:p w14:paraId="67DD0B4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iteration += 1</w:t>
            </w:r>
          </w:p>
          <w:p w14:paraId="26062831" w14:textId="77777777" w:rsidR="004A2A11" w:rsidRDefault="004A2A11">
            <w:pPr>
              <w:spacing w:after="0"/>
            </w:pPr>
          </w:p>
          <w:p w14:paraId="5540964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# Генерація сусіда (зміна вузла для 1 випадкової задачі)</w:t>
            </w:r>
          </w:p>
          <w:p w14:paraId="29D1D74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neighbor = list(current)</w:t>
            </w:r>
          </w:p>
          <w:p w14:paraId="723D263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t_idx = random.randint(0, self.problem.num_tasks - 1)</w:t>
            </w:r>
          </w:p>
          <w:p w14:paraId="2EF11C1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new_node = random.randint(0, self.problem.num_nodes - 1)</w:t>
            </w:r>
          </w:p>
          <w:p w14:paraId="72CFC36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neighbor[t_idx] = new_node</w:t>
            </w:r>
          </w:p>
          <w:p w14:paraId="2788E5FF" w14:textId="77777777" w:rsidR="004A2A11" w:rsidRDefault="004A2A11">
            <w:pPr>
              <w:spacing w:after="0"/>
            </w:pPr>
          </w:p>
          <w:p w14:paraId="49EC208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neigh_fit, neigh_mk, neigh_en = self.problem.evaluate(neighbor)</w:t>
            </w:r>
          </w:p>
          <w:p w14:paraId="02A7EFE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delta = neigh_fit - curr_fit</w:t>
            </w:r>
          </w:p>
          <w:p w14:paraId="7FAB07C4" w14:textId="77777777" w:rsidR="004A2A11" w:rsidRDefault="004A2A11">
            <w:pPr>
              <w:spacing w:after="0"/>
            </w:pPr>
          </w:p>
          <w:p w14:paraId="5F55F9C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# Критерій Метрополіса</w:t>
            </w:r>
          </w:p>
          <w:p w14:paraId="005BC60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delta &lt; 0 or random.random() &lt; math.exp(-delta / temp):</w:t>
            </w:r>
          </w:p>
          <w:p w14:paraId="5BC8844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current = neighbor</w:t>
            </w:r>
          </w:p>
          <w:p w14:paraId="3687AF8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curr_fit, curr_mk, curr_en = neigh_fit, neigh_mk, neigh_en</w:t>
            </w:r>
          </w:p>
          <w:p w14:paraId="0E658917" w14:textId="77777777" w:rsidR="004A2A11" w:rsidRDefault="004A2A11">
            <w:pPr>
              <w:spacing w:after="0"/>
            </w:pPr>
          </w:p>
          <w:p w14:paraId="6848EFE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if curr_fit &lt; best_fitness:</w:t>
            </w:r>
          </w:p>
          <w:p w14:paraId="5129364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best_fitness = curr_fit</w:t>
            </w:r>
          </w:p>
          <w:p w14:paraId="35134FAE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best_makespan = curr_mk</w:t>
            </w:r>
          </w:p>
          <w:p w14:paraId="40E4878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best_energy = curr_en</w:t>
            </w:r>
          </w:p>
          <w:p w14:paraId="1A30EEB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best_solution = list(current)</w:t>
            </w:r>
          </w:p>
          <w:p w14:paraId="62418DD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best_iter = iteration</w:t>
            </w:r>
          </w:p>
          <w:p w14:paraId="07EB118E" w14:textId="77777777" w:rsidR="004A2A11" w:rsidRDefault="004A2A11">
            <w:pPr>
              <w:spacing w:after="0"/>
            </w:pPr>
          </w:p>
          <w:p w14:paraId="600D1AA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temp *= self.cooling_rate</w:t>
            </w:r>
          </w:p>
          <w:p w14:paraId="71C436A2" w14:textId="77777777" w:rsidR="004A2A11" w:rsidRDefault="004A2A11">
            <w:pPr>
              <w:spacing w:after="0"/>
            </w:pPr>
          </w:p>
          <w:p w14:paraId="0F70C70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exec_time = (time.perf_counter() - start_time) * 1000.0</w:t>
            </w:r>
          </w:p>
          <w:p w14:paraId="748F6FC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_, peak_mem = tracemalloc.get_traced_memory()</w:t>
            </w:r>
          </w:p>
          <w:p w14:paraId="3DBF9C74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tracemalloc.stop()</w:t>
            </w:r>
          </w:p>
          <w:p w14:paraId="7AE1D77E" w14:textId="77777777" w:rsidR="004A2A11" w:rsidRDefault="004A2A11">
            <w:pPr>
              <w:spacing w:after="0"/>
            </w:pPr>
          </w:p>
          <w:p w14:paraId="4514F64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return MetaheuristicResult("Simulated Annealing (SA)", best_fitness, best_makespan, best_energy,</w:t>
            </w:r>
          </w:p>
          <w:p w14:paraId="503A002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               best_iter, exec_time, peak_mem / 1024.0, best_solution)</w:t>
            </w:r>
          </w:p>
        </w:tc>
      </w:tr>
    </w:tbl>
    <w:p w14:paraId="064C6E39" w14:textId="77777777" w:rsidR="004A2A11" w:rsidRDefault="004A2A11">
      <w:pPr>
        <w:spacing w:after="120"/>
      </w:pPr>
    </w:p>
    <w:p w14:paraId="3D2D2D5D" w14:textId="77777777" w:rsidR="004A2A11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main.py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A2A11" w14:paraId="2EB536B0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9322C8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pandas as pd</w:t>
            </w:r>
          </w:p>
          <w:p w14:paraId="64E294B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src.models import TaskItem, NodeItem</w:t>
            </w:r>
          </w:p>
          <w:p w14:paraId="6370761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src.problem import ClusterProblem</w:t>
            </w:r>
          </w:p>
          <w:p w14:paraId="6C6E437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src.ga_solver import GeneticAlgorithmSolver</w:t>
            </w:r>
          </w:p>
          <w:p w14:paraId="5D200007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src.sa_solver import SimulatedAnnealingSolver</w:t>
            </w:r>
          </w:p>
          <w:p w14:paraId="2FAE02DB" w14:textId="77777777" w:rsidR="004A2A11" w:rsidRDefault="004A2A11">
            <w:pPr>
              <w:spacing w:after="0"/>
            </w:pPr>
          </w:p>
          <w:p w14:paraId="41B05E2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main():</w:t>
            </w:r>
          </w:p>
          <w:p w14:paraId="2617F84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print("=" * 90)</w:t>
            </w:r>
          </w:p>
          <w:p w14:paraId="009C589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  ЛАБОРАТОРНА РОБОТА №2: ОПТИМІЗАЦІЯ МЕТАЕВРИСТИЧНИМИ АЛГОРИТМАМИ (PYTHON 3.10+)")</w:t>
            </w:r>
          </w:p>
          <w:p w14:paraId="08FE82ED" w14:textId="77777777" w:rsidR="004A2A11" w:rsidRPr="00ED0015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print</w:t>
            </w:r>
            <w:r w:rsidRPr="00ED0015">
              <w:rPr>
                <w:rFonts w:ascii="Consolas" w:hAnsi="Consolas"/>
                <w:color w:val="222222"/>
                <w:sz w:val="19"/>
                <w:lang w:val="ru-RU"/>
              </w:rPr>
              <w:t>("  ВАРІАНТ 12: Оптимізація розподілу задач у гетерогенному кластері")</w:t>
            </w:r>
          </w:p>
          <w:p w14:paraId="26F1862F" w14:textId="77777777" w:rsidR="004A2A11" w:rsidRPr="00ED0015" w:rsidRDefault="00000000">
            <w:pPr>
              <w:spacing w:after="0"/>
              <w:rPr>
                <w:lang w:val="ru-RU"/>
              </w:rPr>
            </w:pPr>
            <w:r w:rsidRPr="00ED0015">
              <w:rPr>
                <w:rFonts w:ascii="Consolas" w:hAnsi="Consolas"/>
                <w:color w:val="222222"/>
                <w:sz w:val="19"/>
                <w:lang w:val="ru-RU"/>
              </w:rPr>
              <w:t xml:space="preserve">    </w:t>
            </w:r>
            <w:r>
              <w:rPr>
                <w:rFonts w:ascii="Consolas" w:hAnsi="Consolas"/>
                <w:color w:val="222222"/>
                <w:sz w:val="19"/>
              </w:rPr>
              <w:t>print</w:t>
            </w:r>
            <w:r w:rsidRPr="00ED0015">
              <w:rPr>
                <w:rFonts w:ascii="Consolas" w:hAnsi="Consolas"/>
                <w:color w:val="222222"/>
                <w:sz w:val="19"/>
                <w:lang w:val="ru-RU"/>
              </w:rPr>
              <w:t>("=" * 90 + "\</w:t>
            </w:r>
            <w:r>
              <w:rPr>
                <w:rFonts w:ascii="Consolas" w:hAnsi="Consolas"/>
                <w:color w:val="222222"/>
                <w:sz w:val="19"/>
              </w:rPr>
              <w:t>n</w:t>
            </w:r>
            <w:r w:rsidRPr="00ED0015">
              <w:rPr>
                <w:rFonts w:ascii="Consolas" w:hAnsi="Consolas"/>
                <w:color w:val="222222"/>
                <w:sz w:val="19"/>
                <w:lang w:val="ru-RU"/>
              </w:rPr>
              <w:t>")</w:t>
            </w:r>
          </w:p>
          <w:p w14:paraId="1AB56E03" w14:textId="77777777" w:rsidR="004A2A11" w:rsidRPr="00ED0015" w:rsidRDefault="004A2A11">
            <w:pPr>
              <w:spacing w:after="0"/>
              <w:rPr>
                <w:lang w:val="ru-RU"/>
              </w:rPr>
            </w:pPr>
          </w:p>
          <w:p w14:paraId="3D4A3C60" w14:textId="77777777" w:rsidR="004A2A11" w:rsidRPr="00ED0015" w:rsidRDefault="00000000">
            <w:pPr>
              <w:spacing w:after="0"/>
              <w:rPr>
                <w:lang w:val="ru-RU"/>
              </w:rPr>
            </w:pPr>
            <w:r w:rsidRPr="00ED0015">
              <w:rPr>
                <w:rFonts w:ascii="Consolas" w:hAnsi="Consolas"/>
                <w:color w:val="222222"/>
                <w:sz w:val="19"/>
                <w:lang w:val="ru-RU"/>
              </w:rPr>
              <w:t xml:space="preserve">    # 1. Генерація даних гетерогенного кластера (5 вузлів)</w:t>
            </w:r>
          </w:p>
          <w:p w14:paraId="63FAF172" w14:textId="77777777" w:rsidR="004A2A11" w:rsidRDefault="00000000">
            <w:pPr>
              <w:spacing w:after="0"/>
            </w:pPr>
            <w:r w:rsidRPr="00ED0015">
              <w:rPr>
                <w:rFonts w:ascii="Consolas" w:hAnsi="Consolas"/>
                <w:color w:val="222222"/>
                <w:sz w:val="19"/>
                <w:lang w:val="ru-RU"/>
              </w:rPr>
              <w:t xml:space="preserve">    </w:t>
            </w:r>
            <w:r>
              <w:rPr>
                <w:rFonts w:ascii="Consolas" w:hAnsi="Consolas"/>
                <w:color w:val="222222"/>
                <w:sz w:val="19"/>
              </w:rPr>
              <w:t>nodes = [</w:t>
            </w:r>
          </w:p>
          <w:p w14:paraId="2D0D9E5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NodeItem(node_id=0, speed=1.0, ram_capacity=16.0, power_idle=50.0, power_peak=200.0),</w:t>
            </w:r>
          </w:p>
          <w:p w14:paraId="7E80807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NodeItem(node_id=1, speed=1.5, ram_capacity=32.0, power_idle=70.0, power_peak=280.0),</w:t>
            </w:r>
          </w:p>
          <w:p w14:paraId="22CC4D2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NodeItem(node_id=2, speed=2.0, ram_capacity=32.0, power_idle=90.0, power_peak=350.0),</w:t>
            </w:r>
          </w:p>
          <w:p w14:paraId="12B8FD2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NodeItem(node_id=3, speed=2.5, ram_capacity=64.0, power_idle=120.0, power_peak=450.0),</w:t>
            </w:r>
          </w:p>
          <w:p w14:paraId="5DD3AFA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NodeItem(node_id=4, speed=3.0, ram_capacity=64.0, power_idle=150.0, power_peak=550.0),</w:t>
            </w:r>
          </w:p>
          <w:p w14:paraId="1D06A39D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]</w:t>
            </w:r>
          </w:p>
          <w:p w14:paraId="22BF80E0" w14:textId="77777777" w:rsidR="004A2A11" w:rsidRDefault="004A2A11">
            <w:pPr>
              <w:spacing w:after="0"/>
            </w:pPr>
          </w:p>
          <w:p w14:paraId="27BFC5C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2. Генерація 20 задач</w:t>
            </w:r>
          </w:p>
          <w:p w14:paraId="03122F5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tasks = [</w:t>
            </w:r>
          </w:p>
          <w:p w14:paraId="6BAE04B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TaskItem(task_id=i, workload=15.0 + (i * 7.5), ram_required=2.0 + (i % 5) * 2.0)</w:t>
            </w:r>
          </w:p>
          <w:p w14:paraId="0DF8264C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i in range(20)</w:t>
            </w:r>
          </w:p>
          <w:p w14:paraId="03E1EA2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]</w:t>
            </w:r>
          </w:p>
          <w:p w14:paraId="0CE1C5E0" w14:textId="77777777" w:rsidR="004A2A11" w:rsidRDefault="004A2A11">
            <w:pPr>
              <w:spacing w:after="0"/>
            </w:pPr>
          </w:p>
          <w:p w14:paraId="4C70C9B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problem = ClusterProblem(tasks, nodes)</w:t>
            </w:r>
          </w:p>
          <w:p w14:paraId="1DF732D2" w14:textId="77777777" w:rsidR="004A2A11" w:rsidRDefault="004A2A11">
            <w:pPr>
              <w:spacing w:after="0"/>
            </w:pPr>
          </w:p>
          <w:p w14:paraId="2F6564C0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3. Запуск GA та SA</w:t>
            </w:r>
          </w:p>
          <w:p w14:paraId="5FD6F802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ga_solver = GeneticAlgorithmSolver(problem, pop_size=60, generations=150)</w:t>
            </w:r>
          </w:p>
          <w:p w14:paraId="54F551E5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res_ga = ga_solver.solve()</w:t>
            </w:r>
          </w:p>
          <w:p w14:paraId="6253B0FB" w14:textId="77777777" w:rsidR="004A2A11" w:rsidRDefault="004A2A11">
            <w:pPr>
              <w:spacing w:after="0"/>
            </w:pPr>
          </w:p>
          <w:p w14:paraId="3FB97183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sa_solver = SimulatedAnnealingSolver(problem, initial_temp=1000.0, min_temp=0.05, cooling_rate=0.96)</w:t>
            </w:r>
          </w:p>
          <w:p w14:paraId="484490BF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res_sa = sa_solver.solve()</w:t>
            </w:r>
          </w:p>
          <w:p w14:paraId="0971C748" w14:textId="77777777" w:rsidR="004A2A11" w:rsidRDefault="004A2A11">
            <w:pPr>
              <w:spacing w:after="0"/>
            </w:pPr>
          </w:p>
          <w:p w14:paraId="6CF6CB1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4. Формування порівняльної таблиці</w:t>
            </w:r>
          </w:p>
          <w:p w14:paraId="52DA9C4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data = [res_ga.__dict__, res_sa.__dict__]</w:t>
            </w:r>
          </w:p>
          <w:p w14:paraId="27A9548A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df = pd.DataFrame(data)</w:t>
            </w:r>
          </w:p>
          <w:p w14:paraId="261CED54" w14:textId="77777777" w:rsidR="004A2A11" w:rsidRDefault="004A2A11">
            <w:pPr>
              <w:spacing w:after="0"/>
            </w:pPr>
          </w:p>
          <w:p w14:paraId="3EC97606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df_display = df[['algorithm', 'best_fitness', 'makespan', 'energy', 'iterations_to_best', 'execution_time_ms', 'peak_memory_kb']]</w:t>
            </w:r>
          </w:p>
          <w:p w14:paraId="51C19B1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df_display.columns = ['Алгоритм', 'Best Fitness', 'Makespan (s)', 'Energy (J)', 'Ітерація збіжності', 'Час (мс)', "Пам'ять (КБ)"]</w:t>
            </w:r>
          </w:p>
          <w:p w14:paraId="0B67DC89" w14:textId="77777777" w:rsidR="004A2A11" w:rsidRDefault="004A2A11">
            <w:pPr>
              <w:spacing w:after="0"/>
            </w:pPr>
          </w:p>
          <w:p w14:paraId="2A842E11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print(df_display.to_string(index=False))</w:t>
            </w:r>
          </w:p>
          <w:p w14:paraId="2BE801CB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print("\n[УСПІШНО] Оптимізація та порівняльний аналіз завершені.")</w:t>
            </w:r>
          </w:p>
          <w:p w14:paraId="7E998463" w14:textId="77777777" w:rsidR="004A2A11" w:rsidRDefault="004A2A11">
            <w:pPr>
              <w:spacing w:after="0"/>
            </w:pPr>
          </w:p>
          <w:p w14:paraId="6278BA48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if __name__ == '__main__':</w:t>
            </w:r>
          </w:p>
          <w:p w14:paraId="4C8F40C9" w14:textId="77777777" w:rsidR="004A2A11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main()</w:t>
            </w:r>
          </w:p>
        </w:tc>
      </w:tr>
    </w:tbl>
    <w:p w14:paraId="78FFC557" w14:textId="77777777" w:rsidR="004A2A11" w:rsidRDefault="004A2A11">
      <w:pPr>
        <w:spacing w:after="120"/>
      </w:pPr>
    </w:p>
    <w:p w14:paraId="07429EC8" w14:textId="77777777" w:rsidR="004A2A11" w:rsidRPr="00ED0015" w:rsidRDefault="00000000">
      <w:pPr>
        <w:keepNext/>
        <w:spacing w:before="320" w:after="120"/>
        <w:rPr>
          <w:lang w:val="ru-RU"/>
        </w:rPr>
      </w:pPr>
      <w:r w:rsidRPr="00ED0015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21D22205" w14:textId="77777777" w:rsidR="004A2A11" w:rsidRPr="00ED0015" w:rsidRDefault="00000000">
      <w:pPr>
        <w:rPr>
          <w:lang w:val="ru-RU"/>
        </w:rPr>
      </w:pPr>
      <w:r w:rsidRPr="00ED0015">
        <w:rPr>
          <w:lang w:val="ru-RU"/>
        </w:rPr>
        <w:t>У фінальному звіті студент повинен надати таблицю порівняння результатів оптимізації двома метаевристиками: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378"/>
        <w:gridCol w:w="1378"/>
        <w:gridCol w:w="1378"/>
        <w:gridCol w:w="1378"/>
        <w:gridCol w:w="1378"/>
        <w:gridCol w:w="1378"/>
        <w:gridCol w:w="1378"/>
      </w:tblGrid>
      <w:tr w:rsidR="004A2A11" w14:paraId="0B3528F3" w14:textId="77777777">
        <w:trPr>
          <w:jc w:val="center"/>
        </w:trPr>
        <w:tc>
          <w:tcPr>
            <w:tcW w:w="1378" w:type="dxa"/>
            <w:shd w:val="clear" w:color="auto" w:fill="003366"/>
          </w:tcPr>
          <w:p w14:paraId="156FD89C" w14:textId="77777777" w:rsidR="004A2A1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Алгоритм</w:t>
            </w:r>
          </w:p>
        </w:tc>
        <w:tc>
          <w:tcPr>
            <w:tcW w:w="1378" w:type="dxa"/>
            <w:shd w:val="clear" w:color="auto" w:fill="003366"/>
          </w:tcPr>
          <w:p w14:paraId="7ED59463" w14:textId="77777777" w:rsidR="004A2A1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Best Fitness F(X)</w:t>
            </w:r>
          </w:p>
        </w:tc>
        <w:tc>
          <w:tcPr>
            <w:tcW w:w="1378" w:type="dxa"/>
            <w:shd w:val="clear" w:color="auto" w:fill="003366"/>
          </w:tcPr>
          <w:p w14:paraId="62AA9140" w14:textId="77777777" w:rsidR="004A2A1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Makespan (сек)</w:t>
            </w:r>
          </w:p>
        </w:tc>
        <w:tc>
          <w:tcPr>
            <w:tcW w:w="1378" w:type="dxa"/>
            <w:shd w:val="clear" w:color="auto" w:fill="003366"/>
          </w:tcPr>
          <w:p w14:paraId="449324AF" w14:textId="77777777" w:rsidR="004A2A1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Енергія (J)</w:t>
            </w:r>
          </w:p>
        </w:tc>
        <w:tc>
          <w:tcPr>
            <w:tcW w:w="1378" w:type="dxa"/>
            <w:shd w:val="clear" w:color="auto" w:fill="003366"/>
          </w:tcPr>
          <w:p w14:paraId="5BF31EA5" w14:textId="77777777" w:rsidR="004A2A1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Ітерація збіжності</w:t>
            </w:r>
          </w:p>
        </w:tc>
        <w:tc>
          <w:tcPr>
            <w:tcW w:w="1378" w:type="dxa"/>
            <w:shd w:val="clear" w:color="auto" w:fill="003366"/>
          </w:tcPr>
          <w:p w14:paraId="18EB8E50" w14:textId="77777777" w:rsidR="004A2A1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Час (мс)</w:t>
            </w:r>
          </w:p>
        </w:tc>
        <w:tc>
          <w:tcPr>
            <w:tcW w:w="1378" w:type="dxa"/>
            <w:shd w:val="clear" w:color="auto" w:fill="003366"/>
          </w:tcPr>
          <w:p w14:paraId="1FBF5BE5" w14:textId="77777777" w:rsidR="004A2A1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Пам'ять (КБ)</w:t>
            </w:r>
          </w:p>
        </w:tc>
      </w:tr>
      <w:tr w:rsidR="004A2A11" w14:paraId="5586598D" w14:textId="77777777">
        <w:trPr>
          <w:jc w:val="center"/>
        </w:trPr>
        <w:tc>
          <w:tcPr>
            <w:tcW w:w="1378" w:type="dxa"/>
            <w:shd w:val="clear" w:color="auto" w:fill="F9FAFB"/>
          </w:tcPr>
          <w:p w14:paraId="1170B411" w14:textId="77777777" w:rsidR="004A2A11" w:rsidRDefault="00000000">
            <w:pPr>
              <w:jc w:val="center"/>
            </w:pPr>
            <w:r>
              <w:rPr>
                <w:sz w:val="18"/>
              </w:rPr>
              <w:t>Genetic Algorithm (GA)</w:t>
            </w:r>
          </w:p>
        </w:tc>
        <w:tc>
          <w:tcPr>
            <w:tcW w:w="1378" w:type="dxa"/>
            <w:shd w:val="clear" w:color="auto" w:fill="F9FAFB"/>
          </w:tcPr>
          <w:p w14:paraId="2BB8B616" w14:textId="77777777" w:rsidR="004A2A11" w:rsidRDefault="00000000">
            <w:pPr>
              <w:jc w:val="center"/>
            </w:pPr>
            <w:r>
              <w:rPr>
                <w:sz w:val="18"/>
              </w:rPr>
              <w:t>142.85</w:t>
            </w:r>
          </w:p>
        </w:tc>
        <w:tc>
          <w:tcPr>
            <w:tcW w:w="1378" w:type="dxa"/>
            <w:shd w:val="clear" w:color="auto" w:fill="F9FAFB"/>
          </w:tcPr>
          <w:p w14:paraId="682E2F86" w14:textId="77777777" w:rsidR="004A2A11" w:rsidRDefault="00000000">
            <w:pPr>
              <w:jc w:val="center"/>
            </w:pPr>
            <w:r>
              <w:rPr>
                <w:sz w:val="18"/>
              </w:rPr>
              <w:t>45.20</w:t>
            </w:r>
          </w:p>
        </w:tc>
        <w:tc>
          <w:tcPr>
            <w:tcW w:w="1378" w:type="dxa"/>
            <w:shd w:val="clear" w:color="auto" w:fill="F9FAFB"/>
          </w:tcPr>
          <w:p w14:paraId="4EE21719" w14:textId="77777777" w:rsidR="004A2A11" w:rsidRDefault="00000000">
            <w:pPr>
              <w:jc w:val="center"/>
            </w:pPr>
            <w:r>
              <w:rPr>
                <w:sz w:val="18"/>
              </w:rPr>
              <w:t>1953.0</w:t>
            </w:r>
          </w:p>
        </w:tc>
        <w:tc>
          <w:tcPr>
            <w:tcW w:w="1378" w:type="dxa"/>
            <w:shd w:val="clear" w:color="auto" w:fill="F9FAFB"/>
          </w:tcPr>
          <w:p w14:paraId="529CF7BE" w14:textId="77777777" w:rsidR="004A2A11" w:rsidRDefault="00000000">
            <w:pPr>
              <w:jc w:val="center"/>
            </w:pPr>
            <w:r>
              <w:rPr>
                <w:sz w:val="18"/>
              </w:rPr>
              <w:t>94</w:t>
            </w:r>
          </w:p>
        </w:tc>
        <w:tc>
          <w:tcPr>
            <w:tcW w:w="1378" w:type="dxa"/>
            <w:shd w:val="clear" w:color="auto" w:fill="F9FAFB"/>
          </w:tcPr>
          <w:p w14:paraId="6AD90FCF" w14:textId="77777777" w:rsidR="004A2A11" w:rsidRDefault="00000000">
            <w:pPr>
              <w:jc w:val="center"/>
            </w:pPr>
            <w:r>
              <w:rPr>
                <w:sz w:val="18"/>
              </w:rPr>
              <w:t>48.20 мс</w:t>
            </w:r>
          </w:p>
        </w:tc>
        <w:tc>
          <w:tcPr>
            <w:tcW w:w="1378" w:type="dxa"/>
            <w:shd w:val="clear" w:color="auto" w:fill="F9FAFB"/>
          </w:tcPr>
          <w:p w14:paraId="24406599" w14:textId="77777777" w:rsidR="004A2A11" w:rsidRDefault="00000000">
            <w:pPr>
              <w:jc w:val="center"/>
            </w:pPr>
            <w:r>
              <w:rPr>
                <w:sz w:val="18"/>
              </w:rPr>
              <w:t>12.4 КБ</w:t>
            </w:r>
          </w:p>
        </w:tc>
      </w:tr>
      <w:tr w:rsidR="004A2A11" w14:paraId="6941CBA3" w14:textId="77777777">
        <w:trPr>
          <w:jc w:val="center"/>
        </w:trPr>
        <w:tc>
          <w:tcPr>
            <w:tcW w:w="1378" w:type="dxa"/>
            <w:shd w:val="clear" w:color="auto" w:fill="FFFFFF"/>
          </w:tcPr>
          <w:p w14:paraId="1E264E31" w14:textId="77777777" w:rsidR="004A2A11" w:rsidRDefault="00000000">
            <w:pPr>
              <w:jc w:val="center"/>
            </w:pPr>
            <w:r>
              <w:rPr>
                <w:sz w:val="18"/>
              </w:rPr>
              <w:t>Simulated Annealing (SA)</w:t>
            </w:r>
          </w:p>
        </w:tc>
        <w:tc>
          <w:tcPr>
            <w:tcW w:w="1378" w:type="dxa"/>
            <w:shd w:val="clear" w:color="auto" w:fill="FFFFFF"/>
          </w:tcPr>
          <w:p w14:paraId="3E926AB8" w14:textId="77777777" w:rsidR="004A2A11" w:rsidRDefault="00000000">
            <w:pPr>
              <w:jc w:val="center"/>
            </w:pPr>
            <w:r>
              <w:rPr>
                <w:sz w:val="18"/>
              </w:rPr>
              <w:t>148.10</w:t>
            </w:r>
          </w:p>
        </w:tc>
        <w:tc>
          <w:tcPr>
            <w:tcW w:w="1378" w:type="dxa"/>
            <w:shd w:val="clear" w:color="auto" w:fill="FFFFFF"/>
          </w:tcPr>
          <w:p w14:paraId="1214E22C" w14:textId="77777777" w:rsidR="004A2A11" w:rsidRDefault="00000000">
            <w:pPr>
              <w:jc w:val="center"/>
            </w:pPr>
            <w:r>
              <w:rPr>
                <w:sz w:val="18"/>
              </w:rPr>
              <w:t>48.10</w:t>
            </w:r>
          </w:p>
        </w:tc>
        <w:tc>
          <w:tcPr>
            <w:tcW w:w="1378" w:type="dxa"/>
            <w:shd w:val="clear" w:color="auto" w:fill="FFFFFF"/>
          </w:tcPr>
          <w:p w14:paraId="463576D8" w14:textId="77777777" w:rsidR="004A2A11" w:rsidRDefault="00000000">
            <w:pPr>
              <w:jc w:val="center"/>
            </w:pPr>
            <w:r>
              <w:rPr>
                <w:sz w:val="18"/>
              </w:rPr>
              <w:t>2000.0</w:t>
            </w:r>
          </w:p>
        </w:tc>
        <w:tc>
          <w:tcPr>
            <w:tcW w:w="1378" w:type="dxa"/>
            <w:shd w:val="clear" w:color="auto" w:fill="FFFFFF"/>
          </w:tcPr>
          <w:p w14:paraId="0C1D138A" w14:textId="77777777" w:rsidR="004A2A11" w:rsidRDefault="00000000">
            <w:pPr>
              <w:jc w:val="center"/>
            </w:pPr>
            <w:r>
              <w:rPr>
                <w:sz w:val="18"/>
              </w:rPr>
              <w:t>1120</w:t>
            </w:r>
          </w:p>
        </w:tc>
        <w:tc>
          <w:tcPr>
            <w:tcW w:w="1378" w:type="dxa"/>
            <w:shd w:val="clear" w:color="auto" w:fill="FFFFFF"/>
          </w:tcPr>
          <w:p w14:paraId="52834B28" w14:textId="77777777" w:rsidR="004A2A11" w:rsidRDefault="00000000">
            <w:pPr>
              <w:jc w:val="center"/>
            </w:pPr>
            <w:r>
              <w:rPr>
                <w:sz w:val="18"/>
              </w:rPr>
              <w:t>15.40 мс</w:t>
            </w:r>
          </w:p>
        </w:tc>
        <w:tc>
          <w:tcPr>
            <w:tcW w:w="1378" w:type="dxa"/>
            <w:shd w:val="clear" w:color="auto" w:fill="FFFFFF"/>
          </w:tcPr>
          <w:p w14:paraId="11E715F3" w14:textId="77777777" w:rsidR="004A2A11" w:rsidRDefault="00000000">
            <w:pPr>
              <w:jc w:val="center"/>
            </w:pPr>
            <w:r>
              <w:rPr>
                <w:sz w:val="18"/>
              </w:rPr>
              <w:t>4.1 КБ</w:t>
            </w:r>
          </w:p>
        </w:tc>
      </w:tr>
    </w:tbl>
    <w:p w14:paraId="1C2E2D8B" w14:textId="77777777" w:rsidR="004A2A11" w:rsidRPr="00ED0015" w:rsidRDefault="00000000">
      <w:pPr>
        <w:keepNext/>
        <w:spacing w:before="240" w:after="80"/>
        <w:rPr>
          <w:lang w:val="ru-RU"/>
        </w:rPr>
      </w:pPr>
      <w:r w:rsidRPr="00ED0015">
        <w:rPr>
          <w:rFonts w:ascii="Arial" w:hAnsi="Arial"/>
          <w:b/>
          <w:color w:val="006699"/>
          <w:sz w:val="26"/>
          <w:lang w:val="ru-RU"/>
        </w:rPr>
        <w:t>Висновки у звіті повинні містити:</w:t>
      </w:r>
    </w:p>
    <w:p w14:paraId="3295F49B" w14:textId="77777777" w:rsidR="004A2A11" w:rsidRDefault="00000000">
      <w:r w:rsidRPr="00ED0015">
        <w:rPr>
          <w:lang w:val="ru-RU"/>
        </w:rPr>
        <w:t xml:space="preserve">1. Обґрунтування кодування рішення (структури хромосоми/вектора) та вибору цільової функції </w:t>
      </w:r>
      <w:r>
        <w:t>Fitness</w:t>
      </w:r>
      <w:r w:rsidRPr="00ED0015">
        <w:rPr>
          <w:lang w:val="ru-RU"/>
        </w:rPr>
        <w:t>.</w:t>
      </w:r>
      <w:r w:rsidRPr="00ED0015">
        <w:rPr>
          <w:lang w:val="ru-RU"/>
        </w:rPr>
        <w:br/>
        <w:t xml:space="preserve">2. Порівняння швидкості збіжності (кількості ітерацій/поколінь до кращого значення </w:t>
      </w:r>
      <w:r>
        <w:t>F</w:t>
      </w:r>
      <w:r w:rsidRPr="00ED0015">
        <w:rPr>
          <w:lang w:val="ru-RU"/>
        </w:rPr>
        <w:t>(</w:t>
      </w:r>
      <w:r>
        <w:t>X</w:t>
      </w:r>
      <w:r w:rsidRPr="00ED0015">
        <w:rPr>
          <w:lang w:val="ru-RU"/>
        </w:rPr>
        <w:t xml:space="preserve">)) між </w:t>
      </w:r>
      <w:r>
        <w:t>GA</w:t>
      </w:r>
      <w:r w:rsidRPr="00ED0015">
        <w:rPr>
          <w:lang w:val="ru-RU"/>
        </w:rPr>
        <w:t xml:space="preserve"> та </w:t>
      </w:r>
      <w:r>
        <w:t>SA</w:t>
      </w:r>
      <w:r w:rsidRPr="00ED0015">
        <w:rPr>
          <w:lang w:val="ru-RU"/>
        </w:rPr>
        <w:t>.</w:t>
      </w:r>
      <w:r w:rsidRPr="00ED0015">
        <w:rPr>
          <w:lang w:val="ru-RU"/>
        </w:rPr>
        <w:br/>
        <w:t>3. Аналіз якості знайденого рішення (</w:t>
      </w:r>
      <w:r>
        <w:t>Best</w:t>
      </w:r>
      <w:r w:rsidRPr="00ED0015">
        <w:rPr>
          <w:lang w:val="ru-RU"/>
        </w:rPr>
        <w:t xml:space="preserve"> </w:t>
      </w:r>
      <w:r>
        <w:t>Fitness</w:t>
      </w:r>
      <w:r w:rsidRPr="00ED0015">
        <w:rPr>
          <w:lang w:val="ru-RU"/>
        </w:rPr>
        <w:t xml:space="preserve">, </w:t>
      </w:r>
      <w:r>
        <w:t>Makespan</w:t>
      </w:r>
      <w:r w:rsidRPr="00ED0015">
        <w:rPr>
          <w:lang w:val="ru-RU"/>
        </w:rPr>
        <w:t xml:space="preserve">, </w:t>
      </w:r>
      <w:r>
        <w:t>Energy</w:t>
      </w:r>
      <w:r w:rsidRPr="00ED0015">
        <w:rPr>
          <w:lang w:val="ru-RU"/>
        </w:rPr>
        <w:t>) та впливу штрафної функції.</w:t>
      </w:r>
      <w:r w:rsidRPr="00ED0015">
        <w:rPr>
          <w:lang w:val="ru-RU"/>
        </w:rPr>
        <w:br/>
      </w:r>
      <w:r>
        <w:t>4. Оцінка часу виконання та витрат пам'яті для кожної метаевристики.</w:t>
      </w:r>
    </w:p>
    <w:sectPr w:rsidR="004A2A11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0836677">
    <w:abstractNumId w:val="8"/>
  </w:num>
  <w:num w:numId="2" w16cid:durableId="1174301291">
    <w:abstractNumId w:val="6"/>
  </w:num>
  <w:num w:numId="3" w16cid:durableId="498892467">
    <w:abstractNumId w:val="5"/>
  </w:num>
  <w:num w:numId="4" w16cid:durableId="968508426">
    <w:abstractNumId w:val="4"/>
  </w:num>
  <w:num w:numId="5" w16cid:durableId="773136246">
    <w:abstractNumId w:val="7"/>
  </w:num>
  <w:num w:numId="6" w16cid:durableId="2067946995">
    <w:abstractNumId w:val="3"/>
  </w:num>
  <w:num w:numId="7" w16cid:durableId="1457945779">
    <w:abstractNumId w:val="2"/>
  </w:num>
  <w:num w:numId="8" w16cid:durableId="857159693">
    <w:abstractNumId w:val="1"/>
  </w:num>
  <w:num w:numId="9" w16cid:durableId="583421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B8D"/>
    <w:rsid w:val="0029639D"/>
    <w:rsid w:val="00326F90"/>
    <w:rsid w:val="004A2A11"/>
    <w:rsid w:val="00AA1D8D"/>
    <w:rsid w:val="00B47730"/>
    <w:rsid w:val="00CB0664"/>
    <w:rsid w:val="00ED00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D9F908"/>
  <w14:defaultImageDpi w14:val="300"/>
  <w15:docId w15:val="{BC2EF7E8-54E1-495F-8C2A-332EB2D4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3268</Words>
  <Characters>18634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2026-09-29T12:42:00Z</dcterms:modified>
  <cp:category/>
</cp:coreProperties>
</file>