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E2DB" w14:textId="1A04DF71" w:rsidR="00435FAD" w:rsidRDefault="004C2B3A">
      <w:pPr>
        <w:jc w:val="center"/>
      </w:pPr>
      <w:r w:rsidRPr="004C2B3A">
        <w:rPr>
          <w:rFonts w:ascii="Arial" w:hAnsi="Arial"/>
          <w:b/>
          <w:color w:val="646464"/>
          <w:sz w:val="20"/>
        </w:rPr>
        <w:t>Державний університет "Житомирська політехніка"</w:t>
      </w:r>
      <w:r w:rsidR="00000000">
        <w:rPr>
          <w:rFonts w:ascii="Arial" w:hAnsi="Arial"/>
          <w:b/>
          <w:color w:val="646464"/>
          <w:sz w:val="20"/>
        </w:rPr>
        <w:br/>
        <w:t>Кафедра комп'ютерних наук та інженерії</w:t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646464"/>
          <w:sz w:val="20"/>
        </w:rPr>
        <w:br/>
      </w:r>
      <w:r w:rsidR="00000000">
        <w:rPr>
          <w:rFonts w:ascii="Arial" w:hAnsi="Arial"/>
          <w:b/>
          <w:color w:val="003366"/>
          <w:sz w:val="36"/>
        </w:rPr>
        <w:t>МЕТОДИЧНІ ВКАЗІВКИ ТА ЗАВДАННЯ</w:t>
      </w:r>
      <w:r w:rsidR="00000000">
        <w:rPr>
          <w:rFonts w:ascii="Arial" w:hAnsi="Arial"/>
          <w:b/>
          <w:color w:val="003366"/>
          <w:sz w:val="36"/>
        </w:rPr>
        <w:br/>
        <w:t>ДО ЛАБОРАТОРНОЇ РОБОТИ №1</w:t>
      </w:r>
      <w:r w:rsidR="00000000">
        <w:rPr>
          <w:rFonts w:ascii="Arial" w:hAnsi="Arial"/>
          <w:b/>
          <w:color w:val="003366"/>
          <w:sz w:val="36"/>
        </w:rPr>
        <w:br/>
      </w:r>
      <w:r w:rsidR="00000000">
        <w:rPr>
          <w:rFonts w:ascii="Arial" w:hAnsi="Arial"/>
          <w:i/>
          <w:color w:val="006699"/>
          <w:sz w:val="24"/>
        </w:rPr>
        <w:t>з дисципліни «Штучний інтелект в задачах комп’ютерної інженерії»</w:t>
      </w:r>
      <w:r w:rsidR="00000000">
        <w:rPr>
          <w:rFonts w:ascii="Arial" w:hAnsi="Arial"/>
          <w:i/>
          <w:color w:val="006699"/>
          <w:sz w:val="24"/>
        </w:rPr>
        <w:br/>
      </w:r>
    </w:p>
    <w:p w14:paraId="5EE6E9D0" w14:textId="77777777" w:rsidR="00435FAD" w:rsidRDefault="00000000">
      <w:pPr>
        <w:spacing w:before="120" w:after="360"/>
        <w:jc w:val="center"/>
      </w:pPr>
      <w:r>
        <w:rPr>
          <w:rFonts w:ascii="Arial" w:hAnsi="Arial"/>
          <w:b/>
          <w:sz w:val="26"/>
        </w:rPr>
        <w:t>Тема: «Реалізація та порівняння алгоритмів пошуку для задач штучного інтелекту на мові Python (Python 3.10+)»</w:t>
      </w:r>
    </w:p>
    <w:p w14:paraId="5BA4ACF3" w14:textId="77777777" w:rsidR="00435FAD" w:rsidRDefault="00000000">
      <w:pPr>
        <w:keepNext/>
        <w:spacing w:before="320" w:after="120"/>
      </w:pPr>
      <w:r>
        <w:rPr>
          <w:rFonts w:ascii="Arial" w:hAnsi="Arial"/>
          <w:b/>
          <w:color w:val="003366"/>
          <w:sz w:val="32"/>
        </w:rPr>
        <w:t>1. МЕТА РОБОТИ ТА ТЕОРЕТИЧНІ ВІДОМОСТІ</w:t>
      </w:r>
    </w:p>
    <w:p w14:paraId="578BBEB1" w14:textId="77777777" w:rsidR="00435FAD" w:rsidRDefault="00000000">
      <w:r>
        <w:rPr>
          <w:b/>
        </w:rPr>
        <w:t xml:space="preserve">Мета роботи: </w:t>
      </w:r>
      <w:r>
        <w:t>Засвоїти практичні навички формалізації інженерних та програмних задач у вигляді простору станів (State Space), реалізувати алгоритми неінформованого (BFS, DFS, UCS) та інформованого евристичного пошуку (A*, Greedy Search) на мові Python (версії 3.10+), а також провести порівняльний аналіз їхньої алгоритмічної та системної ефективності.</w:t>
      </w:r>
    </w:p>
    <w:p w14:paraId="271F7308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1.1. Формалізація задачі у просторі станів</w:t>
      </w:r>
    </w:p>
    <w:p w14:paraId="7C8CAE81" w14:textId="77777777" w:rsidR="00435FAD" w:rsidRPr="004C2B3A" w:rsidRDefault="00000000">
      <w:pPr>
        <w:rPr>
          <w:lang w:val="ru-RU"/>
        </w:rPr>
      </w:pPr>
      <w:r w:rsidRPr="004C2B3A">
        <w:rPr>
          <w:lang w:val="ru-RU"/>
        </w:rPr>
        <w:t>Будь-яка задача пошуку в штучному інтелекті формалізується у вигляді 5-кортежу:</w:t>
      </w:r>
      <w:r w:rsidRPr="004C2B3A">
        <w:rPr>
          <w:lang w:val="ru-RU"/>
        </w:rPr>
        <w:br/>
      </w:r>
      <w:r w:rsidRPr="004C2B3A">
        <w:rPr>
          <w:b/>
          <w:lang w:val="ru-RU"/>
        </w:rPr>
        <w:t>1. Початковий стан (</w:t>
      </w:r>
      <w:r>
        <w:rPr>
          <w:b/>
        </w:rPr>
        <w:t>Start</w:t>
      </w:r>
      <w:r w:rsidRPr="004C2B3A">
        <w:rPr>
          <w:b/>
          <w:lang w:val="ru-RU"/>
        </w:rPr>
        <w:t xml:space="preserve"> </w:t>
      </w:r>
      <w:r>
        <w:rPr>
          <w:b/>
        </w:rPr>
        <w:t>State</w:t>
      </w:r>
      <w:r w:rsidRPr="004C2B3A">
        <w:rPr>
          <w:b/>
          <w:lang w:val="ru-RU"/>
        </w:rPr>
        <w:t xml:space="preserve">) </w:t>
      </w:r>
      <w:r>
        <w:rPr>
          <w:b/>
        </w:rPr>
        <w:t>S</w:t>
      </w:r>
      <w:r w:rsidRPr="004C2B3A">
        <w:rPr>
          <w:b/>
          <w:lang w:val="ru-RU"/>
        </w:rPr>
        <w:t>₀</w:t>
      </w:r>
      <w:r w:rsidRPr="004C2B3A">
        <w:rPr>
          <w:b/>
          <w:lang w:val="ru-RU"/>
        </w:rPr>
        <w:br/>
        <w:t xml:space="preserve">2. Множина можливих дій </w:t>
      </w:r>
      <w:r>
        <w:rPr>
          <w:b/>
        </w:rPr>
        <w:t>Actions</w:t>
      </w:r>
      <w:r w:rsidRPr="004C2B3A">
        <w:rPr>
          <w:b/>
          <w:lang w:val="ru-RU"/>
        </w:rPr>
        <w:t>(</w:t>
      </w:r>
      <w:r>
        <w:rPr>
          <w:b/>
        </w:rPr>
        <w:t>S</w:t>
      </w:r>
      <w:r w:rsidRPr="004C2B3A">
        <w:rPr>
          <w:b/>
          <w:lang w:val="ru-RU"/>
        </w:rPr>
        <w:t>)</w:t>
      </w:r>
      <w:r w:rsidRPr="004C2B3A">
        <w:rPr>
          <w:b/>
          <w:lang w:val="ru-RU"/>
        </w:rPr>
        <w:br/>
        <w:t xml:space="preserve">3. Функція переходів </w:t>
      </w:r>
      <w:r>
        <w:rPr>
          <w:b/>
        </w:rPr>
        <w:t>Result</w:t>
      </w:r>
      <w:r w:rsidRPr="004C2B3A">
        <w:rPr>
          <w:b/>
          <w:lang w:val="ru-RU"/>
        </w:rPr>
        <w:t>(</w:t>
      </w:r>
      <w:r>
        <w:rPr>
          <w:b/>
        </w:rPr>
        <w:t>S</w:t>
      </w:r>
      <w:r w:rsidRPr="004C2B3A">
        <w:rPr>
          <w:b/>
          <w:lang w:val="ru-RU"/>
        </w:rPr>
        <w:t xml:space="preserve">, </w:t>
      </w:r>
      <w:r>
        <w:rPr>
          <w:b/>
        </w:rPr>
        <w:t>A</w:t>
      </w:r>
      <w:r w:rsidRPr="004C2B3A">
        <w:rPr>
          <w:b/>
          <w:lang w:val="ru-RU"/>
        </w:rPr>
        <w:t xml:space="preserve">) -&gt; </w:t>
      </w:r>
      <w:r>
        <w:rPr>
          <w:b/>
        </w:rPr>
        <w:t>S</w:t>
      </w:r>
      <w:r w:rsidRPr="004C2B3A">
        <w:rPr>
          <w:b/>
          <w:lang w:val="ru-RU"/>
        </w:rPr>
        <w:t>'</w:t>
      </w:r>
      <w:r w:rsidRPr="004C2B3A">
        <w:rPr>
          <w:b/>
          <w:lang w:val="ru-RU"/>
        </w:rPr>
        <w:br/>
        <w:t xml:space="preserve">4. Перевірка досягнення цілі </w:t>
      </w:r>
      <w:r>
        <w:rPr>
          <w:b/>
        </w:rPr>
        <w:t>GoalTest</w:t>
      </w:r>
      <w:r w:rsidRPr="004C2B3A">
        <w:rPr>
          <w:b/>
          <w:lang w:val="ru-RU"/>
        </w:rPr>
        <w:t>(</w:t>
      </w:r>
      <w:r>
        <w:rPr>
          <w:b/>
        </w:rPr>
        <w:t>S</w:t>
      </w:r>
      <w:r w:rsidRPr="004C2B3A">
        <w:rPr>
          <w:b/>
          <w:lang w:val="ru-RU"/>
        </w:rPr>
        <w:t>) -&gt; {</w:t>
      </w:r>
      <w:r>
        <w:rPr>
          <w:b/>
        </w:rPr>
        <w:t>True</w:t>
      </w:r>
      <w:r w:rsidRPr="004C2B3A">
        <w:rPr>
          <w:b/>
          <w:lang w:val="ru-RU"/>
        </w:rPr>
        <w:t xml:space="preserve">, </w:t>
      </w:r>
      <w:r>
        <w:rPr>
          <w:b/>
        </w:rPr>
        <w:t>False</w:t>
      </w:r>
      <w:r w:rsidRPr="004C2B3A">
        <w:rPr>
          <w:b/>
          <w:lang w:val="ru-RU"/>
        </w:rPr>
        <w:t>}</w:t>
      </w:r>
      <w:r w:rsidRPr="004C2B3A">
        <w:rPr>
          <w:b/>
          <w:lang w:val="ru-RU"/>
        </w:rPr>
        <w:br/>
        <w:t xml:space="preserve">5. Функція вартості шляху </w:t>
      </w:r>
      <w:r>
        <w:rPr>
          <w:b/>
        </w:rPr>
        <w:t>PathCost</w:t>
      </w:r>
      <w:r w:rsidRPr="004C2B3A">
        <w:rPr>
          <w:b/>
          <w:lang w:val="ru-RU"/>
        </w:rPr>
        <w:t xml:space="preserve"> </w:t>
      </w:r>
      <w:r>
        <w:rPr>
          <w:b/>
        </w:rPr>
        <w:t>g</w:t>
      </w:r>
      <w:r w:rsidRPr="004C2B3A">
        <w:rPr>
          <w:b/>
          <w:lang w:val="ru-RU"/>
        </w:rPr>
        <w:t>(</w:t>
      </w:r>
      <w:r>
        <w:rPr>
          <w:b/>
        </w:rPr>
        <w:t>n</w:t>
      </w:r>
      <w:r w:rsidRPr="004C2B3A">
        <w:rPr>
          <w:b/>
          <w:lang w:val="ru-RU"/>
        </w:rPr>
        <w:t>)</w:t>
      </w:r>
      <w:r w:rsidRPr="004C2B3A">
        <w:rPr>
          <w:b/>
          <w:lang w:val="ru-RU"/>
        </w:rPr>
        <w:br/>
      </w:r>
    </w:p>
    <w:p w14:paraId="3C0F7856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1.2. Класифікація алгоритмів пошуку</w:t>
      </w:r>
    </w:p>
    <w:p w14:paraId="38883D41" w14:textId="77777777" w:rsidR="00435FAD" w:rsidRDefault="00000000">
      <w:r w:rsidRPr="004C2B3A">
        <w:rPr>
          <w:b/>
          <w:lang w:val="ru-RU"/>
        </w:rPr>
        <w:t xml:space="preserve">• Неінформований (сліпий) пошук: </w:t>
      </w:r>
      <w:r w:rsidRPr="004C2B3A">
        <w:rPr>
          <w:lang w:val="ru-RU"/>
        </w:rPr>
        <w:t xml:space="preserve">використовує лише інформацію про зв'язки у графі. </w:t>
      </w:r>
      <w:r>
        <w:t>Приклади: Breadth-First Search (BFS), Depth-First Search (DFS), Uniform-Cost Search (UCS / Алгоритм Дейкстри).</w:t>
      </w:r>
      <w:r>
        <w:br/>
      </w:r>
      <w:r>
        <w:rPr>
          <w:b/>
        </w:rPr>
        <w:t xml:space="preserve">• Інформований (евристичний) пошук: </w:t>
      </w:r>
      <w:r>
        <w:t>використовує функцію оцінки f(n) = g(n) + h(n), де h(n) — евристична оцінка відстані від поточного стану n до цілі. Приклади: Greedy Best-First Search, A* Search.</w:t>
      </w:r>
      <w:r>
        <w:br/>
      </w:r>
      <w:r>
        <w:rPr>
          <w:b/>
        </w:rPr>
        <w:t xml:space="preserve">• Вимоги до евристики h(n): </w:t>
      </w:r>
      <w:r>
        <w:t>Евристика називається допустимою (Admissible), якщо вона ніколи не переоцінює реальну вартість h*(n), тобто 0 &lt;= h(n) &lt;= h*(n).</w:t>
      </w:r>
    </w:p>
    <w:p w14:paraId="5DA2C16D" w14:textId="77777777" w:rsidR="00435FAD" w:rsidRPr="004C2B3A" w:rsidRDefault="00000000">
      <w:pPr>
        <w:keepNext/>
        <w:spacing w:before="320" w:after="120"/>
        <w:rPr>
          <w:lang w:val="ru-RU"/>
        </w:rPr>
      </w:pPr>
      <w:r w:rsidRPr="004C2B3A">
        <w:rPr>
          <w:rFonts w:ascii="Arial" w:hAnsi="Arial"/>
          <w:b/>
          <w:color w:val="003366"/>
          <w:sz w:val="32"/>
          <w:lang w:val="ru-RU"/>
        </w:rPr>
        <w:t xml:space="preserve">2. ВИМОГИ ДО ВИКОНАННЯ ТА СТРУКТУРИ ПРОЄКТУ </w:t>
      </w:r>
      <w:r>
        <w:rPr>
          <w:rFonts w:ascii="Arial" w:hAnsi="Arial"/>
          <w:b/>
          <w:color w:val="003366"/>
          <w:sz w:val="32"/>
        </w:rPr>
        <w:t>PYTHON</w:t>
      </w:r>
    </w:p>
    <w:p w14:paraId="47E35222" w14:textId="77777777" w:rsidR="00435FAD" w:rsidRDefault="00000000">
      <w:r w:rsidRPr="004C2B3A">
        <w:rPr>
          <w:lang w:val="ru-RU"/>
        </w:rPr>
        <w:t xml:space="preserve">Проєкт будується як модульний додаток </w:t>
      </w:r>
      <w:r>
        <w:t>Python</w:t>
      </w:r>
      <w:r w:rsidRPr="004C2B3A">
        <w:rPr>
          <w:lang w:val="ru-RU"/>
        </w:rPr>
        <w:t xml:space="preserve"> (версії 3.10+) із використанням ООП, стандартних бібліотек (</w:t>
      </w:r>
      <w:r>
        <w:t>heapq</w:t>
      </w:r>
      <w:r w:rsidRPr="004C2B3A">
        <w:rPr>
          <w:lang w:val="ru-RU"/>
        </w:rPr>
        <w:t xml:space="preserve">, </w:t>
      </w:r>
      <w:r>
        <w:t>dataclasses</w:t>
      </w:r>
      <w:r w:rsidRPr="004C2B3A">
        <w:rPr>
          <w:lang w:val="ru-RU"/>
        </w:rPr>
        <w:t xml:space="preserve">, </w:t>
      </w:r>
      <w:r>
        <w:t>time</w:t>
      </w:r>
      <w:r w:rsidRPr="004C2B3A">
        <w:rPr>
          <w:lang w:val="ru-RU"/>
        </w:rPr>
        <w:t xml:space="preserve">, </w:t>
      </w:r>
      <w:r>
        <w:t>tracemalloc</w:t>
      </w:r>
      <w:r w:rsidRPr="004C2B3A">
        <w:rPr>
          <w:lang w:val="ru-RU"/>
        </w:rPr>
        <w:t xml:space="preserve">) та чистих стандартів коду </w:t>
      </w:r>
      <w:r>
        <w:t>PEP</w:t>
      </w:r>
      <w:r w:rsidRPr="004C2B3A">
        <w:rPr>
          <w:lang w:val="ru-RU"/>
        </w:rPr>
        <w:t xml:space="preserve">8. </w:t>
      </w:r>
      <w:r>
        <w:t>Використання `.ipynb` файлів заборонено.</w:t>
      </w:r>
      <w:r>
        <w:br/>
      </w:r>
    </w:p>
    <w:p w14:paraId="76D2AC87" w14:textId="77777777" w:rsidR="00435FAD" w:rsidRDefault="00000000">
      <w:r>
        <w:rPr>
          <w:b/>
        </w:rPr>
        <w:lastRenderedPageBreak/>
        <w:t>Структура проєкту Python:</w:t>
      </w:r>
      <w:r>
        <w:rPr>
          <w:b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35FAD" w14:paraId="5275CD5C" w14:textId="77777777">
        <w:trPr>
          <w:jc w:val="center"/>
        </w:trPr>
        <w:tc>
          <w:tcPr>
            <w:tcW w:w="9648" w:type="dxa"/>
            <w:tcBorders>
              <w:left w:val="single" w:sz="24" w:space="0" w:color="2B5B84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B31B08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lab1_search_python/</w:t>
            </w:r>
          </w:p>
          <w:p w14:paraId="0C4D0947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config/</w:t>
            </w:r>
          </w:p>
          <w:p w14:paraId="0269960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config.yaml            # Конфігураційні параметри сітки/графа</w:t>
            </w:r>
          </w:p>
          <w:p w14:paraId="27AE3F7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data/</w:t>
            </w:r>
          </w:p>
          <w:p w14:paraId="62C5DB2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grid_map.json          # Вхідні дані (карти/матриці)</w:t>
            </w:r>
          </w:p>
          <w:p w14:paraId="5B74471F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src/</w:t>
            </w:r>
          </w:p>
          <w:p w14:paraId="16D94AB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__init__.py</w:t>
            </w:r>
          </w:p>
          <w:p w14:paraId="2913981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models.py              # Dataclasses для State, SearchNode, SearchResult</w:t>
            </w:r>
          </w:p>
          <w:p w14:paraId="6FBE3C6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heuristics.py          # Евристичні функції (Manhattan, Euclidean)</w:t>
            </w:r>
          </w:p>
          <w:p w14:paraId="70207FBA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├── environment.py         # Клас середовища (GridEnvironment)</w:t>
            </w:r>
          </w:p>
          <w:p w14:paraId="29D0FEE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│   └── algorithms.py          # Реалізація алгоритмів (BFS, A*, UCS, DFS)</w:t>
            </w:r>
          </w:p>
          <w:p w14:paraId="51CEBE67" w14:textId="77777777" w:rsidR="00435FAD" w:rsidRPr="004C2B3A" w:rsidRDefault="00000000">
            <w:pPr>
              <w:spacing w:after="0"/>
              <w:rPr>
                <w:lang w:val="ru-RU"/>
              </w:rPr>
            </w:pP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├── </w:t>
            </w:r>
            <w:r>
              <w:rPr>
                <w:rFonts w:ascii="Consolas" w:hAnsi="Consolas"/>
                <w:color w:val="222222"/>
                <w:sz w:val="19"/>
              </w:rPr>
              <w:t>main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py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                    # Головний скрипт виклику та порівняльного аналізу</w:t>
            </w:r>
          </w:p>
          <w:p w14:paraId="036B45E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├── requirements.txt           # Залежності (pandas, tabulate, pyyaml)</w:t>
            </w:r>
          </w:p>
          <w:p w14:paraId="456518D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└── README.md                  # Звіт із формалізацією та аналізом результатів</w:t>
            </w:r>
          </w:p>
        </w:tc>
      </w:tr>
    </w:tbl>
    <w:p w14:paraId="0C542E8C" w14:textId="77777777" w:rsidR="00435FAD" w:rsidRDefault="00435FAD">
      <w:pPr>
        <w:spacing w:after="120"/>
      </w:pPr>
    </w:p>
    <w:p w14:paraId="148A6876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Обов'язкові метрики для виводу у консоль:</w:t>
      </w:r>
    </w:p>
    <w:p w14:paraId="1CD621CE" w14:textId="77777777" w:rsidR="00435FAD" w:rsidRPr="004C2B3A" w:rsidRDefault="00000000">
      <w:pPr>
        <w:rPr>
          <w:lang w:val="ru-RU"/>
        </w:rPr>
      </w:pPr>
      <w:r w:rsidRPr="004C2B3A">
        <w:rPr>
          <w:lang w:val="ru-RU"/>
        </w:rPr>
        <w:t xml:space="preserve">1. </w:t>
      </w:r>
      <w:r>
        <w:t>Path</w:t>
      </w:r>
      <w:r w:rsidRPr="004C2B3A">
        <w:rPr>
          <w:lang w:val="ru-RU"/>
        </w:rPr>
        <w:t xml:space="preserve"> </w:t>
      </w:r>
      <w:r>
        <w:t>Cost</w:t>
      </w:r>
      <w:r w:rsidRPr="004C2B3A">
        <w:rPr>
          <w:lang w:val="ru-RU"/>
        </w:rPr>
        <w:t xml:space="preserve"> </w:t>
      </w:r>
      <w:r>
        <w:t>g</w:t>
      </w:r>
      <w:r w:rsidRPr="004C2B3A">
        <w:rPr>
          <w:lang w:val="ru-RU"/>
        </w:rPr>
        <w:t>(</w:t>
      </w:r>
      <w:r>
        <w:t>n</w:t>
      </w:r>
      <w:r w:rsidRPr="004C2B3A">
        <w:rPr>
          <w:lang w:val="ru-RU"/>
        </w:rPr>
        <w:t>) — сумарна вартість знайденого шляху.</w:t>
      </w:r>
      <w:r w:rsidRPr="004C2B3A">
        <w:rPr>
          <w:lang w:val="ru-RU"/>
        </w:rPr>
        <w:br/>
        <w:t xml:space="preserve">2. </w:t>
      </w:r>
      <w:r>
        <w:t>Path</w:t>
      </w:r>
      <w:r w:rsidRPr="004C2B3A">
        <w:rPr>
          <w:lang w:val="ru-RU"/>
        </w:rPr>
        <w:t xml:space="preserve"> </w:t>
      </w:r>
      <w:r>
        <w:t>Length</w:t>
      </w:r>
      <w:r w:rsidRPr="004C2B3A">
        <w:rPr>
          <w:lang w:val="ru-RU"/>
        </w:rPr>
        <w:t xml:space="preserve"> — кількість кроків/вузлів у шляху.</w:t>
      </w:r>
      <w:r w:rsidRPr="004C2B3A">
        <w:rPr>
          <w:lang w:val="ru-RU"/>
        </w:rPr>
        <w:br/>
        <w:t xml:space="preserve">3. </w:t>
      </w:r>
      <w:r>
        <w:t>Nodes</w:t>
      </w:r>
      <w:r w:rsidRPr="004C2B3A">
        <w:rPr>
          <w:lang w:val="ru-RU"/>
        </w:rPr>
        <w:t xml:space="preserve"> </w:t>
      </w:r>
      <w:r>
        <w:t>Expanded</w:t>
      </w:r>
      <w:r w:rsidRPr="004C2B3A">
        <w:rPr>
          <w:lang w:val="ru-RU"/>
        </w:rPr>
        <w:t xml:space="preserve"> — кількість відвіданих/розкритих вузлів.</w:t>
      </w:r>
      <w:r w:rsidRPr="004C2B3A">
        <w:rPr>
          <w:lang w:val="ru-RU"/>
        </w:rPr>
        <w:br/>
        <w:t xml:space="preserve">4. </w:t>
      </w:r>
      <w:r>
        <w:t>Max</w:t>
      </w:r>
      <w:r w:rsidRPr="004C2B3A">
        <w:rPr>
          <w:lang w:val="ru-RU"/>
        </w:rPr>
        <w:t xml:space="preserve"> </w:t>
      </w:r>
      <w:r>
        <w:t>Frontier</w:t>
      </w:r>
      <w:r w:rsidRPr="004C2B3A">
        <w:rPr>
          <w:lang w:val="ru-RU"/>
        </w:rPr>
        <w:t xml:space="preserve"> </w:t>
      </w:r>
      <w:r>
        <w:t>Size</w:t>
      </w:r>
      <w:r w:rsidRPr="004C2B3A">
        <w:rPr>
          <w:lang w:val="ru-RU"/>
        </w:rPr>
        <w:t xml:space="preserve"> — максимальний розмір черги/стеку у пам'яті.</w:t>
      </w:r>
      <w:r w:rsidRPr="004C2B3A">
        <w:rPr>
          <w:lang w:val="ru-RU"/>
        </w:rPr>
        <w:br/>
        <w:t xml:space="preserve">5. </w:t>
      </w:r>
      <w:r>
        <w:t>Execution</w:t>
      </w:r>
      <w:r w:rsidRPr="004C2B3A">
        <w:rPr>
          <w:lang w:val="ru-RU"/>
        </w:rPr>
        <w:t xml:space="preserve"> </w:t>
      </w:r>
      <w:r>
        <w:t>Time</w:t>
      </w:r>
      <w:r w:rsidRPr="004C2B3A">
        <w:rPr>
          <w:lang w:val="ru-RU"/>
        </w:rPr>
        <w:t xml:space="preserve"> (</w:t>
      </w:r>
      <w:r>
        <w:t>ms</w:t>
      </w:r>
      <w:r w:rsidRPr="004C2B3A">
        <w:rPr>
          <w:lang w:val="ru-RU"/>
        </w:rPr>
        <w:t xml:space="preserve">) — точний час виконання в мілісекундах (через </w:t>
      </w:r>
      <w:r>
        <w:t>time</w:t>
      </w:r>
      <w:r w:rsidRPr="004C2B3A">
        <w:rPr>
          <w:lang w:val="ru-RU"/>
        </w:rPr>
        <w:t>.</w:t>
      </w:r>
      <w:r>
        <w:t>perf</w:t>
      </w:r>
      <w:r w:rsidRPr="004C2B3A">
        <w:rPr>
          <w:lang w:val="ru-RU"/>
        </w:rPr>
        <w:t>_</w:t>
      </w:r>
      <w:r>
        <w:t>counter</w:t>
      </w:r>
      <w:r w:rsidRPr="004C2B3A">
        <w:rPr>
          <w:lang w:val="ru-RU"/>
        </w:rPr>
        <w:t>()).</w:t>
      </w:r>
      <w:r w:rsidRPr="004C2B3A">
        <w:rPr>
          <w:lang w:val="ru-RU"/>
        </w:rPr>
        <w:br/>
        <w:t xml:space="preserve">6. </w:t>
      </w:r>
      <w:r>
        <w:t>Peak</w:t>
      </w:r>
      <w:r w:rsidRPr="004C2B3A">
        <w:rPr>
          <w:lang w:val="ru-RU"/>
        </w:rPr>
        <w:t xml:space="preserve"> </w:t>
      </w:r>
      <w:r>
        <w:t>Memory</w:t>
      </w:r>
      <w:r w:rsidRPr="004C2B3A">
        <w:rPr>
          <w:lang w:val="ru-RU"/>
        </w:rPr>
        <w:t xml:space="preserve"> (</w:t>
      </w:r>
      <w:r>
        <w:t>KB</w:t>
      </w:r>
      <w:r w:rsidRPr="004C2B3A">
        <w:rPr>
          <w:lang w:val="ru-RU"/>
        </w:rPr>
        <w:t xml:space="preserve">) — пікове використання пам'яті (через </w:t>
      </w:r>
      <w:r>
        <w:t>tracemalloc</w:t>
      </w:r>
      <w:r w:rsidRPr="004C2B3A">
        <w:rPr>
          <w:lang w:val="ru-RU"/>
        </w:rPr>
        <w:t>).</w:t>
      </w:r>
    </w:p>
    <w:p w14:paraId="5DDB9262" w14:textId="77777777" w:rsidR="00435FAD" w:rsidRPr="004C2B3A" w:rsidRDefault="00000000">
      <w:pPr>
        <w:keepNext/>
        <w:spacing w:before="320" w:after="120"/>
        <w:rPr>
          <w:lang w:val="ru-RU"/>
        </w:rPr>
      </w:pPr>
      <w:r w:rsidRPr="004C2B3A">
        <w:rPr>
          <w:rFonts w:ascii="Arial" w:hAnsi="Arial"/>
          <w:b/>
          <w:color w:val="003366"/>
          <w:sz w:val="32"/>
          <w:lang w:val="ru-RU"/>
        </w:rPr>
        <w:t>3. 15 ВАРІАНТІВ ЗАВДАНЬ ДЛЯ САМОСТІЙНОЇ РОБОТИ</w:t>
      </w:r>
    </w:p>
    <w:p w14:paraId="4B8B9C6E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1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>): Маршрутизація трас на друкованій платі (</w:t>
      </w:r>
      <w:r>
        <w:rPr>
          <w:rFonts w:ascii="Arial" w:hAnsi="Arial"/>
          <w:b/>
          <w:color w:val="006699"/>
          <w:sz w:val="26"/>
        </w:rPr>
        <w:t>PCB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Grid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Routing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45FD1834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 xml:space="preserve">Двовимірна сітка плати </w:t>
      </w:r>
      <w:r>
        <w:t>N</w:t>
      </w:r>
      <w:r w:rsidRPr="004C2B3A">
        <w:rPr>
          <w:lang w:val="ru-RU"/>
        </w:rPr>
        <w:t xml:space="preserve"> </w:t>
      </w:r>
      <w:r>
        <w:t>x</w:t>
      </w:r>
      <w:r w:rsidRPr="004C2B3A">
        <w:rPr>
          <w:lang w:val="ru-RU"/>
        </w:rPr>
        <w:t xml:space="preserve"> </w:t>
      </w:r>
      <w:r>
        <w:t>M</w:t>
      </w:r>
      <w:r w:rsidRPr="004C2B3A">
        <w:rPr>
          <w:lang w:val="ru-RU"/>
        </w:rPr>
        <w:t xml:space="preserve"> із перешкодами (контакти компонентів, зони заборони).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BFS vs Uniform-Cost Search (UCS) vs A* Search.</w:t>
      </w:r>
      <w:r>
        <w:br/>
      </w:r>
      <w:r w:rsidRPr="004C2B3A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4C2B3A">
        <w:rPr>
          <w:b/>
          <w:lang w:val="ru-RU"/>
        </w:rPr>
        <w:t>(</w:t>
      </w:r>
      <w:r>
        <w:rPr>
          <w:b/>
        </w:rPr>
        <w:t>n</w:t>
      </w:r>
      <w:r w:rsidRPr="004C2B3A">
        <w:rPr>
          <w:b/>
          <w:lang w:val="ru-RU"/>
        </w:rPr>
        <w:t xml:space="preserve">): </w:t>
      </w:r>
      <w:r w:rsidRPr="004C2B3A">
        <w:rPr>
          <w:lang w:val="ru-RU"/>
        </w:rPr>
        <w:t>Манхеттенська та Евклідова відстань до цільового контакту.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Прокласти трасу між двома контактами з найменшою довжиною та мінімальною кількістю вигинів.</w:t>
      </w:r>
    </w:p>
    <w:p w14:paraId="1996607B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2 (</w:t>
      </w:r>
      <w:r>
        <w:rPr>
          <w:rFonts w:ascii="Arial" w:hAnsi="Arial"/>
          <w:b/>
          <w:color w:val="006699"/>
          <w:sz w:val="26"/>
        </w:rPr>
        <w:t>CS</w:t>
      </w:r>
      <w:r w:rsidRPr="004C2B3A">
        <w:rPr>
          <w:rFonts w:ascii="Arial" w:hAnsi="Arial"/>
          <w:b/>
          <w:color w:val="006699"/>
          <w:sz w:val="26"/>
          <w:lang w:val="ru-RU"/>
        </w:rPr>
        <w:t>): Автоматичне розв'язання головоломки 15-</w:t>
      </w:r>
      <w:r>
        <w:rPr>
          <w:rFonts w:ascii="Arial" w:hAnsi="Arial"/>
          <w:b/>
          <w:color w:val="006699"/>
          <w:sz w:val="26"/>
        </w:rPr>
        <w:t>Puzzle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(8/15 </w:t>
      </w:r>
      <w:r>
        <w:rPr>
          <w:rFonts w:ascii="Arial" w:hAnsi="Arial"/>
          <w:b/>
          <w:color w:val="006699"/>
          <w:sz w:val="26"/>
        </w:rPr>
        <w:t>Puzzle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Solver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38FFFD24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Перестановки чисел у сітці 3</w:t>
      </w:r>
      <w:r>
        <w:t>x</w:t>
      </w:r>
      <w:r w:rsidRPr="004C2B3A">
        <w:rPr>
          <w:lang w:val="ru-RU"/>
        </w:rPr>
        <w:t>3 (8-</w:t>
      </w:r>
      <w:r>
        <w:t>Puzzle</w:t>
      </w:r>
      <w:r w:rsidRPr="004C2B3A">
        <w:rPr>
          <w:lang w:val="ru-RU"/>
        </w:rPr>
        <w:t>) або 4</w:t>
      </w:r>
      <w:r>
        <w:t>x</w:t>
      </w:r>
      <w:r w:rsidRPr="004C2B3A">
        <w:rPr>
          <w:lang w:val="ru-RU"/>
        </w:rPr>
        <w:t>4 (15-</w:t>
      </w:r>
      <w:r>
        <w:t>Puzzle</w:t>
      </w:r>
      <w:r w:rsidRPr="004C2B3A">
        <w:rPr>
          <w:lang w:val="ru-RU"/>
        </w:rPr>
        <w:t>).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Iterative Deepening DFS (IDDFS) vs Greedy Best-First Search vs A* Search.</w:t>
      </w:r>
      <w:r>
        <w:br/>
      </w:r>
      <w:r>
        <w:rPr>
          <w:b/>
        </w:rPr>
        <w:t xml:space="preserve">• Евристична функція h(n): </w:t>
      </w:r>
      <w:r>
        <w:t>1) Misplaced Tiles; 2) Сума Манхеттенських відстаней усіх плиток.</w:t>
      </w:r>
      <w:r>
        <w:br/>
      </w:r>
      <w:r w:rsidRPr="004C2B3A">
        <w:rPr>
          <w:b/>
          <w:lang w:val="ru-RU"/>
        </w:rPr>
        <w:lastRenderedPageBreak/>
        <w:t xml:space="preserve">• Цільова задача: </w:t>
      </w:r>
      <w:r w:rsidRPr="004C2B3A">
        <w:rPr>
          <w:lang w:val="ru-RU"/>
        </w:rPr>
        <w:t>Знайти мінімальну послідовність зсувів комірок для досягнення впорядкованого стану.</w:t>
      </w:r>
    </w:p>
    <w:p w14:paraId="4F9F193B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3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): Оптимізація розміщення модулів на кристалі </w:t>
      </w:r>
      <w:r>
        <w:rPr>
          <w:rFonts w:ascii="Arial" w:hAnsi="Arial"/>
          <w:b/>
          <w:color w:val="006699"/>
          <w:sz w:val="26"/>
        </w:rPr>
        <w:t>FPGA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/ </w:t>
      </w:r>
      <w:r>
        <w:rPr>
          <w:rFonts w:ascii="Arial" w:hAnsi="Arial"/>
          <w:b/>
          <w:color w:val="006699"/>
          <w:sz w:val="26"/>
        </w:rPr>
        <w:t>ASIC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Floorplanning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2597CD65" w14:textId="77777777" w:rsidR="00435FAD" w:rsidRDefault="00000000">
      <w:pPr>
        <w:spacing w:before="40" w:after="80"/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Координати та орієнтація прямокутних функціональних блоків на площині кристала.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Hill Climbing vs Simulated Annealing vs A* Search.</w:t>
      </w:r>
      <w:r>
        <w:br/>
      </w:r>
      <w:r>
        <w:rPr>
          <w:b/>
        </w:rPr>
        <w:t xml:space="preserve">• Евристична функція h(n): </w:t>
      </w:r>
      <w:r>
        <w:t>Оцінка суммарної довжини з'єднувальних проводів (HPWL — Half-Perimeter Wire Length).</w:t>
      </w:r>
      <w:r>
        <w:br/>
      </w:r>
      <w:r>
        <w:rPr>
          <w:b/>
        </w:rPr>
        <w:t xml:space="preserve">• Цільова задача: </w:t>
      </w:r>
      <w:r>
        <w:t>Розмістити N блоків без перекриттів із мінімізацією площі та довжини зв'язків.</w:t>
      </w:r>
    </w:p>
    <w:p w14:paraId="4BAF50D1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4 (</w:t>
      </w:r>
      <w:r>
        <w:rPr>
          <w:rFonts w:ascii="Arial" w:hAnsi="Arial"/>
          <w:b/>
          <w:color w:val="006699"/>
          <w:sz w:val="26"/>
        </w:rPr>
        <w:t>CS</w:t>
      </w:r>
      <w:r w:rsidRPr="004C2B3A">
        <w:rPr>
          <w:rFonts w:ascii="Arial" w:hAnsi="Arial"/>
          <w:b/>
          <w:color w:val="006699"/>
          <w:sz w:val="26"/>
          <w:lang w:val="ru-RU"/>
        </w:rPr>
        <w:t>): Динамічна маршрутизація пакетів у комп'ютерній мережі</w:t>
      </w:r>
    </w:p>
    <w:p w14:paraId="1FBC3373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Граф мережевих маршрутизаторів із мінливою пропускною здатністю та затримками ліній.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BFS vs Uniform-Cost Search (UCS) vs Weighted A*.</w:t>
      </w:r>
      <w:r>
        <w:br/>
      </w:r>
      <w:r>
        <w:rPr>
          <w:b/>
        </w:rPr>
        <w:t xml:space="preserve">• Евристична функція h(n): </w:t>
      </w:r>
      <w:r>
        <w:t>Оцінка затримки на основі географічних координат або Hop Count.</w:t>
      </w:r>
      <w: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Передати пакет від роутера-джерела до роутера-приймача з мінімальною затримкою (</w:t>
      </w:r>
      <w:r>
        <w:t>Ping</w:t>
      </w:r>
      <w:r w:rsidRPr="004C2B3A">
        <w:rPr>
          <w:lang w:val="ru-RU"/>
        </w:rPr>
        <w:t>/</w:t>
      </w:r>
      <w:r>
        <w:t>Latency</w:t>
      </w:r>
      <w:r w:rsidRPr="004C2B3A">
        <w:rPr>
          <w:lang w:val="ru-RU"/>
        </w:rPr>
        <w:t>).</w:t>
      </w:r>
    </w:p>
    <w:p w14:paraId="120E8E3C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5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>): Навігація мобільного робота у приміщенні з перешкодами</w:t>
      </w:r>
    </w:p>
    <w:p w14:paraId="537343E6" w14:textId="77777777" w:rsidR="00435FAD" w:rsidRDefault="00000000">
      <w:pPr>
        <w:spacing w:before="40" w:after="80"/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Карта завантаженості (</w:t>
      </w:r>
      <w:r>
        <w:t>Occupancy</w:t>
      </w:r>
      <w:r w:rsidRPr="004C2B3A">
        <w:rPr>
          <w:lang w:val="ru-RU"/>
        </w:rPr>
        <w:t xml:space="preserve"> </w:t>
      </w:r>
      <w:r>
        <w:t>Grid</w:t>
      </w:r>
      <w:r w:rsidRPr="004C2B3A">
        <w:rPr>
          <w:lang w:val="ru-RU"/>
        </w:rPr>
        <w:t xml:space="preserve">) </w:t>
      </w:r>
      <w:r>
        <w:t>N</w:t>
      </w:r>
      <w:r w:rsidRPr="004C2B3A">
        <w:rPr>
          <w:lang w:val="ru-RU"/>
        </w:rPr>
        <w:t xml:space="preserve"> </w:t>
      </w:r>
      <w:r>
        <w:t>x</w:t>
      </w:r>
      <w:r w:rsidRPr="004C2B3A">
        <w:rPr>
          <w:lang w:val="ru-RU"/>
        </w:rPr>
        <w:t xml:space="preserve"> </w:t>
      </w:r>
      <w:r>
        <w:t>M</w:t>
      </w:r>
      <w:r w:rsidRPr="004C2B3A">
        <w:rPr>
          <w:lang w:val="ru-RU"/>
        </w:rPr>
        <w:t xml:space="preserve"> з урахуванням габаритів робота.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DFS vs Greedy Best-First Search vs A* Search.</w:t>
      </w:r>
      <w:r>
        <w:br/>
      </w:r>
      <w:r>
        <w:rPr>
          <w:b/>
        </w:rPr>
        <w:t xml:space="preserve">• Евристична функція h(n): </w:t>
      </w:r>
      <w:r>
        <w:t>Евклідова відстань із штрафом за наближення до стін (Safety Margin).</w:t>
      </w:r>
      <w:r>
        <w:br/>
      </w:r>
      <w:r>
        <w:rPr>
          <w:b/>
        </w:rPr>
        <w:t xml:space="preserve">• Цільова задача: </w:t>
      </w:r>
      <w:r>
        <w:t>Прокласти траєкторію руху до станції зарядки з мінімізацією ризику зіткнення.</w:t>
      </w:r>
    </w:p>
    <w:p w14:paraId="0800BFED" w14:textId="77777777" w:rsidR="00435FA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Варіант 6 (CS): Пошук шляхів досяжності у графі потоку керування (CFG Analysis)</w:t>
      </w:r>
    </w:p>
    <w:p w14:paraId="1FCF93C2" w14:textId="77777777" w:rsidR="00435FAD" w:rsidRPr="004C2B3A" w:rsidRDefault="00000000">
      <w:pPr>
        <w:spacing w:before="40" w:after="80"/>
        <w:rPr>
          <w:lang w:val="ru-RU"/>
        </w:rPr>
      </w:pPr>
      <w:r>
        <w:rPr>
          <w:b/>
        </w:rPr>
        <w:t xml:space="preserve">• Простір станів: </w:t>
      </w:r>
      <w:r>
        <w:t>Граф потоку керування (Control Flow Graph) вихідного коду програми.</w:t>
      </w:r>
      <w:r>
        <w:br/>
      </w:r>
      <w:r>
        <w:rPr>
          <w:b/>
        </w:rPr>
        <w:t xml:space="preserve">• Алгоритми для порівняння: </w:t>
      </w:r>
      <w:r>
        <w:t>DFS vs BFS vs A* Search.</w:t>
      </w:r>
      <w:r>
        <w:br/>
      </w:r>
      <w:r>
        <w:rPr>
          <w:b/>
        </w:rPr>
        <w:t xml:space="preserve">• Евристична функція h(n): </w:t>
      </w:r>
      <w:r>
        <w:t>Відстань у дереві панування (Dominator Tree) до критичної функції.</w:t>
      </w:r>
      <w: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 xml:space="preserve">Знайти найкоротший шлях виконання від </w:t>
      </w:r>
      <w:r>
        <w:t>main</w:t>
      </w:r>
      <w:r w:rsidRPr="004C2B3A">
        <w:rPr>
          <w:lang w:val="ru-RU"/>
        </w:rPr>
        <w:t>() до потенційно вразливого блоку коду.</w:t>
      </w:r>
    </w:p>
    <w:p w14:paraId="796436D7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7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): Планування задач реального часу у багатоядерних </w:t>
      </w:r>
      <w:r>
        <w:rPr>
          <w:rFonts w:ascii="Arial" w:hAnsi="Arial"/>
          <w:b/>
          <w:color w:val="006699"/>
          <w:sz w:val="26"/>
        </w:rPr>
        <w:t>SoC</w:t>
      </w:r>
    </w:p>
    <w:p w14:paraId="1498CD3F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 xml:space="preserve">Розподіл послідовності </w:t>
      </w:r>
      <w:r>
        <w:t>N</w:t>
      </w:r>
      <w:r w:rsidRPr="004C2B3A">
        <w:rPr>
          <w:lang w:val="ru-RU"/>
        </w:rPr>
        <w:t xml:space="preserve"> обчислювальних задач із залежностями (</w:t>
      </w:r>
      <w:r>
        <w:t>DAG</w:t>
      </w:r>
      <w:r w:rsidRPr="004C2B3A">
        <w:rPr>
          <w:lang w:val="ru-RU"/>
        </w:rPr>
        <w:t xml:space="preserve">) по </w:t>
      </w:r>
      <w:r>
        <w:t>M</w:t>
      </w:r>
      <w:r w:rsidRPr="004C2B3A">
        <w:rPr>
          <w:lang w:val="ru-RU"/>
        </w:rPr>
        <w:t xml:space="preserve"> ядрах.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Depth-First Branch and Bound vs A* Search vs Simulated Annealing.</w:t>
      </w:r>
      <w:r>
        <w:br/>
      </w:r>
      <w:r>
        <w:rPr>
          <w:b/>
        </w:rPr>
        <w:t xml:space="preserve">• Евристична функція h(n): </w:t>
      </w:r>
      <w:r>
        <w:t>Оцінка залишкового критичного шляху виконання задач (Critical Path Method).</w:t>
      </w:r>
      <w: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Мінімізувати загальний час виконання (</w:t>
      </w:r>
      <w:r>
        <w:t>Makespan</w:t>
      </w:r>
      <w:r w:rsidRPr="004C2B3A">
        <w:rPr>
          <w:lang w:val="ru-RU"/>
        </w:rPr>
        <w:t>) без порушення дедлайнів.</w:t>
      </w:r>
    </w:p>
    <w:p w14:paraId="4506962B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lastRenderedPageBreak/>
        <w:t>Варіант 8 (</w:t>
      </w:r>
      <w:r>
        <w:rPr>
          <w:rFonts w:ascii="Arial" w:hAnsi="Arial"/>
          <w:b/>
          <w:color w:val="006699"/>
          <w:sz w:val="26"/>
        </w:rPr>
        <w:t>CS</w:t>
      </w:r>
      <w:r w:rsidRPr="004C2B3A">
        <w:rPr>
          <w:rFonts w:ascii="Arial" w:hAnsi="Arial"/>
          <w:b/>
          <w:color w:val="006699"/>
          <w:sz w:val="26"/>
          <w:lang w:val="ru-RU"/>
        </w:rPr>
        <w:t>): Оптимізація маршруту доставлення обладнання (</w:t>
      </w:r>
      <w:r>
        <w:rPr>
          <w:rFonts w:ascii="Arial" w:hAnsi="Arial"/>
          <w:b/>
          <w:color w:val="006699"/>
          <w:sz w:val="26"/>
        </w:rPr>
        <w:t>TSP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— </w:t>
      </w:r>
      <w:r>
        <w:rPr>
          <w:rFonts w:ascii="Arial" w:hAnsi="Arial"/>
          <w:b/>
          <w:color w:val="006699"/>
          <w:sz w:val="26"/>
        </w:rPr>
        <w:t>Traveling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Salesperson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28BBD6E0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 xml:space="preserve">Усі можливі послідовності відвідування </w:t>
      </w:r>
      <w:r>
        <w:t>N</w:t>
      </w:r>
      <w:r w:rsidRPr="004C2B3A">
        <w:rPr>
          <w:lang w:val="ru-RU"/>
        </w:rPr>
        <w:t xml:space="preserve"> сервісних точок.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UCS (Dijkstra) vs A* Search vs Simulated Annealing.</w:t>
      </w:r>
      <w:r>
        <w:br/>
      </w:r>
      <w:r w:rsidRPr="004C2B3A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4C2B3A">
        <w:rPr>
          <w:b/>
          <w:lang w:val="ru-RU"/>
        </w:rPr>
        <w:t>(</w:t>
      </w:r>
      <w:r>
        <w:rPr>
          <w:b/>
        </w:rPr>
        <w:t>n</w:t>
      </w:r>
      <w:r w:rsidRPr="004C2B3A">
        <w:rPr>
          <w:b/>
          <w:lang w:val="ru-RU"/>
        </w:rPr>
        <w:t xml:space="preserve">): </w:t>
      </w:r>
      <w:r w:rsidRPr="004C2B3A">
        <w:rPr>
          <w:lang w:val="ru-RU"/>
        </w:rPr>
        <w:t>Довжина мінімального остовного дерева (</w:t>
      </w:r>
      <w:r>
        <w:t>MST</w:t>
      </w:r>
      <w:r w:rsidRPr="004C2B3A">
        <w:rPr>
          <w:lang w:val="ru-RU"/>
        </w:rPr>
        <w:t>) для невідвіданих вершин.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Знайти замкнений маршрут мінімальної довжини, що відвідує кожну точку рівно один раз.</w:t>
      </w:r>
    </w:p>
    <w:p w14:paraId="492F0E64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9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>): Планування траєкторії руху маніпулятора робота (</w:t>
      </w:r>
      <w:r>
        <w:rPr>
          <w:rFonts w:ascii="Arial" w:hAnsi="Arial"/>
          <w:b/>
          <w:color w:val="006699"/>
          <w:sz w:val="26"/>
        </w:rPr>
        <w:t>Robot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Arm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Kinematics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2D47E2F4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Простір конфігурацій кутів поворотів суглобів 2</w:t>
      </w:r>
      <w:r>
        <w:t>D</w:t>
      </w:r>
      <w:r w:rsidRPr="004C2B3A">
        <w:rPr>
          <w:lang w:val="ru-RU"/>
        </w:rPr>
        <w:t>/3</w:t>
      </w:r>
      <w:r>
        <w:t>D</w:t>
      </w:r>
      <w:r w:rsidRPr="004C2B3A">
        <w:rPr>
          <w:lang w:val="ru-RU"/>
        </w:rPr>
        <w:t xml:space="preserve"> роборуки (</w:t>
      </w:r>
      <w:r>
        <w:t>C</w:t>
      </w:r>
      <w:r w:rsidRPr="004C2B3A">
        <w:rPr>
          <w:lang w:val="ru-RU"/>
        </w:rPr>
        <w:t>-</w:t>
      </w:r>
      <w:r>
        <w:t>Space</w:t>
      </w:r>
      <w:r w:rsidRPr="004C2B3A">
        <w:rPr>
          <w:lang w:val="ru-RU"/>
        </w:rPr>
        <w:t>).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BFS vs Greedy Best-First Search vs A* Search.</w:t>
      </w:r>
      <w:r>
        <w:br/>
      </w:r>
      <w:r w:rsidRPr="004C2B3A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4C2B3A">
        <w:rPr>
          <w:b/>
          <w:lang w:val="ru-RU"/>
        </w:rPr>
        <w:t>(</w:t>
      </w:r>
      <w:r>
        <w:rPr>
          <w:b/>
        </w:rPr>
        <w:t>n</w:t>
      </w:r>
      <w:r w:rsidRPr="004C2B3A">
        <w:rPr>
          <w:b/>
          <w:lang w:val="ru-RU"/>
        </w:rPr>
        <w:t xml:space="preserve">): </w:t>
      </w:r>
      <w:r w:rsidRPr="004C2B3A">
        <w:rPr>
          <w:lang w:val="ru-RU"/>
        </w:rPr>
        <w:t>Відстань у тривимірному просторі від схвата до цільової деталі.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Перемістити маніпулятор з початкового стану в цільовий без зіткнень.</w:t>
      </w:r>
    </w:p>
    <w:p w14:paraId="39DA6F33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10 (</w:t>
      </w:r>
      <w:r>
        <w:rPr>
          <w:rFonts w:ascii="Arial" w:hAnsi="Arial"/>
          <w:b/>
          <w:color w:val="006699"/>
          <w:sz w:val="26"/>
        </w:rPr>
        <w:t>CS</w:t>
      </w:r>
      <w:r w:rsidRPr="004C2B3A">
        <w:rPr>
          <w:rFonts w:ascii="Arial" w:hAnsi="Arial"/>
          <w:b/>
          <w:color w:val="006699"/>
          <w:sz w:val="26"/>
          <w:lang w:val="ru-RU"/>
        </w:rPr>
        <w:t>): Пошук шляху у лабіринті з обмеженням на ресурс палива/енергії</w:t>
      </w:r>
    </w:p>
    <w:p w14:paraId="0BE8D916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Розширений стан (</w:t>
      </w:r>
      <w:r>
        <w:t>x</w:t>
      </w:r>
      <w:r w:rsidRPr="004C2B3A">
        <w:rPr>
          <w:lang w:val="ru-RU"/>
        </w:rPr>
        <w:t xml:space="preserve">, </w:t>
      </w:r>
      <w:r>
        <w:t>y</w:t>
      </w:r>
      <w:r w:rsidRPr="004C2B3A">
        <w:rPr>
          <w:lang w:val="ru-RU"/>
        </w:rPr>
        <w:t xml:space="preserve">, </w:t>
      </w:r>
      <w:r>
        <w:t>fuel</w:t>
      </w:r>
      <w:r w:rsidRPr="004C2B3A">
        <w:rPr>
          <w:lang w:val="ru-RU"/>
        </w:rPr>
        <w:t>), де кожна комірка вимагає палива для проходу.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BFS vs Uniform-Cost Search (UCS) vs A* Search.</w:t>
      </w:r>
      <w:r>
        <w:br/>
      </w:r>
      <w:r w:rsidRPr="004C2B3A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4C2B3A">
        <w:rPr>
          <w:b/>
          <w:lang w:val="ru-RU"/>
        </w:rPr>
        <w:t>(</w:t>
      </w:r>
      <w:r>
        <w:rPr>
          <w:b/>
        </w:rPr>
        <w:t>n</w:t>
      </w:r>
      <w:r w:rsidRPr="004C2B3A">
        <w:rPr>
          <w:b/>
          <w:lang w:val="ru-RU"/>
        </w:rPr>
        <w:t xml:space="preserve">): </w:t>
      </w:r>
      <w:r w:rsidRPr="004C2B3A">
        <w:rPr>
          <w:lang w:val="ru-RU"/>
        </w:rPr>
        <w:t>Скоригована Манхеттенська відстань з урахуванням коефіцієнта витрати палива.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 xml:space="preserve">Знайти шлях до виходу з найменшими витратами за умови, що </w:t>
      </w:r>
      <w:r>
        <w:t>fuel</w:t>
      </w:r>
      <w:r w:rsidRPr="004C2B3A">
        <w:rPr>
          <w:lang w:val="ru-RU"/>
        </w:rPr>
        <w:t xml:space="preserve"> &gt;= 0.</w:t>
      </w:r>
    </w:p>
    <w:p w14:paraId="7EDCE77F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11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>): Балансування енерговитрат у бездротових сенсорних мережах (</w:t>
      </w:r>
      <w:r>
        <w:rPr>
          <w:rFonts w:ascii="Arial" w:hAnsi="Arial"/>
          <w:b/>
          <w:color w:val="006699"/>
          <w:sz w:val="26"/>
        </w:rPr>
        <w:t>WSN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7BA9F06A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Конфігурація активних зв'язків між сенсорами та базовою станцією.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Hill Climbing vs Simulated Annealing vs A* Search.</w:t>
      </w:r>
      <w:r>
        <w:br/>
      </w:r>
      <w:r>
        <w:rPr>
          <w:b/>
        </w:rPr>
        <w:t xml:space="preserve">• Евристична функція h(n): </w:t>
      </w:r>
      <w:r>
        <w:t>Оцінка дисперсії залишкової енергії акумуляторів вузлів мережі.</w:t>
      </w:r>
      <w: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Побудувати дерево збору даних, що максимізує час життя найслабшого сенсора.</w:t>
      </w:r>
    </w:p>
    <w:p w14:paraId="41790752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12 (</w:t>
      </w:r>
      <w:r>
        <w:rPr>
          <w:rFonts w:ascii="Arial" w:hAnsi="Arial"/>
          <w:b/>
          <w:color w:val="006699"/>
          <w:sz w:val="26"/>
        </w:rPr>
        <w:t>CS</w:t>
      </w:r>
      <w:r w:rsidRPr="004C2B3A">
        <w:rPr>
          <w:rFonts w:ascii="Arial" w:hAnsi="Arial"/>
          <w:b/>
          <w:color w:val="006699"/>
          <w:sz w:val="26"/>
          <w:lang w:val="ru-RU"/>
        </w:rPr>
        <w:t>): Оптимізація порядку з'єднання таблиць у СУБД (</w:t>
      </w:r>
      <w:r>
        <w:rPr>
          <w:rFonts w:ascii="Arial" w:hAnsi="Arial"/>
          <w:b/>
          <w:color w:val="006699"/>
          <w:sz w:val="26"/>
        </w:rPr>
        <w:t>SQL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Join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Order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Search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5B1AB585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 xml:space="preserve">Дерева варіантів порядку з'єднання </w:t>
      </w:r>
      <w:r>
        <w:t>N</w:t>
      </w:r>
      <w:r w:rsidRPr="004C2B3A">
        <w:rPr>
          <w:lang w:val="ru-RU"/>
        </w:rPr>
        <w:t xml:space="preserve"> таблиць (</w:t>
      </w:r>
      <w:r>
        <w:t>Join</w:t>
      </w:r>
      <w:r w:rsidRPr="004C2B3A">
        <w:rPr>
          <w:lang w:val="ru-RU"/>
        </w:rPr>
        <w:t xml:space="preserve"> </w:t>
      </w:r>
      <w:r>
        <w:t>Trees</w:t>
      </w:r>
      <w:r w:rsidRPr="004C2B3A">
        <w:rPr>
          <w:lang w:val="ru-RU"/>
        </w:rPr>
        <w:t>).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Uniform-Cost Search vs Greedy Search vs A* Search.</w:t>
      </w:r>
      <w:r>
        <w:br/>
      </w:r>
      <w:r>
        <w:rPr>
          <w:b/>
        </w:rPr>
        <w:t xml:space="preserve">• Евристична функція h(n): </w:t>
      </w:r>
      <w:r>
        <w:t>Нижнє оціночне значення кількості проміжних зчитуваних рядків (Cardinality).</w:t>
      </w:r>
      <w: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 xml:space="preserve">Знайти план виконання запиту з мінімальною вартістю </w:t>
      </w:r>
      <w:r>
        <w:t>I</w:t>
      </w:r>
      <w:r w:rsidRPr="004C2B3A">
        <w:rPr>
          <w:lang w:val="ru-RU"/>
        </w:rPr>
        <w:t>/</w:t>
      </w:r>
      <w:r>
        <w:t>O</w:t>
      </w:r>
      <w:r w:rsidRPr="004C2B3A">
        <w:rPr>
          <w:lang w:val="ru-RU"/>
        </w:rPr>
        <w:t xml:space="preserve"> та </w:t>
      </w:r>
      <w:r>
        <w:t>CPU</w:t>
      </w:r>
      <w:r w:rsidRPr="004C2B3A">
        <w:rPr>
          <w:lang w:val="ru-RU"/>
        </w:rPr>
        <w:t>.</w:t>
      </w:r>
    </w:p>
    <w:p w14:paraId="2AB29C44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13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>): Розстановка точок збереження стану в криптопроцесорах</w:t>
      </w:r>
    </w:p>
    <w:p w14:paraId="2121943A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Варіанти вставки точок збереження (</w:t>
      </w:r>
      <w:r>
        <w:t>Checkpoints</w:t>
      </w:r>
      <w:r w:rsidRPr="004C2B3A">
        <w:rPr>
          <w:lang w:val="ru-RU"/>
        </w:rPr>
        <w:t>) уздовж графа обчислень.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Depth-First Search (DFS) vs Branch and Bound vs A* Search.</w:t>
      </w:r>
      <w:r>
        <w:br/>
      </w:r>
      <w:r w:rsidRPr="004C2B3A">
        <w:rPr>
          <w:b/>
          <w:lang w:val="ru-RU"/>
        </w:rPr>
        <w:lastRenderedPageBreak/>
        <w:t xml:space="preserve">• Евристична функція </w:t>
      </w:r>
      <w:r>
        <w:rPr>
          <w:b/>
        </w:rPr>
        <w:t>h</w:t>
      </w:r>
      <w:r w:rsidRPr="004C2B3A">
        <w:rPr>
          <w:b/>
          <w:lang w:val="ru-RU"/>
        </w:rPr>
        <w:t>(</w:t>
      </w:r>
      <w:r>
        <w:rPr>
          <w:b/>
        </w:rPr>
        <w:t>n</w:t>
      </w:r>
      <w:r w:rsidRPr="004C2B3A">
        <w:rPr>
          <w:b/>
          <w:lang w:val="ru-RU"/>
        </w:rPr>
        <w:t xml:space="preserve">): </w:t>
      </w:r>
      <w:r w:rsidRPr="004C2B3A">
        <w:rPr>
          <w:lang w:val="ru-RU"/>
        </w:rPr>
        <w:t>Оцінка максимального обсягу збережуваних регістрів у разі аварії.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Гарантувати відновлення обчислень при вимкненні живлення з мінімальним оверхедом.</w:t>
      </w:r>
    </w:p>
    <w:p w14:paraId="20403F67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14 (</w:t>
      </w:r>
      <w:r>
        <w:rPr>
          <w:rFonts w:ascii="Arial" w:hAnsi="Arial"/>
          <w:b/>
          <w:color w:val="006699"/>
          <w:sz w:val="26"/>
        </w:rPr>
        <w:t>CS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): Автоматичне розв'язання головоломки </w:t>
      </w:r>
      <w:r>
        <w:rPr>
          <w:rFonts w:ascii="Arial" w:hAnsi="Arial"/>
          <w:b/>
          <w:color w:val="006699"/>
          <w:sz w:val="26"/>
        </w:rPr>
        <w:t>Sudoku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(</w:t>
      </w:r>
      <w:r>
        <w:rPr>
          <w:rFonts w:ascii="Arial" w:hAnsi="Arial"/>
          <w:b/>
          <w:color w:val="006699"/>
          <w:sz w:val="26"/>
        </w:rPr>
        <w:t>Constraint</w:t>
      </w:r>
      <w:r w:rsidRPr="004C2B3A">
        <w:rPr>
          <w:rFonts w:ascii="Arial" w:hAnsi="Arial"/>
          <w:b/>
          <w:color w:val="006699"/>
          <w:sz w:val="26"/>
          <w:lang w:val="ru-RU"/>
        </w:rPr>
        <w:t xml:space="preserve"> </w:t>
      </w:r>
      <w:r>
        <w:rPr>
          <w:rFonts w:ascii="Arial" w:hAnsi="Arial"/>
          <w:b/>
          <w:color w:val="006699"/>
          <w:sz w:val="26"/>
        </w:rPr>
        <w:t>Search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5BCD0D16" w14:textId="77777777" w:rsidR="00435FAD" w:rsidRDefault="00000000">
      <w:pPr>
        <w:spacing w:before="40" w:after="80"/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>Частково заповнена сітка 9</w:t>
      </w:r>
      <w:r>
        <w:t>x</w:t>
      </w:r>
      <w:r w:rsidRPr="004C2B3A">
        <w:rPr>
          <w:lang w:val="ru-RU"/>
        </w:rPr>
        <w:t>9 або 16</w:t>
      </w:r>
      <w:r>
        <w:t>x</w:t>
      </w:r>
      <w:r w:rsidRPr="004C2B3A">
        <w:rPr>
          <w:lang w:val="ru-RU"/>
        </w:rPr>
        <w:t>16.</w:t>
      </w:r>
      <w:r w:rsidRPr="004C2B3A">
        <w:rPr>
          <w:lang w:val="ru-RU"/>
        </w:rPr>
        <w:br/>
      </w:r>
      <w:r>
        <w:rPr>
          <w:b/>
        </w:rPr>
        <w:t xml:space="preserve">• Алгоритми для порівняння: </w:t>
      </w:r>
      <w:r>
        <w:t>Backtracking DFS vs Backtracking + MRV Heuristic vs A* Search.</w:t>
      </w:r>
      <w:r>
        <w:br/>
      </w:r>
      <w:r>
        <w:rPr>
          <w:b/>
        </w:rPr>
        <w:t xml:space="preserve">• Евристична функція h(n): </w:t>
      </w:r>
      <w:r>
        <w:t>Кількість вільних комірок з найменшою кількістю допустимих кандидатів.</w:t>
      </w:r>
      <w:r>
        <w:br/>
      </w:r>
      <w:r>
        <w:rPr>
          <w:b/>
        </w:rPr>
        <w:t xml:space="preserve">• Цільова задача: </w:t>
      </w:r>
      <w:r>
        <w:t>Заповнити сітку Судоку за мінімальну кількість відкатів (Backtracks).</w:t>
      </w:r>
    </w:p>
    <w:p w14:paraId="647BE772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Варіант 15 (</w:t>
      </w:r>
      <w:r>
        <w:rPr>
          <w:rFonts w:ascii="Arial" w:hAnsi="Arial"/>
          <w:b/>
          <w:color w:val="006699"/>
          <w:sz w:val="26"/>
        </w:rPr>
        <w:t>CE</w:t>
      </w:r>
      <w:r w:rsidRPr="004C2B3A">
        <w:rPr>
          <w:rFonts w:ascii="Arial" w:hAnsi="Arial"/>
          <w:b/>
          <w:color w:val="006699"/>
          <w:sz w:val="26"/>
          <w:lang w:val="ru-RU"/>
        </w:rPr>
        <w:t>): Адаптивна маршрутизація в мережах на кристалі (</w:t>
      </w:r>
      <w:r>
        <w:rPr>
          <w:rFonts w:ascii="Arial" w:hAnsi="Arial"/>
          <w:b/>
          <w:color w:val="006699"/>
          <w:sz w:val="26"/>
        </w:rPr>
        <w:t>Network</w:t>
      </w:r>
      <w:r w:rsidRPr="004C2B3A">
        <w:rPr>
          <w:rFonts w:ascii="Arial" w:hAnsi="Arial"/>
          <w:b/>
          <w:color w:val="006699"/>
          <w:sz w:val="26"/>
          <w:lang w:val="ru-RU"/>
        </w:rPr>
        <w:t>-</w:t>
      </w:r>
      <w:r>
        <w:rPr>
          <w:rFonts w:ascii="Arial" w:hAnsi="Arial"/>
          <w:b/>
          <w:color w:val="006699"/>
          <w:sz w:val="26"/>
        </w:rPr>
        <w:t>on</w:t>
      </w:r>
      <w:r w:rsidRPr="004C2B3A">
        <w:rPr>
          <w:rFonts w:ascii="Arial" w:hAnsi="Arial"/>
          <w:b/>
          <w:color w:val="006699"/>
          <w:sz w:val="26"/>
          <w:lang w:val="ru-RU"/>
        </w:rPr>
        <w:t>-</w:t>
      </w:r>
      <w:r>
        <w:rPr>
          <w:rFonts w:ascii="Arial" w:hAnsi="Arial"/>
          <w:b/>
          <w:color w:val="006699"/>
          <w:sz w:val="26"/>
        </w:rPr>
        <w:t>Chip</w:t>
      </w:r>
      <w:r w:rsidRPr="004C2B3A">
        <w:rPr>
          <w:rFonts w:ascii="Arial" w:hAnsi="Arial"/>
          <w:b/>
          <w:color w:val="006699"/>
          <w:sz w:val="26"/>
          <w:lang w:val="ru-RU"/>
        </w:rPr>
        <w:t>)</w:t>
      </w:r>
    </w:p>
    <w:p w14:paraId="006AF42F" w14:textId="77777777" w:rsidR="00435FAD" w:rsidRPr="004C2B3A" w:rsidRDefault="00000000">
      <w:pPr>
        <w:spacing w:before="40" w:after="80"/>
        <w:rPr>
          <w:lang w:val="ru-RU"/>
        </w:rPr>
      </w:pPr>
      <w:r w:rsidRPr="004C2B3A">
        <w:rPr>
          <w:b/>
          <w:lang w:val="ru-RU"/>
        </w:rPr>
        <w:t xml:space="preserve">• Простір станів: </w:t>
      </w:r>
      <w:r w:rsidRPr="004C2B3A">
        <w:rPr>
          <w:lang w:val="ru-RU"/>
        </w:rPr>
        <w:t xml:space="preserve">Сітка </w:t>
      </w:r>
      <w:r>
        <w:t>N</w:t>
      </w:r>
      <w:r w:rsidRPr="004C2B3A">
        <w:rPr>
          <w:lang w:val="ru-RU"/>
        </w:rPr>
        <w:t xml:space="preserve"> </w:t>
      </w:r>
      <w:r>
        <w:t>x</w:t>
      </w:r>
      <w:r w:rsidRPr="004C2B3A">
        <w:rPr>
          <w:lang w:val="ru-RU"/>
        </w:rPr>
        <w:t xml:space="preserve"> </w:t>
      </w:r>
      <w:r>
        <w:t>M</w:t>
      </w:r>
      <w:r w:rsidRPr="004C2B3A">
        <w:rPr>
          <w:lang w:val="ru-RU"/>
        </w:rPr>
        <w:t xml:space="preserve"> маршрутизаторів між ядрами процесора </w:t>
      </w:r>
      <w:r>
        <w:t>NoC</w:t>
      </w:r>
      <w:r w:rsidRPr="004C2B3A">
        <w:rPr>
          <w:lang w:val="ru-RU"/>
        </w:rPr>
        <w:t>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Алгоритми для порівняння: </w:t>
      </w:r>
      <w:r>
        <w:t>XY</w:t>
      </w:r>
      <w:r w:rsidRPr="004C2B3A">
        <w:rPr>
          <w:lang w:val="ru-RU"/>
        </w:rPr>
        <w:t>-</w:t>
      </w:r>
      <w:r>
        <w:t>Routing</w:t>
      </w:r>
      <w:r w:rsidRPr="004C2B3A">
        <w:rPr>
          <w:lang w:val="ru-RU"/>
        </w:rPr>
        <w:t xml:space="preserve"> (Детермінований) </w:t>
      </w:r>
      <w:r>
        <w:t>vs</w:t>
      </w:r>
      <w:r w:rsidRPr="004C2B3A">
        <w:rPr>
          <w:lang w:val="ru-RU"/>
        </w:rPr>
        <w:t xml:space="preserve"> </w:t>
      </w:r>
      <w:r>
        <w:t>Uniform</w:t>
      </w:r>
      <w:r w:rsidRPr="004C2B3A">
        <w:rPr>
          <w:lang w:val="ru-RU"/>
        </w:rPr>
        <w:t>-</w:t>
      </w:r>
      <w:r>
        <w:t>Cost</w:t>
      </w:r>
      <w:r w:rsidRPr="004C2B3A">
        <w:rPr>
          <w:lang w:val="ru-RU"/>
        </w:rPr>
        <w:t xml:space="preserve"> </w:t>
      </w:r>
      <w:r>
        <w:t>Search</w:t>
      </w:r>
      <w:r w:rsidRPr="004C2B3A">
        <w:rPr>
          <w:lang w:val="ru-RU"/>
        </w:rPr>
        <w:t xml:space="preserve"> </w:t>
      </w:r>
      <w:r>
        <w:t>vs</w:t>
      </w:r>
      <w:r w:rsidRPr="004C2B3A">
        <w:rPr>
          <w:lang w:val="ru-RU"/>
        </w:rPr>
        <w:t xml:space="preserve"> </w:t>
      </w:r>
      <w:r>
        <w:t>A</w:t>
      </w:r>
      <w:r w:rsidRPr="004C2B3A">
        <w:rPr>
          <w:lang w:val="ru-RU"/>
        </w:rPr>
        <w:t xml:space="preserve">* </w:t>
      </w:r>
      <w:r>
        <w:t>Search</w:t>
      </w:r>
      <w:r w:rsidRPr="004C2B3A">
        <w:rPr>
          <w:lang w:val="ru-RU"/>
        </w:rPr>
        <w:t>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Евристична функція </w:t>
      </w:r>
      <w:r>
        <w:rPr>
          <w:b/>
        </w:rPr>
        <w:t>h</w:t>
      </w:r>
      <w:r w:rsidRPr="004C2B3A">
        <w:rPr>
          <w:b/>
          <w:lang w:val="ru-RU"/>
        </w:rPr>
        <w:t>(</w:t>
      </w:r>
      <w:r>
        <w:rPr>
          <w:b/>
        </w:rPr>
        <w:t>n</w:t>
      </w:r>
      <w:r w:rsidRPr="004C2B3A">
        <w:rPr>
          <w:b/>
          <w:lang w:val="ru-RU"/>
        </w:rPr>
        <w:t xml:space="preserve">): </w:t>
      </w:r>
      <w:r w:rsidRPr="004C2B3A">
        <w:rPr>
          <w:lang w:val="ru-RU"/>
        </w:rPr>
        <w:t>Манхеттенська відстань + оцінка завантаженості буферів маршрутизаторів.</w:t>
      </w:r>
      <w:r w:rsidRPr="004C2B3A">
        <w:rPr>
          <w:lang w:val="ru-RU"/>
        </w:rPr>
        <w:br/>
      </w:r>
      <w:r w:rsidRPr="004C2B3A">
        <w:rPr>
          <w:b/>
          <w:lang w:val="ru-RU"/>
        </w:rPr>
        <w:t xml:space="preserve">• Цільова задача: </w:t>
      </w:r>
      <w:r w:rsidRPr="004C2B3A">
        <w:rPr>
          <w:lang w:val="ru-RU"/>
        </w:rPr>
        <w:t>Передати пакет між ядрами з мінімізацією колізій та без взаємоблокувань.</w:t>
      </w:r>
    </w:p>
    <w:p w14:paraId="2226548A" w14:textId="77777777" w:rsidR="00435FAD" w:rsidRPr="004C2B3A" w:rsidRDefault="00000000">
      <w:pPr>
        <w:keepNext/>
        <w:spacing w:before="320" w:after="120"/>
        <w:rPr>
          <w:lang w:val="ru-RU"/>
        </w:rPr>
      </w:pPr>
      <w:r w:rsidRPr="004C2B3A">
        <w:rPr>
          <w:rFonts w:ascii="Arial" w:hAnsi="Arial"/>
          <w:b/>
          <w:color w:val="003366"/>
          <w:sz w:val="32"/>
          <w:lang w:val="ru-RU"/>
        </w:rPr>
        <w:t xml:space="preserve">4. ПОВНИЙ ЕТАЛОННИЙ КОД РІШЕННЯ НА </w:t>
      </w:r>
      <w:r>
        <w:rPr>
          <w:rFonts w:ascii="Arial" w:hAnsi="Arial"/>
          <w:b/>
          <w:color w:val="003366"/>
          <w:sz w:val="32"/>
        </w:rPr>
        <w:t>PYTHON</w:t>
      </w:r>
      <w:r w:rsidRPr="004C2B3A">
        <w:rPr>
          <w:rFonts w:ascii="Arial" w:hAnsi="Arial"/>
          <w:b/>
          <w:color w:val="003366"/>
          <w:sz w:val="32"/>
          <w:lang w:val="ru-RU"/>
        </w:rPr>
        <w:t xml:space="preserve"> (3.10+)</w:t>
      </w:r>
    </w:p>
    <w:p w14:paraId="33860515" w14:textId="77777777" w:rsidR="00435FAD" w:rsidRPr="004C2B3A" w:rsidRDefault="00000000">
      <w:pPr>
        <w:rPr>
          <w:lang w:val="ru-RU"/>
        </w:rPr>
      </w:pPr>
      <w:r w:rsidRPr="004C2B3A">
        <w:rPr>
          <w:lang w:val="ru-RU"/>
        </w:rPr>
        <w:t xml:space="preserve">Нижче наведено повністю робочий код реалізації для Варіанта 1 (Маршрутизація трас на </w:t>
      </w:r>
      <w:r>
        <w:t>PCB</w:t>
      </w:r>
      <w:r w:rsidRPr="004C2B3A">
        <w:rPr>
          <w:lang w:val="ru-RU"/>
        </w:rPr>
        <w:t xml:space="preserve">) з використанням модульних класів </w:t>
      </w:r>
      <w:r>
        <w:t>dataclass</w:t>
      </w:r>
      <w:r w:rsidRPr="004C2B3A">
        <w:rPr>
          <w:lang w:val="ru-RU"/>
        </w:rPr>
        <w:t xml:space="preserve">, </w:t>
      </w:r>
      <w:r>
        <w:t>heapq</w:t>
      </w:r>
      <w:r w:rsidRPr="004C2B3A">
        <w:rPr>
          <w:lang w:val="ru-RU"/>
        </w:rPr>
        <w:t xml:space="preserve"> та </w:t>
      </w:r>
      <w:r>
        <w:t>tracemalloc</w:t>
      </w:r>
      <w:r w:rsidRPr="004C2B3A">
        <w:rPr>
          <w:lang w:val="ru-RU"/>
        </w:rPr>
        <w:t>.</w:t>
      </w:r>
    </w:p>
    <w:p w14:paraId="377DB887" w14:textId="77777777" w:rsidR="00435FA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src/models.py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35FAD" w14:paraId="784B9A7E" w14:textId="77777777">
        <w:trPr>
          <w:jc w:val="center"/>
        </w:trPr>
        <w:tc>
          <w:tcPr>
            <w:tcW w:w="9648" w:type="dxa"/>
            <w:tcBorders>
              <w:left w:val="single" w:sz="24" w:space="0" w:color="2B5B84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1CF69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dataclasses import dataclass, field</w:t>
            </w:r>
          </w:p>
          <w:p w14:paraId="0B2CAB1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typing import Optional, Tuple</w:t>
            </w:r>
          </w:p>
          <w:p w14:paraId="4BAB653F" w14:textId="77777777" w:rsidR="00435FAD" w:rsidRDefault="00435FAD">
            <w:pPr>
              <w:spacing w:after="0"/>
            </w:pPr>
          </w:p>
          <w:p w14:paraId="0957F2F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State = Tuple[int, int]</w:t>
            </w:r>
          </w:p>
          <w:p w14:paraId="0E108F60" w14:textId="77777777" w:rsidR="00435FAD" w:rsidRDefault="00435FAD">
            <w:pPr>
              <w:spacing w:after="0"/>
            </w:pPr>
          </w:p>
          <w:p w14:paraId="2C591EB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@dataclass(frozen=True)</w:t>
            </w:r>
          </w:p>
          <w:p w14:paraId="71FBCE82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SearchNode:</w:t>
            </w:r>
          </w:p>
          <w:p w14:paraId="642E396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state: State</w:t>
            </w:r>
          </w:p>
          <w:p w14:paraId="5C5C044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parent: Optional['SearchNode'] = None</w:t>
            </w:r>
          </w:p>
          <w:p w14:paraId="511DAB1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action: Optional[str] = None</w:t>
            </w:r>
          </w:p>
          <w:p w14:paraId="7A39057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g_cost: float = 0.0</w:t>
            </w:r>
          </w:p>
          <w:p w14:paraId="78929E7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h_cost: float = 0.0</w:t>
            </w:r>
          </w:p>
          <w:p w14:paraId="2BD5E99D" w14:textId="77777777" w:rsidR="00435FAD" w:rsidRDefault="00435FAD">
            <w:pPr>
              <w:spacing w:after="0"/>
            </w:pPr>
          </w:p>
          <w:p w14:paraId="486FF04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@property</w:t>
            </w:r>
          </w:p>
          <w:p w14:paraId="0962594C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f_cost(self) -&gt; float:</w:t>
            </w:r>
          </w:p>
          <w:p w14:paraId="1D08693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self.g_cost + self.h_cost</w:t>
            </w:r>
          </w:p>
          <w:p w14:paraId="66BA1E94" w14:textId="77777777" w:rsidR="00435FAD" w:rsidRDefault="00435FAD">
            <w:pPr>
              <w:spacing w:after="0"/>
            </w:pPr>
          </w:p>
          <w:p w14:paraId="0D33F04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__lt__(self, other: 'SearchNode') -&gt; bool:</w:t>
            </w:r>
          </w:p>
          <w:p w14:paraId="1C96A05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self.f_cost &lt; other.f_cost</w:t>
            </w:r>
          </w:p>
          <w:p w14:paraId="59916EA3" w14:textId="77777777" w:rsidR="00435FAD" w:rsidRDefault="00435FAD">
            <w:pPr>
              <w:spacing w:after="0"/>
            </w:pPr>
          </w:p>
          <w:p w14:paraId="3B4E3EED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>@dataclass</w:t>
            </w:r>
          </w:p>
          <w:p w14:paraId="43D0F08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SearchResult:</w:t>
            </w:r>
          </w:p>
          <w:p w14:paraId="41A82A22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algorithm: str</w:t>
            </w:r>
          </w:p>
          <w:p w14:paraId="6B6531F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path_cost: float</w:t>
            </w:r>
          </w:p>
          <w:p w14:paraId="2439D15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path_length: int</w:t>
            </w:r>
          </w:p>
          <w:p w14:paraId="59214BA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nodes_expanded: int</w:t>
            </w:r>
          </w:p>
          <w:p w14:paraId="6D5F227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max_frontier_size: int</w:t>
            </w:r>
          </w:p>
          <w:p w14:paraId="75BA64A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execution_time_ms: float</w:t>
            </w:r>
          </w:p>
          <w:p w14:paraId="0AB36B4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peak_memory_kb: float</w:t>
            </w:r>
          </w:p>
          <w:p w14:paraId="20264C5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success: bool</w:t>
            </w:r>
          </w:p>
        </w:tc>
      </w:tr>
    </w:tbl>
    <w:p w14:paraId="0772BB67" w14:textId="77777777" w:rsidR="00435FAD" w:rsidRDefault="00435FAD">
      <w:pPr>
        <w:spacing w:after="120"/>
      </w:pPr>
    </w:p>
    <w:p w14:paraId="578C19FC" w14:textId="77777777" w:rsidR="00435FA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src/heuristics.py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35FAD" w14:paraId="27A266B7" w14:textId="77777777">
        <w:trPr>
          <w:jc w:val="center"/>
        </w:trPr>
        <w:tc>
          <w:tcPr>
            <w:tcW w:w="9648" w:type="dxa"/>
            <w:tcBorders>
              <w:left w:val="single" w:sz="24" w:space="0" w:color="2B5B84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4CDC1E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math</w:t>
            </w:r>
          </w:p>
          <w:p w14:paraId="549456D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src.models import State</w:t>
            </w:r>
          </w:p>
          <w:p w14:paraId="59D552F8" w14:textId="77777777" w:rsidR="00435FAD" w:rsidRDefault="00435FAD">
            <w:pPr>
              <w:spacing w:after="0"/>
            </w:pPr>
          </w:p>
          <w:p w14:paraId="67DCE98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manhattan_distance(current: State, goal: State) -&gt; float:</w:t>
            </w:r>
          </w:p>
          <w:p w14:paraId="20F6EBE8" w14:textId="77777777" w:rsidR="00435FAD" w:rsidRPr="004C2B3A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"""Манхеттенська відстань для 4-зв'язної сітки."""</w:t>
            </w:r>
          </w:p>
          <w:p w14:paraId="3BC4E84A" w14:textId="77777777" w:rsidR="00435FAD" w:rsidRDefault="00000000">
            <w:pPr>
              <w:spacing w:after="0"/>
            </w:pP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return abs(current[0] - goal[0]) + abs(current[1] - goal[1])</w:t>
            </w:r>
          </w:p>
          <w:p w14:paraId="0C1043E4" w14:textId="77777777" w:rsidR="00435FAD" w:rsidRDefault="00435FAD">
            <w:pPr>
              <w:spacing w:after="0"/>
            </w:pPr>
          </w:p>
          <w:p w14:paraId="67092F9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euclidean_distance(current: State, goal: State) -&gt; float:</w:t>
            </w:r>
          </w:p>
          <w:p w14:paraId="66744CD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"""Евклідова відстань."""</w:t>
            </w:r>
          </w:p>
          <w:p w14:paraId="16B48D6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return math.sqrt((current[0] - goal[0]) ** 2 + (current[1] - goal[1]) ** 2)</w:t>
            </w:r>
          </w:p>
        </w:tc>
      </w:tr>
    </w:tbl>
    <w:p w14:paraId="1C4B4556" w14:textId="77777777" w:rsidR="00435FAD" w:rsidRDefault="00435FAD">
      <w:pPr>
        <w:spacing w:after="120"/>
      </w:pPr>
    </w:p>
    <w:p w14:paraId="0EAFB954" w14:textId="77777777" w:rsidR="00435FA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src/algorithms.py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35FAD" w14:paraId="3DD49C1E" w14:textId="77777777">
        <w:trPr>
          <w:jc w:val="center"/>
        </w:trPr>
        <w:tc>
          <w:tcPr>
            <w:tcW w:w="9648" w:type="dxa"/>
            <w:tcBorders>
              <w:left w:val="single" w:sz="24" w:space="0" w:color="2B5B84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665912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heapq</w:t>
            </w:r>
          </w:p>
          <w:p w14:paraId="017D48A7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time</w:t>
            </w:r>
          </w:p>
          <w:p w14:paraId="3E58E1D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tracemalloc</w:t>
            </w:r>
          </w:p>
          <w:p w14:paraId="72DCF7A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collections import deque</w:t>
            </w:r>
          </w:p>
          <w:p w14:paraId="2214D0D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typing import Callable, List, Set, Dict, Tuple</w:t>
            </w:r>
          </w:p>
          <w:p w14:paraId="139C19E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src.models import State, SearchNode, SearchResult</w:t>
            </w:r>
          </w:p>
          <w:p w14:paraId="66997D71" w14:textId="77777777" w:rsidR="00435FAD" w:rsidRDefault="00435FAD">
            <w:pPr>
              <w:spacing w:after="0"/>
            </w:pPr>
          </w:p>
          <w:p w14:paraId="296E347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class SearchSolver:</w:t>
            </w:r>
          </w:p>
          <w:p w14:paraId="03DE851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__init__(self, grid: List[List[int]], start: State, goal: State, heuristic_fn: Callable[[State, State], float]):</w:t>
            </w:r>
          </w:p>
          <w:p w14:paraId="0AA51D2D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self.grid = grid</w:t>
            </w:r>
          </w:p>
          <w:p w14:paraId="7B5CFBF2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self.rows = len(grid)</w:t>
            </w:r>
          </w:p>
          <w:p w14:paraId="393A6063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self.cols = len(grid[0])</w:t>
            </w:r>
          </w:p>
          <w:p w14:paraId="0F9077F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self.start = start</w:t>
            </w:r>
          </w:p>
          <w:p w14:paraId="34578CA2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self.goal = goal</w:t>
            </w:r>
          </w:p>
          <w:p w14:paraId="1DBB0263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self.heuristic = heuristic_fn</w:t>
            </w:r>
          </w:p>
          <w:p w14:paraId="2A575A25" w14:textId="77777777" w:rsidR="00435FAD" w:rsidRDefault="00435FAD">
            <w:pPr>
              <w:spacing w:after="0"/>
            </w:pPr>
          </w:p>
          <w:p w14:paraId="742A108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get_neighbors(self, state: State) -&gt; List[Tuple[State, str, float]]:</w:t>
            </w:r>
          </w:p>
          <w:p w14:paraId="0CC9427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r, c = state</w:t>
            </w:r>
          </w:p>
          <w:p w14:paraId="2007C23F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directions = [</w:t>
            </w:r>
          </w:p>
          <w:p w14:paraId="64B3BDC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((r - 1, c), "UP", 1.0),</w:t>
            </w:r>
          </w:p>
          <w:p w14:paraId="5E83914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    ((r + 1, c), "DOWN", 1.0),</w:t>
            </w:r>
          </w:p>
          <w:p w14:paraId="7868DD1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((r, c - 1), "LEFT", 1.0),</w:t>
            </w:r>
          </w:p>
          <w:p w14:paraId="69F6406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((r, c + 1), "RIGHT", 1.0)</w:t>
            </w:r>
          </w:p>
          <w:p w14:paraId="2710834F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]</w:t>
            </w:r>
          </w:p>
          <w:p w14:paraId="3F8A3EC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valid = []</w:t>
            </w:r>
          </w:p>
          <w:p w14:paraId="3596F9F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for (nr, nc), action, cost in directions:</w:t>
            </w:r>
          </w:p>
          <w:p w14:paraId="7BFF350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0 &lt;= nr &lt; self.rows and 0 &lt;= nc &lt; self.cols and self.grid[nr][nc] == 0:</w:t>
            </w:r>
          </w:p>
          <w:p w14:paraId="08A1C993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valid.append(((nr, nc), action, cost))</w:t>
            </w:r>
          </w:p>
          <w:p w14:paraId="41BECE4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valid</w:t>
            </w:r>
          </w:p>
          <w:p w14:paraId="4FFBD394" w14:textId="77777777" w:rsidR="00435FAD" w:rsidRDefault="00435FAD">
            <w:pPr>
              <w:spacing w:after="0"/>
            </w:pPr>
          </w:p>
          <w:p w14:paraId="0AF0BC8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_reconstruct_path(self, node: SearchNode) -&gt; List[State]:</w:t>
            </w:r>
          </w:p>
          <w:p w14:paraId="507DE9ED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path = []</w:t>
            </w:r>
          </w:p>
          <w:p w14:paraId="0984033D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curr = node</w:t>
            </w:r>
          </w:p>
          <w:p w14:paraId="287D025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while curr:</w:t>
            </w:r>
          </w:p>
          <w:p w14:paraId="5ECFB2DF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path.append(curr.state)</w:t>
            </w:r>
          </w:p>
          <w:p w14:paraId="610E0B1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curr = curr.parent</w:t>
            </w:r>
          </w:p>
          <w:p w14:paraId="72CCA21C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path[::-1]</w:t>
            </w:r>
          </w:p>
          <w:p w14:paraId="2F73F8D2" w14:textId="77777777" w:rsidR="00435FAD" w:rsidRDefault="00435FAD">
            <w:pPr>
              <w:spacing w:after="0"/>
            </w:pPr>
          </w:p>
          <w:p w14:paraId="0F1D527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solve_bfs(self) -&gt; SearchResult:</w:t>
            </w:r>
          </w:p>
          <w:p w14:paraId="72F0EE8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"""Пошук у ширину (BFS)."""</w:t>
            </w:r>
          </w:p>
          <w:p w14:paraId="1FFB885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tracemalloc.start()</w:t>
            </w:r>
          </w:p>
          <w:p w14:paraId="0FAA164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start_time = time.perf_counter()</w:t>
            </w:r>
          </w:p>
          <w:p w14:paraId="0B2441E9" w14:textId="77777777" w:rsidR="00435FAD" w:rsidRDefault="00435FAD">
            <w:pPr>
              <w:spacing w:after="0"/>
            </w:pPr>
          </w:p>
          <w:p w14:paraId="0901450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start_node = SearchNode(state=self.start)</w:t>
            </w:r>
          </w:p>
          <w:p w14:paraId="10C154D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queue = deque([start_node])</w:t>
            </w:r>
          </w:p>
          <w:p w14:paraId="63E174C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visited: Set[State] = {self.start}</w:t>
            </w:r>
          </w:p>
          <w:p w14:paraId="5B49F5F8" w14:textId="77777777" w:rsidR="00435FAD" w:rsidRDefault="00435FAD">
            <w:pPr>
              <w:spacing w:after="0"/>
            </w:pPr>
          </w:p>
          <w:p w14:paraId="3F6E18B7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nodes_expanded = 0</w:t>
            </w:r>
          </w:p>
          <w:p w14:paraId="7DB6F45A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max_frontier = 1</w:t>
            </w:r>
          </w:p>
          <w:p w14:paraId="6EC912A9" w14:textId="77777777" w:rsidR="00435FAD" w:rsidRDefault="00435FAD">
            <w:pPr>
              <w:spacing w:after="0"/>
            </w:pPr>
          </w:p>
          <w:p w14:paraId="32DDC1E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while queue:</w:t>
            </w:r>
          </w:p>
          <w:p w14:paraId="0063782F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max_frontier = max(max_frontier, len(queue))</w:t>
            </w:r>
          </w:p>
          <w:p w14:paraId="0306535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curr = queue.popleft()</w:t>
            </w:r>
          </w:p>
          <w:p w14:paraId="24B7967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nodes_expanded += 1</w:t>
            </w:r>
          </w:p>
          <w:p w14:paraId="3213DFA8" w14:textId="77777777" w:rsidR="00435FAD" w:rsidRDefault="00435FAD">
            <w:pPr>
              <w:spacing w:after="0"/>
            </w:pPr>
          </w:p>
          <w:p w14:paraId="3F780FD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curr.state == self.goal:</w:t>
            </w:r>
          </w:p>
          <w:p w14:paraId="7C04076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exec_time = (time.perf_counter() - start_time) * 1000</w:t>
            </w:r>
          </w:p>
          <w:p w14:paraId="419CD23C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_, peak_mem = tracemalloc.get_traced_memory()</w:t>
            </w:r>
          </w:p>
          <w:p w14:paraId="383A1D2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tracemalloc.stop()</w:t>
            </w:r>
          </w:p>
          <w:p w14:paraId="287CC3A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path = self._reconstruct_path(curr)</w:t>
            </w:r>
          </w:p>
          <w:p w14:paraId="556A7B6A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return SearchResult("BFS", curr.g_cost, len(path), nodes_expanded, max_frontier, exec_time, peak_mem / 1024, True)</w:t>
            </w:r>
          </w:p>
          <w:p w14:paraId="710D6F9D" w14:textId="77777777" w:rsidR="00435FAD" w:rsidRDefault="00435FAD">
            <w:pPr>
              <w:spacing w:after="0"/>
            </w:pPr>
          </w:p>
          <w:p w14:paraId="2B7FDFA2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next_state, action, cost in self.get_neighbors(curr.state):</w:t>
            </w:r>
          </w:p>
          <w:p w14:paraId="63B31E9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next_state not in visited:</w:t>
            </w:r>
          </w:p>
          <w:p w14:paraId="69A997C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visited.add(next_state)</w:t>
            </w:r>
          </w:p>
          <w:p w14:paraId="2A301F4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child = SearchNode(state=next_state, parent=curr, action=action, g_cost=curr.g_cost + cost)</w:t>
            </w:r>
          </w:p>
          <w:p w14:paraId="132CE84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queue.append(child)</w:t>
            </w:r>
          </w:p>
          <w:p w14:paraId="3CD7741C" w14:textId="77777777" w:rsidR="00435FAD" w:rsidRDefault="00435FAD">
            <w:pPr>
              <w:spacing w:after="0"/>
            </w:pPr>
          </w:p>
          <w:p w14:paraId="308E363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 xml:space="preserve">        tracemalloc.stop()</w:t>
            </w:r>
          </w:p>
          <w:p w14:paraId="5AC34A07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SearchResult("BFS", float('inf'), 0, nodes_expanded, max_frontier, 0, 0, False)</w:t>
            </w:r>
          </w:p>
          <w:p w14:paraId="10FBCB28" w14:textId="77777777" w:rsidR="00435FAD" w:rsidRDefault="00435FAD">
            <w:pPr>
              <w:spacing w:after="0"/>
            </w:pPr>
          </w:p>
          <w:p w14:paraId="26AD847D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def solve_astar(self) -&gt; SearchResult:</w:t>
            </w:r>
          </w:p>
          <w:p w14:paraId="69C089C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"""Алгоритм A* (A-Star Search)."""</w:t>
            </w:r>
          </w:p>
          <w:p w14:paraId="1A724D0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tracemalloc.start()</w:t>
            </w:r>
          </w:p>
          <w:p w14:paraId="2E01755C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start_time = time.perf_counter()</w:t>
            </w:r>
          </w:p>
          <w:p w14:paraId="09001B46" w14:textId="77777777" w:rsidR="00435FAD" w:rsidRDefault="00435FAD">
            <w:pPr>
              <w:spacing w:after="0"/>
            </w:pPr>
          </w:p>
          <w:p w14:paraId="6422FF87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h_start = self.heuristic(self.start, self.goal)</w:t>
            </w:r>
          </w:p>
          <w:p w14:paraId="2DB1D99A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start_node = SearchNode(state=self.start, g_cost=0.0, h_cost=h_start)</w:t>
            </w:r>
          </w:p>
          <w:p w14:paraId="1AF5B094" w14:textId="77777777" w:rsidR="00435FAD" w:rsidRDefault="00435FAD">
            <w:pPr>
              <w:spacing w:after="0"/>
            </w:pPr>
          </w:p>
          <w:p w14:paraId="5E83EA1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open_set: List[SearchNode] = [start_node]</w:t>
            </w:r>
          </w:p>
          <w:p w14:paraId="05B95E43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g_scores: Dict[State, float] = {self.start: 0.0}</w:t>
            </w:r>
          </w:p>
          <w:p w14:paraId="3361F041" w14:textId="77777777" w:rsidR="00435FAD" w:rsidRDefault="00435FAD">
            <w:pPr>
              <w:spacing w:after="0"/>
            </w:pPr>
          </w:p>
          <w:p w14:paraId="4F4AC52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nodes_expanded = 0</w:t>
            </w:r>
          </w:p>
          <w:p w14:paraId="027962D3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max_frontier = 1</w:t>
            </w:r>
          </w:p>
          <w:p w14:paraId="05D0F858" w14:textId="77777777" w:rsidR="00435FAD" w:rsidRDefault="00435FAD">
            <w:pPr>
              <w:spacing w:after="0"/>
            </w:pPr>
          </w:p>
          <w:p w14:paraId="3CD40A9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while open_set:</w:t>
            </w:r>
          </w:p>
          <w:p w14:paraId="2DA6D2F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max_frontier = max(max_frontier, len(open_set))</w:t>
            </w:r>
          </w:p>
          <w:p w14:paraId="73F7CD9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curr = heapq.heappop(open_set)</w:t>
            </w:r>
          </w:p>
          <w:p w14:paraId="0496990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nodes_expanded += 1</w:t>
            </w:r>
          </w:p>
          <w:p w14:paraId="2079A1E6" w14:textId="77777777" w:rsidR="00435FAD" w:rsidRDefault="00435FAD">
            <w:pPr>
              <w:spacing w:after="0"/>
            </w:pPr>
          </w:p>
          <w:p w14:paraId="7544ADCC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if curr.state == self.goal:</w:t>
            </w:r>
          </w:p>
          <w:p w14:paraId="66CC629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exec_time = (time.perf_counter() - start_time) * 1000</w:t>
            </w:r>
          </w:p>
          <w:p w14:paraId="49F03CD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_, peak_mem = tracemalloc.get_traced_memory()</w:t>
            </w:r>
          </w:p>
          <w:p w14:paraId="2059C33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tracemalloc.stop()</w:t>
            </w:r>
          </w:p>
          <w:p w14:paraId="2EA3E68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path = self._reconstruct_path(curr)</w:t>
            </w:r>
          </w:p>
          <w:p w14:paraId="60CFD46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return SearchResult("A* (Manhattan)", curr.g_cost, len(path), nodes_expanded, max_frontier, exec_time, peak_mem / 1024, True)</w:t>
            </w:r>
          </w:p>
          <w:p w14:paraId="2014944B" w14:textId="77777777" w:rsidR="00435FAD" w:rsidRDefault="00435FAD">
            <w:pPr>
              <w:spacing w:after="0"/>
            </w:pPr>
          </w:p>
          <w:p w14:paraId="5089B40C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for next_state, action, cost in self.get_neighbors(curr.state):</w:t>
            </w:r>
          </w:p>
          <w:p w14:paraId="4DCD100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tentative_g = curr.g_cost + cost</w:t>
            </w:r>
          </w:p>
          <w:p w14:paraId="4EED4E1C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if next_state not in g_scores or tentative_g &lt; g_scores[next_state]:</w:t>
            </w:r>
          </w:p>
          <w:p w14:paraId="00DA796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g_scores[next_state] = tentative_g</w:t>
            </w:r>
          </w:p>
          <w:p w14:paraId="586FB66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h_val = self.heuristic(next_state, self.goal)</w:t>
            </w:r>
          </w:p>
          <w:p w14:paraId="50B5C61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child = SearchNode(state=next_state, parent=curr, action=action, g_cost=tentative_g, h_cost=h_val)</w:t>
            </w:r>
          </w:p>
          <w:p w14:paraId="687E4862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            heapq.heappush(open_set, child)</w:t>
            </w:r>
          </w:p>
          <w:p w14:paraId="4FABCF7C" w14:textId="77777777" w:rsidR="00435FAD" w:rsidRDefault="00435FAD">
            <w:pPr>
              <w:spacing w:after="0"/>
            </w:pPr>
          </w:p>
          <w:p w14:paraId="0D43B9D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tracemalloc.stop()</w:t>
            </w:r>
          </w:p>
          <w:p w14:paraId="7A3E29C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return SearchResult("A* (Manhattan)", float('inf'), 0, nodes_expanded, max_frontier, 0, 0, False)</w:t>
            </w:r>
          </w:p>
        </w:tc>
      </w:tr>
    </w:tbl>
    <w:p w14:paraId="2075FDFF" w14:textId="77777777" w:rsidR="00435FAD" w:rsidRDefault="00435FAD">
      <w:pPr>
        <w:spacing w:after="120"/>
      </w:pPr>
    </w:p>
    <w:p w14:paraId="699DE3F8" w14:textId="77777777" w:rsidR="00435FAD" w:rsidRDefault="00000000">
      <w:pPr>
        <w:keepNext/>
        <w:spacing w:before="240" w:after="80"/>
      </w:pPr>
      <w:r>
        <w:rPr>
          <w:rFonts w:ascii="Arial" w:hAnsi="Arial"/>
          <w:b/>
          <w:color w:val="006699"/>
          <w:sz w:val="26"/>
        </w:rPr>
        <w:t>Файл: main.py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435FAD" w14:paraId="79062DE3" w14:textId="77777777">
        <w:trPr>
          <w:jc w:val="center"/>
        </w:trPr>
        <w:tc>
          <w:tcPr>
            <w:tcW w:w="9648" w:type="dxa"/>
            <w:tcBorders>
              <w:left w:val="single" w:sz="24" w:space="0" w:color="2B5B84"/>
            </w:tcBorders>
            <w:shd w:val="clear" w:color="auto" w:fill="F4F6F8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93F941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import pandas as pd</w:t>
            </w:r>
          </w:p>
          <w:p w14:paraId="4721C90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from src.algorithms import SearchSolver</w:t>
            </w:r>
          </w:p>
          <w:p w14:paraId="762A80C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lastRenderedPageBreak/>
              <w:t>from src.heuristics import manhattan_distance</w:t>
            </w:r>
          </w:p>
          <w:p w14:paraId="579B9E66" w14:textId="77777777" w:rsidR="00435FAD" w:rsidRDefault="00435FAD">
            <w:pPr>
              <w:spacing w:after="0"/>
            </w:pPr>
          </w:p>
          <w:p w14:paraId="081880C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def main():</w:t>
            </w:r>
          </w:p>
          <w:p w14:paraId="2F1218D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print("=" * 85)</w:t>
            </w:r>
          </w:p>
          <w:p w14:paraId="644F6D7B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print("  ЛАБОРАТОРНА РОБОТА №1: РЕАЛІЗАЦІЯ ТА ПОРІВНЯННЯ АЛГОРИТМІВ ПОШУКУ (PYTHON 3.10+)")</w:t>
            </w:r>
          </w:p>
          <w:p w14:paraId="5627FA2C" w14:textId="77777777" w:rsidR="00435FAD" w:rsidRPr="004C2B3A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print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("=" * 85 + "\</w:t>
            </w:r>
            <w:r>
              <w:rPr>
                <w:rFonts w:ascii="Consolas" w:hAnsi="Consolas"/>
                <w:color w:val="222222"/>
                <w:sz w:val="19"/>
              </w:rPr>
              <w:t>n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")</w:t>
            </w:r>
          </w:p>
          <w:p w14:paraId="56B558CD" w14:textId="77777777" w:rsidR="00435FAD" w:rsidRPr="004C2B3A" w:rsidRDefault="00435FAD">
            <w:pPr>
              <w:spacing w:after="0"/>
              <w:rPr>
                <w:lang w:val="ru-RU"/>
              </w:rPr>
            </w:pPr>
          </w:p>
          <w:p w14:paraId="061CA31E" w14:textId="77777777" w:rsidR="00435FAD" w:rsidRPr="004C2B3A" w:rsidRDefault="00000000">
            <w:pPr>
              <w:spacing w:after="0"/>
              <w:rPr>
                <w:lang w:val="ru-RU"/>
              </w:rPr>
            </w:pP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    # Сітка плати 5х6 (0 - вільний прохід, 1 - перешкода)</w:t>
            </w:r>
          </w:p>
          <w:p w14:paraId="13AA65EE" w14:textId="77777777" w:rsidR="00435FAD" w:rsidRDefault="00000000">
            <w:pPr>
              <w:spacing w:after="0"/>
            </w:pP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pcb_grid = [</w:t>
            </w:r>
          </w:p>
          <w:p w14:paraId="0B151F80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[0, 0, 0, 0, 1, 0],</w:t>
            </w:r>
          </w:p>
          <w:p w14:paraId="44662247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[1, 1, 0, 0, 1, 0],</w:t>
            </w:r>
          </w:p>
          <w:p w14:paraId="1D3DE126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[0, 0, 0, 1, 0, 0],</w:t>
            </w:r>
          </w:p>
          <w:p w14:paraId="69F3431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[0, 1, 1, 1, 0, 0],</w:t>
            </w:r>
          </w:p>
          <w:p w14:paraId="3461FD2F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    [0, 0, 0, 0, 0, 0]</w:t>
            </w:r>
          </w:p>
          <w:p w14:paraId="2E3ACB8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]</w:t>
            </w:r>
          </w:p>
          <w:p w14:paraId="209E5FD2" w14:textId="77777777" w:rsidR="00435FAD" w:rsidRDefault="00435FAD">
            <w:pPr>
              <w:spacing w:after="0"/>
            </w:pPr>
          </w:p>
          <w:p w14:paraId="76CEBF19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start = (0, 0)</w:t>
            </w:r>
          </w:p>
          <w:p w14:paraId="74860AAE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goal = (4, 5)</w:t>
            </w:r>
          </w:p>
          <w:p w14:paraId="5554A4EE" w14:textId="77777777" w:rsidR="00435FAD" w:rsidRDefault="00435FAD">
            <w:pPr>
              <w:spacing w:after="0"/>
            </w:pPr>
          </w:p>
          <w:p w14:paraId="2B4811B5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solver = SearchSolver(pcb_grid, start, goal, heuristic_fn=manhattan_distance)</w:t>
            </w:r>
          </w:p>
          <w:p w14:paraId="06DC1F07" w14:textId="77777777" w:rsidR="00435FAD" w:rsidRDefault="00435FAD">
            <w:pPr>
              <w:spacing w:after="0"/>
            </w:pPr>
          </w:p>
          <w:p w14:paraId="459F13F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res_bfs = solver.solve_bfs()</w:t>
            </w:r>
          </w:p>
          <w:p w14:paraId="02CD4B4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res_astar = solver.solve_astar()</w:t>
            </w:r>
          </w:p>
          <w:p w14:paraId="18CD1818" w14:textId="77777777" w:rsidR="00435FAD" w:rsidRDefault="00435FAD">
            <w:pPr>
              <w:spacing w:after="0"/>
            </w:pPr>
          </w:p>
          <w:p w14:paraId="0F220087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results = [res_bfs.__dict__, res_astar.__dict__]</w:t>
            </w:r>
          </w:p>
          <w:p w14:paraId="267B012E" w14:textId="77777777" w:rsidR="00435FAD" w:rsidRPr="004C2B3A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df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 = </w:t>
            </w:r>
            <w:r>
              <w:rPr>
                <w:rFonts w:ascii="Consolas" w:hAnsi="Consolas"/>
                <w:color w:val="222222"/>
                <w:sz w:val="19"/>
              </w:rPr>
              <w:t>pd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.</w:t>
            </w:r>
            <w:r>
              <w:rPr>
                <w:rFonts w:ascii="Consolas" w:hAnsi="Consolas"/>
                <w:color w:val="222222"/>
                <w:sz w:val="19"/>
              </w:rPr>
              <w:t>DataFrame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(</w:t>
            </w:r>
            <w:r>
              <w:rPr>
                <w:rFonts w:ascii="Consolas" w:hAnsi="Consolas"/>
                <w:color w:val="222222"/>
                <w:sz w:val="19"/>
              </w:rPr>
              <w:t>results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)</w:t>
            </w:r>
          </w:p>
          <w:p w14:paraId="57E8F5C9" w14:textId="77777777" w:rsidR="00435FAD" w:rsidRPr="004C2B3A" w:rsidRDefault="00435FAD">
            <w:pPr>
              <w:spacing w:after="0"/>
              <w:rPr>
                <w:lang w:val="ru-RU"/>
              </w:rPr>
            </w:pPr>
          </w:p>
          <w:p w14:paraId="1F2A0314" w14:textId="77777777" w:rsidR="00435FAD" w:rsidRPr="004C2B3A" w:rsidRDefault="00000000">
            <w:pPr>
              <w:spacing w:after="0"/>
              <w:rPr>
                <w:lang w:val="ru-RU"/>
              </w:rPr>
            </w:pP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    # Перейменування колонок для гарного виводу</w:t>
            </w:r>
          </w:p>
          <w:p w14:paraId="29C4CEB0" w14:textId="77777777" w:rsidR="00435FAD" w:rsidRDefault="00000000">
            <w:pPr>
              <w:spacing w:after="0"/>
            </w:pP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 xml:space="preserve">    </w:t>
            </w:r>
            <w:r>
              <w:rPr>
                <w:rFonts w:ascii="Consolas" w:hAnsi="Consolas"/>
                <w:color w:val="222222"/>
                <w:sz w:val="19"/>
              </w:rPr>
              <w:t>df_display = df[['algorithm', 'path_cost', 'path_length', 'nodes_expanded', 'max_frontier_size', 'execution_time_ms', 'peak_memory_kb']]</w:t>
            </w:r>
          </w:p>
          <w:p w14:paraId="7E3A0728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df_display.columns = ['Алгоритм', 'Вартість', 'Довжина', 'Розкрито вузлів', 'Max Черга', 'Час (мс)', "Пам'ять (КБ)"]</w:t>
            </w:r>
          </w:p>
          <w:p w14:paraId="133185D7" w14:textId="77777777" w:rsidR="00435FAD" w:rsidRDefault="00435FAD">
            <w:pPr>
              <w:spacing w:after="0"/>
            </w:pPr>
          </w:p>
          <w:p w14:paraId="6DE849C4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print(df_display.to_string(index=False))</w:t>
            </w:r>
          </w:p>
          <w:p w14:paraId="0362DB0B" w14:textId="77777777" w:rsidR="00435FAD" w:rsidRPr="004C2B3A" w:rsidRDefault="00000000">
            <w:pPr>
              <w:spacing w:after="0"/>
              <w:rPr>
                <w:lang w:val="ru-RU"/>
              </w:rPr>
            </w:pPr>
            <w:r>
              <w:rPr>
                <w:rFonts w:ascii="Consolas" w:hAnsi="Consolas"/>
                <w:color w:val="222222"/>
                <w:sz w:val="19"/>
              </w:rPr>
              <w:t xml:space="preserve">    print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("\</w:t>
            </w:r>
            <w:r>
              <w:rPr>
                <w:rFonts w:ascii="Consolas" w:hAnsi="Consolas"/>
                <w:color w:val="222222"/>
                <w:sz w:val="19"/>
              </w:rPr>
              <w:t>n</w:t>
            </w:r>
            <w:r w:rsidRPr="004C2B3A">
              <w:rPr>
                <w:rFonts w:ascii="Consolas" w:hAnsi="Consolas"/>
                <w:color w:val="222222"/>
                <w:sz w:val="19"/>
                <w:lang w:val="ru-RU"/>
              </w:rPr>
              <w:t>[УСПІШНО] Виконання алгоритмів завершено.")</w:t>
            </w:r>
          </w:p>
          <w:p w14:paraId="0279EBC6" w14:textId="77777777" w:rsidR="00435FAD" w:rsidRPr="004C2B3A" w:rsidRDefault="00435FAD">
            <w:pPr>
              <w:spacing w:after="0"/>
              <w:rPr>
                <w:lang w:val="ru-RU"/>
              </w:rPr>
            </w:pPr>
          </w:p>
          <w:p w14:paraId="1A56B5F1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>if __name__ == '__main__':</w:t>
            </w:r>
          </w:p>
          <w:p w14:paraId="0B8E9C13" w14:textId="77777777" w:rsidR="00435FAD" w:rsidRDefault="00000000">
            <w:pPr>
              <w:spacing w:after="0"/>
            </w:pPr>
            <w:r>
              <w:rPr>
                <w:rFonts w:ascii="Consolas" w:hAnsi="Consolas"/>
                <w:color w:val="222222"/>
                <w:sz w:val="19"/>
              </w:rPr>
              <w:t xml:space="preserve">    main()</w:t>
            </w:r>
          </w:p>
        </w:tc>
      </w:tr>
    </w:tbl>
    <w:p w14:paraId="7D1B4503" w14:textId="77777777" w:rsidR="00435FAD" w:rsidRDefault="00435FAD">
      <w:pPr>
        <w:spacing w:after="120"/>
      </w:pPr>
    </w:p>
    <w:p w14:paraId="1A33857E" w14:textId="77777777" w:rsidR="00435FAD" w:rsidRPr="004C2B3A" w:rsidRDefault="00000000">
      <w:pPr>
        <w:keepNext/>
        <w:spacing w:before="320" w:after="120"/>
        <w:rPr>
          <w:lang w:val="ru-RU"/>
        </w:rPr>
      </w:pPr>
      <w:r w:rsidRPr="004C2B3A">
        <w:rPr>
          <w:rFonts w:ascii="Arial" w:hAnsi="Arial"/>
          <w:b/>
          <w:color w:val="003366"/>
          <w:sz w:val="32"/>
          <w:lang w:val="ru-RU"/>
        </w:rPr>
        <w:t>5. ШАБЛОН ПОРІВНЯЛЬНОЇ ТАБЛИЦІ ТА ВИМОГИ ДО ЗВІТУ</w:t>
      </w:r>
    </w:p>
    <w:p w14:paraId="459500EC" w14:textId="77777777" w:rsidR="00435FAD" w:rsidRPr="004C2B3A" w:rsidRDefault="00000000">
      <w:pPr>
        <w:rPr>
          <w:lang w:val="ru-RU"/>
        </w:rPr>
      </w:pPr>
      <w:r w:rsidRPr="004C2B3A">
        <w:rPr>
          <w:lang w:val="ru-RU"/>
        </w:rPr>
        <w:t>У фінальному звіті студент повинен надати таблицю порівняння результатів роботи реалізованих алгоритмів: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1378"/>
        <w:gridCol w:w="1378"/>
        <w:gridCol w:w="1378"/>
        <w:gridCol w:w="1378"/>
        <w:gridCol w:w="1378"/>
        <w:gridCol w:w="1378"/>
        <w:gridCol w:w="1383"/>
      </w:tblGrid>
      <w:tr w:rsidR="00435FAD" w14:paraId="55937D7B" w14:textId="77777777">
        <w:trPr>
          <w:jc w:val="center"/>
        </w:trPr>
        <w:tc>
          <w:tcPr>
            <w:tcW w:w="1378" w:type="dxa"/>
            <w:shd w:val="clear" w:color="auto" w:fill="003366"/>
          </w:tcPr>
          <w:p w14:paraId="005148E3" w14:textId="77777777" w:rsidR="00435FA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Алгоритм</w:t>
            </w:r>
          </w:p>
        </w:tc>
        <w:tc>
          <w:tcPr>
            <w:tcW w:w="1378" w:type="dxa"/>
            <w:shd w:val="clear" w:color="auto" w:fill="003366"/>
          </w:tcPr>
          <w:p w14:paraId="4965D633" w14:textId="77777777" w:rsidR="00435FA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Вартість g(n)</w:t>
            </w:r>
          </w:p>
        </w:tc>
        <w:tc>
          <w:tcPr>
            <w:tcW w:w="1378" w:type="dxa"/>
            <w:shd w:val="clear" w:color="auto" w:fill="003366"/>
          </w:tcPr>
          <w:p w14:paraId="62D74309" w14:textId="77777777" w:rsidR="00435FA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Розкрито вузлів</w:t>
            </w:r>
          </w:p>
        </w:tc>
        <w:tc>
          <w:tcPr>
            <w:tcW w:w="1378" w:type="dxa"/>
            <w:shd w:val="clear" w:color="auto" w:fill="003366"/>
          </w:tcPr>
          <w:p w14:paraId="773396B2" w14:textId="77777777" w:rsidR="00435FA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Max Черга</w:t>
            </w:r>
          </w:p>
        </w:tc>
        <w:tc>
          <w:tcPr>
            <w:tcW w:w="1378" w:type="dxa"/>
            <w:shd w:val="clear" w:color="auto" w:fill="003366"/>
          </w:tcPr>
          <w:p w14:paraId="1129101F" w14:textId="77777777" w:rsidR="00435FA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Час (мс)</w:t>
            </w:r>
          </w:p>
        </w:tc>
        <w:tc>
          <w:tcPr>
            <w:tcW w:w="1378" w:type="dxa"/>
            <w:shd w:val="clear" w:color="auto" w:fill="003366"/>
          </w:tcPr>
          <w:p w14:paraId="6F5C26A3" w14:textId="77777777" w:rsidR="00435FA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Пам'ять (КБ)</w:t>
            </w:r>
          </w:p>
        </w:tc>
        <w:tc>
          <w:tcPr>
            <w:tcW w:w="1378" w:type="dxa"/>
            <w:shd w:val="clear" w:color="auto" w:fill="003366"/>
          </w:tcPr>
          <w:p w14:paraId="3D432FF4" w14:textId="77777777" w:rsidR="00435FAD" w:rsidRDefault="00000000">
            <w:pPr>
              <w:jc w:val="center"/>
            </w:pPr>
            <w:r>
              <w:rPr>
                <w:b/>
                <w:color w:val="FFFFFF"/>
                <w:sz w:val="18"/>
              </w:rPr>
              <w:t>Оптимальність</w:t>
            </w:r>
          </w:p>
        </w:tc>
      </w:tr>
      <w:tr w:rsidR="00435FAD" w14:paraId="39C186B9" w14:textId="77777777">
        <w:trPr>
          <w:jc w:val="center"/>
        </w:trPr>
        <w:tc>
          <w:tcPr>
            <w:tcW w:w="1378" w:type="dxa"/>
            <w:shd w:val="clear" w:color="auto" w:fill="F9FAFB"/>
          </w:tcPr>
          <w:p w14:paraId="1641A95C" w14:textId="77777777" w:rsidR="00435FAD" w:rsidRDefault="00000000">
            <w:pPr>
              <w:jc w:val="center"/>
            </w:pPr>
            <w:r>
              <w:rPr>
                <w:sz w:val="18"/>
              </w:rPr>
              <w:lastRenderedPageBreak/>
              <w:t>BFS</w:t>
            </w:r>
          </w:p>
        </w:tc>
        <w:tc>
          <w:tcPr>
            <w:tcW w:w="1378" w:type="dxa"/>
            <w:shd w:val="clear" w:color="auto" w:fill="F9FAFB"/>
          </w:tcPr>
          <w:p w14:paraId="700AE172" w14:textId="77777777" w:rsidR="00435FAD" w:rsidRDefault="00000000">
            <w:pPr>
              <w:jc w:val="center"/>
            </w:pPr>
            <w:r>
              <w:rPr>
                <w:sz w:val="18"/>
              </w:rPr>
              <w:t>10.0</w:t>
            </w:r>
          </w:p>
        </w:tc>
        <w:tc>
          <w:tcPr>
            <w:tcW w:w="1378" w:type="dxa"/>
            <w:shd w:val="clear" w:color="auto" w:fill="F9FAFB"/>
          </w:tcPr>
          <w:p w14:paraId="6C77C700" w14:textId="77777777" w:rsidR="00435FAD" w:rsidRDefault="00000000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378" w:type="dxa"/>
            <w:shd w:val="clear" w:color="auto" w:fill="F9FAFB"/>
          </w:tcPr>
          <w:p w14:paraId="4A1A3D1E" w14:textId="77777777" w:rsidR="00435FAD" w:rsidRDefault="00000000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378" w:type="dxa"/>
            <w:shd w:val="clear" w:color="auto" w:fill="F9FAFB"/>
          </w:tcPr>
          <w:p w14:paraId="6BA773F3" w14:textId="77777777" w:rsidR="00435FAD" w:rsidRDefault="00000000">
            <w:pPr>
              <w:jc w:val="center"/>
            </w:pPr>
            <w:r>
              <w:rPr>
                <w:sz w:val="18"/>
              </w:rPr>
              <w:t>0.325 мс</w:t>
            </w:r>
          </w:p>
        </w:tc>
        <w:tc>
          <w:tcPr>
            <w:tcW w:w="1378" w:type="dxa"/>
            <w:shd w:val="clear" w:color="auto" w:fill="F9FAFB"/>
          </w:tcPr>
          <w:p w14:paraId="12181922" w14:textId="77777777" w:rsidR="00435FAD" w:rsidRDefault="00000000">
            <w:pPr>
              <w:jc w:val="center"/>
            </w:pPr>
            <w:r>
              <w:rPr>
                <w:sz w:val="18"/>
              </w:rPr>
              <w:t>4.2 КБ</w:t>
            </w:r>
          </w:p>
        </w:tc>
        <w:tc>
          <w:tcPr>
            <w:tcW w:w="1378" w:type="dxa"/>
            <w:shd w:val="clear" w:color="auto" w:fill="F9FAFB"/>
          </w:tcPr>
          <w:p w14:paraId="4188D789" w14:textId="77777777" w:rsidR="00435FAD" w:rsidRDefault="00000000">
            <w:pPr>
              <w:jc w:val="center"/>
            </w:pPr>
            <w:r>
              <w:rPr>
                <w:sz w:val="18"/>
              </w:rPr>
              <w:t>Так</w:t>
            </w:r>
          </w:p>
        </w:tc>
      </w:tr>
      <w:tr w:rsidR="00435FAD" w14:paraId="1116F152" w14:textId="77777777">
        <w:trPr>
          <w:jc w:val="center"/>
        </w:trPr>
        <w:tc>
          <w:tcPr>
            <w:tcW w:w="1378" w:type="dxa"/>
            <w:shd w:val="clear" w:color="auto" w:fill="FFFFFF"/>
          </w:tcPr>
          <w:p w14:paraId="505A4CE2" w14:textId="77777777" w:rsidR="00435FAD" w:rsidRDefault="00000000">
            <w:pPr>
              <w:jc w:val="center"/>
            </w:pPr>
            <w:r>
              <w:rPr>
                <w:sz w:val="18"/>
              </w:rPr>
              <w:t>A* (Manhattan)</w:t>
            </w:r>
          </w:p>
        </w:tc>
        <w:tc>
          <w:tcPr>
            <w:tcW w:w="1378" w:type="dxa"/>
            <w:shd w:val="clear" w:color="auto" w:fill="FFFFFF"/>
          </w:tcPr>
          <w:p w14:paraId="33446699" w14:textId="77777777" w:rsidR="00435FAD" w:rsidRDefault="00000000">
            <w:pPr>
              <w:jc w:val="center"/>
            </w:pPr>
            <w:r>
              <w:rPr>
                <w:sz w:val="18"/>
              </w:rPr>
              <w:t>10.0</w:t>
            </w:r>
          </w:p>
        </w:tc>
        <w:tc>
          <w:tcPr>
            <w:tcW w:w="1378" w:type="dxa"/>
            <w:shd w:val="clear" w:color="auto" w:fill="FFFFFF"/>
          </w:tcPr>
          <w:p w14:paraId="6220D605" w14:textId="77777777" w:rsidR="00435FAD" w:rsidRDefault="00000000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1378" w:type="dxa"/>
            <w:shd w:val="clear" w:color="auto" w:fill="FFFFFF"/>
          </w:tcPr>
          <w:p w14:paraId="20BF60E0" w14:textId="77777777" w:rsidR="00435FAD" w:rsidRDefault="00000000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378" w:type="dxa"/>
            <w:shd w:val="clear" w:color="auto" w:fill="FFFFFF"/>
          </w:tcPr>
          <w:p w14:paraId="68F429CB" w14:textId="77777777" w:rsidR="00435FAD" w:rsidRDefault="00000000">
            <w:pPr>
              <w:jc w:val="center"/>
            </w:pPr>
            <w:r>
              <w:rPr>
                <w:sz w:val="18"/>
              </w:rPr>
              <w:t>0.142 мс</w:t>
            </w:r>
          </w:p>
        </w:tc>
        <w:tc>
          <w:tcPr>
            <w:tcW w:w="1378" w:type="dxa"/>
            <w:shd w:val="clear" w:color="auto" w:fill="FFFFFF"/>
          </w:tcPr>
          <w:p w14:paraId="79F44854" w14:textId="77777777" w:rsidR="00435FAD" w:rsidRDefault="00000000">
            <w:pPr>
              <w:jc w:val="center"/>
            </w:pPr>
            <w:r>
              <w:rPr>
                <w:sz w:val="18"/>
              </w:rPr>
              <w:t>2.8 КБ</w:t>
            </w:r>
          </w:p>
        </w:tc>
        <w:tc>
          <w:tcPr>
            <w:tcW w:w="1378" w:type="dxa"/>
            <w:shd w:val="clear" w:color="auto" w:fill="FFFFFF"/>
          </w:tcPr>
          <w:p w14:paraId="2B87BAD3" w14:textId="77777777" w:rsidR="00435FAD" w:rsidRDefault="00000000">
            <w:pPr>
              <w:jc w:val="center"/>
            </w:pPr>
            <w:r>
              <w:rPr>
                <w:sz w:val="18"/>
              </w:rPr>
              <w:t>Так</w:t>
            </w:r>
          </w:p>
        </w:tc>
      </w:tr>
    </w:tbl>
    <w:p w14:paraId="383480E6" w14:textId="77777777" w:rsidR="00435FAD" w:rsidRPr="004C2B3A" w:rsidRDefault="00000000">
      <w:pPr>
        <w:keepNext/>
        <w:spacing w:before="240" w:after="80"/>
        <w:rPr>
          <w:lang w:val="ru-RU"/>
        </w:rPr>
      </w:pPr>
      <w:r w:rsidRPr="004C2B3A">
        <w:rPr>
          <w:rFonts w:ascii="Arial" w:hAnsi="Arial"/>
          <w:b/>
          <w:color w:val="006699"/>
          <w:sz w:val="26"/>
          <w:lang w:val="ru-RU"/>
        </w:rPr>
        <w:t>Висновки у звіті повинні містити:</w:t>
      </w:r>
    </w:p>
    <w:p w14:paraId="5141D48A" w14:textId="77777777" w:rsidR="00435FAD" w:rsidRDefault="00000000">
      <w:r w:rsidRPr="004C2B3A">
        <w:rPr>
          <w:lang w:val="ru-RU"/>
        </w:rPr>
        <w:t>1. Обґрунтування вибору простіру станів та евристичної функції для свого варіанта.</w:t>
      </w:r>
      <w:r w:rsidRPr="004C2B3A">
        <w:rPr>
          <w:lang w:val="ru-RU"/>
        </w:rPr>
        <w:br/>
        <w:t>2. Порівняння кількості розкритих вузлів та часу виконання між сліпим пошуком (</w:t>
      </w:r>
      <w:r>
        <w:t>BFS</w:t>
      </w:r>
      <w:r w:rsidRPr="004C2B3A">
        <w:rPr>
          <w:lang w:val="ru-RU"/>
        </w:rPr>
        <w:t>/</w:t>
      </w:r>
      <w:r>
        <w:t>DFS</w:t>
      </w:r>
      <w:r w:rsidRPr="004C2B3A">
        <w:rPr>
          <w:lang w:val="ru-RU"/>
        </w:rPr>
        <w:t>) та інформованим (</w:t>
      </w:r>
      <w:r>
        <w:t>A</w:t>
      </w:r>
      <w:r w:rsidRPr="004C2B3A">
        <w:rPr>
          <w:lang w:val="ru-RU"/>
        </w:rPr>
        <w:t>*).</w:t>
      </w:r>
      <w:r w:rsidRPr="004C2B3A">
        <w:rPr>
          <w:lang w:val="ru-RU"/>
        </w:rPr>
        <w:br/>
        <w:t>3. Аналіз ефективності використання пам'яті (</w:t>
      </w:r>
      <w:r>
        <w:t>Max</w:t>
      </w:r>
      <w:r w:rsidRPr="004C2B3A">
        <w:rPr>
          <w:lang w:val="ru-RU"/>
        </w:rPr>
        <w:t xml:space="preserve"> </w:t>
      </w:r>
      <w:r>
        <w:t>Frontier</w:t>
      </w:r>
      <w:r w:rsidRPr="004C2B3A">
        <w:rPr>
          <w:lang w:val="ru-RU"/>
        </w:rPr>
        <w:t xml:space="preserve"> </w:t>
      </w:r>
      <w:r>
        <w:t>Size</w:t>
      </w:r>
      <w:r w:rsidRPr="004C2B3A">
        <w:rPr>
          <w:lang w:val="ru-RU"/>
        </w:rPr>
        <w:t xml:space="preserve"> та </w:t>
      </w:r>
      <w:r>
        <w:t>Peak</w:t>
      </w:r>
      <w:r w:rsidRPr="004C2B3A">
        <w:rPr>
          <w:lang w:val="ru-RU"/>
        </w:rPr>
        <w:t xml:space="preserve"> </w:t>
      </w:r>
      <w:r>
        <w:t>Memory</w:t>
      </w:r>
      <w:r w:rsidRPr="004C2B3A">
        <w:rPr>
          <w:lang w:val="ru-RU"/>
        </w:rPr>
        <w:t xml:space="preserve"> </w:t>
      </w:r>
      <w:r>
        <w:t>KB</w:t>
      </w:r>
      <w:r w:rsidRPr="004C2B3A">
        <w:rPr>
          <w:lang w:val="ru-RU"/>
        </w:rPr>
        <w:t xml:space="preserve"> через </w:t>
      </w:r>
      <w:r>
        <w:t>tracemalloc</w:t>
      </w:r>
      <w:r w:rsidRPr="004C2B3A">
        <w:rPr>
          <w:lang w:val="ru-RU"/>
        </w:rPr>
        <w:t>).</w:t>
      </w:r>
      <w:r w:rsidRPr="004C2B3A">
        <w:rPr>
          <w:lang w:val="ru-RU"/>
        </w:rPr>
        <w:br/>
      </w:r>
      <w:r>
        <w:t>4. Підтвердження допустимості евристики h(n) (Admissibility test).</w:t>
      </w:r>
    </w:p>
    <w:sectPr w:rsidR="00435FAD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8567930">
    <w:abstractNumId w:val="8"/>
  </w:num>
  <w:num w:numId="2" w16cid:durableId="677391102">
    <w:abstractNumId w:val="6"/>
  </w:num>
  <w:num w:numId="3" w16cid:durableId="2042172231">
    <w:abstractNumId w:val="5"/>
  </w:num>
  <w:num w:numId="4" w16cid:durableId="38747858">
    <w:abstractNumId w:val="4"/>
  </w:num>
  <w:num w:numId="5" w16cid:durableId="1984390286">
    <w:abstractNumId w:val="7"/>
  </w:num>
  <w:num w:numId="6" w16cid:durableId="1614903021">
    <w:abstractNumId w:val="3"/>
  </w:num>
  <w:num w:numId="7" w16cid:durableId="1856380889">
    <w:abstractNumId w:val="2"/>
  </w:num>
  <w:num w:numId="8" w16cid:durableId="2122528217">
    <w:abstractNumId w:val="1"/>
  </w:num>
  <w:num w:numId="9" w16cid:durableId="67738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5FAD"/>
    <w:rsid w:val="004C2B3A"/>
    <w:rsid w:val="00AA1D8D"/>
    <w:rsid w:val="00B47730"/>
    <w:rsid w:val="00CB0664"/>
    <w:rsid w:val="00D912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431199"/>
  <w14:defaultImageDpi w14:val="300"/>
  <w15:docId w15:val="{A0F2699E-2A9E-46E0-A316-61F849FF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2572</Words>
  <Characters>14663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Oleksandr Prazdnikov</cp:lastModifiedBy>
  <cp:revision>3</cp:revision>
  <dcterms:created xsi:type="dcterms:W3CDTF">2013-12-23T23:15:00Z</dcterms:created>
  <dcterms:modified xsi:type="dcterms:W3CDTF">2026-09-29T12:41:00Z</dcterms:modified>
  <cp:category/>
</cp:coreProperties>
</file>