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1C6" w:rsidRDefault="00613F80" w:rsidP="00F47139">
      <w:pPr>
        <w:widowControl w:val="0"/>
        <w:spacing w:after="0" w:line="240" w:lineRule="auto"/>
        <w:ind w:firstLine="709"/>
        <w:jc w:val="center"/>
        <w:rPr>
          <w:b/>
          <w:sz w:val="32"/>
        </w:rPr>
      </w:pPr>
      <w:r>
        <w:rPr>
          <w:b/>
          <w:sz w:val="32"/>
        </w:rPr>
        <w:t>Практичне завдання</w:t>
      </w:r>
      <w:r w:rsidR="00F47139">
        <w:rPr>
          <w:b/>
          <w:sz w:val="32"/>
          <w:lang w:val="uk-UA"/>
        </w:rPr>
        <w:t xml:space="preserve"> </w:t>
      </w:r>
      <w:r>
        <w:rPr>
          <w:b/>
          <w:sz w:val="32"/>
        </w:rPr>
        <w:t>з дисципліни «Маркетингові комунікації та продаж цифрових продуктів»</w:t>
      </w:r>
    </w:p>
    <w:p w:rsidR="00F47139" w:rsidRDefault="00F47139" w:rsidP="00F47139">
      <w:pPr>
        <w:widowControl w:val="0"/>
        <w:spacing w:after="0" w:line="240" w:lineRule="auto"/>
        <w:ind w:firstLine="709"/>
        <w:jc w:val="center"/>
      </w:pPr>
    </w:p>
    <w:p w:rsidR="001F21C6" w:rsidRDefault="00613F80" w:rsidP="00F47139">
      <w:pPr>
        <w:widowControl w:val="0"/>
        <w:spacing w:after="0" w:line="240" w:lineRule="auto"/>
        <w:ind w:firstLine="709"/>
        <w:jc w:val="both"/>
        <w:rPr>
          <w:b/>
        </w:rPr>
      </w:pPr>
      <w:r>
        <w:rPr>
          <w:b/>
        </w:rPr>
        <w:t>Тема: Аналіз цифрового продукту та розробка комунікацій для його просування</w:t>
      </w:r>
    </w:p>
    <w:p w:rsidR="00F47139" w:rsidRDefault="00F47139" w:rsidP="00F47139">
      <w:pPr>
        <w:widowControl w:val="0"/>
        <w:spacing w:after="0" w:line="240" w:lineRule="auto"/>
        <w:ind w:firstLine="709"/>
        <w:jc w:val="both"/>
      </w:pPr>
    </w:p>
    <w:p w:rsidR="00F47139" w:rsidRPr="00F47139" w:rsidRDefault="00F47139" w:rsidP="00F47139">
      <w:pPr>
        <w:widowControl w:val="0"/>
        <w:spacing w:after="0" w:line="240" w:lineRule="auto"/>
        <w:ind w:firstLine="709"/>
        <w:jc w:val="both"/>
        <w:rPr>
          <w:lang w:val="uk-UA"/>
        </w:rPr>
      </w:pPr>
      <w:r w:rsidRPr="00F47139">
        <w:rPr>
          <w:lang w:val="uk-UA"/>
        </w:rPr>
        <w:t>Оберіть один реальний цифровий продукт та підготуйте презентацію, у якій охарактеризуйте продукт, визначте його цільову аудиторію, основні переваги та конкурентів, а також проаналізуйте засоби маркетингових комунікацій, які використовує компанія для його просування.</w:t>
      </w:r>
    </w:p>
    <w:p w:rsidR="001F21C6" w:rsidRPr="00F47139" w:rsidRDefault="00F47139" w:rsidP="00F47139">
      <w:pPr>
        <w:widowControl w:val="0"/>
        <w:spacing w:after="0" w:line="240" w:lineRule="auto"/>
        <w:ind w:firstLine="709"/>
        <w:jc w:val="both"/>
        <w:rPr>
          <w:lang w:val="uk-UA"/>
        </w:rPr>
      </w:pPr>
      <w:r w:rsidRPr="00F47139">
        <w:rPr>
          <w:b/>
          <w:lang w:val="uk-UA"/>
        </w:rPr>
        <w:t xml:space="preserve">Цифровий продукт, який можна обрати (вказати конкретну назву): </w:t>
      </w:r>
      <w:r w:rsidR="00613F80" w:rsidRPr="00F47139">
        <w:rPr>
          <w:lang w:val="uk-UA"/>
        </w:rPr>
        <w:t>мобільний застосунок</w:t>
      </w:r>
      <w:r w:rsidRPr="00F47139">
        <w:rPr>
          <w:lang w:val="uk-UA"/>
        </w:rPr>
        <w:t xml:space="preserve">, </w:t>
      </w:r>
      <w:r w:rsidR="00613F80" w:rsidRPr="00F47139">
        <w:rPr>
          <w:lang w:val="uk-UA"/>
        </w:rPr>
        <w:t>онлайн-ку</w:t>
      </w:r>
      <w:r w:rsidR="00613F80" w:rsidRPr="00F47139">
        <w:rPr>
          <w:lang w:val="uk-UA"/>
        </w:rPr>
        <w:t>рс</w:t>
      </w:r>
      <w:r w:rsidRPr="00F47139">
        <w:rPr>
          <w:lang w:val="uk-UA"/>
        </w:rPr>
        <w:t xml:space="preserve">, </w:t>
      </w:r>
      <w:r w:rsidR="00613F80" w:rsidRPr="00F47139">
        <w:rPr>
          <w:lang w:val="uk-UA"/>
        </w:rPr>
        <w:t>стримінговий сервіс</w:t>
      </w:r>
      <w:r w:rsidRPr="00F47139">
        <w:rPr>
          <w:lang w:val="uk-UA"/>
        </w:rPr>
        <w:t xml:space="preserve">, </w:t>
      </w:r>
      <w:r w:rsidR="00613F80" w:rsidRPr="00F47139">
        <w:rPr>
          <w:lang w:val="uk-UA"/>
        </w:rPr>
        <w:t>програмне забезпечення</w:t>
      </w:r>
      <w:r w:rsidRPr="00F47139">
        <w:rPr>
          <w:lang w:val="uk-UA"/>
        </w:rPr>
        <w:t xml:space="preserve">, </w:t>
      </w:r>
      <w:r w:rsidR="00613F80" w:rsidRPr="00F47139">
        <w:rPr>
          <w:lang w:val="uk-UA"/>
        </w:rPr>
        <w:t>онлайн-гру</w:t>
      </w:r>
      <w:r w:rsidRPr="00F47139">
        <w:rPr>
          <w:lang w:val="uk-UA"/>
        </w:rPr>
        <w:t xml:space="preserve">, </w:t>
      </w:r>
      <w:r w:rsidR="00613F80" w:rsidRPr="00F47139">
        <w:rPr>
          <w:lang w:val="uk-UA"/>
        </w:rPr>
        <w:t>цифровий сервіс</w:t>
      </w:r>
      <w:r w:rsidRPr="00F47139">
        <w:rPr>
          <w:lang w:val="uk-UA"/>
        </w:rPr>
        <w:t xml:space="preserve">, </w:t>
      </w:r>
      <w:r w:rsidR="00613F80" w:rsidRPr="00F47139">
        <w:rPr>
          <w:lang w:val="uk-UA"/>
        </w:rPr>
        <w:t>підписку на цифровий продукт</w:t>
      </w:r>
      <w:r w:rsidRPr="00F47139">
        <w:rPr>
          <w:lang w:val="uk-UA"/>
        </w:rPr>
        <w:t xml:space="preserve">, </w:t>
      </w:r>
      <w:r w:rsidR="00613F80" w:rsidRPr="00F47139">
        <w:rPr>
          <w:lang w:val="uk-UA"/>
        </w:rPr>
        <w:t>онлайн-платформу</w:t>
      </w:r>
      <w:r w:rsidRPr="00F47139">
        <w:rPr>
          <w:lang w:val="uk-UA"/>
        </w:rPr>
        <w:t xml:space="preserve">, </w:t>
      </w:r>
      <w:r w:rsidR="00613F80" w:rsidRPr="00F47139">
        <w:rPr>
          <w:lang w:val="uk-UA"/>
        </w:rPr>
        <w:t>електронну книгу</w:t>
      </w:r>
      <w:r w:rsidRPr="00F47139">
        <w:rPr>
          <w:lang w:val="uk-UA"/>
        </w:rPr>
        <w:t xml:space="preserve">, </w:t>
      </w:r>
      <w:r w:rsidR="00613F80" w:rsidRPr="00F47139">
        <w:rPr>
          <w:lang w:val="uk-UA"/>
        </w:rPr>
        <w:t>AI-сервіс</w:t>
      </w:r>
      <w:r w:rsidRPr="00F47139">
        <w:rPr>
          <w:lang w:val="uk-UA"/>
        </w:rPr>
        <w:t xml:space="preserve">, </w:t>
      </w:r>
      <w:r w:rsidR="00613F80" w:rsidRPr="00F47139">
        <w:rPr>
          <w:lang w:val="uk-UA"/>
        </w:rPr>
        <w:t>хмарний сервіс</w:t>
      </w:r>
      <w:r w:rsidRPr="00F47139">
        <w:rPr>
          <w:lang w:val="uk-UA"/>
        </w:rPr>
        <w:t xml:space="preserve">, </w:t>
      </w:r>
      <w:r w:rsidR="00613F80" w:rsidRPr="00F47139">
        <w:rPr>
          <w:lang w:val="uk-UA"/>
        </w:rPr>
        <w:t>цифровий банківський продукт</w:t>
      </w:r>
      <w:r w:rsidRPr="00F47139">
        <w:rPr>
          <w:lang w:val="uk-UA"/>
        </w:rPr>
        <w:t>.</w:t>
      </w:r>
    </w:p>
    <w:p w:rsidR="001F21C6" w:rsidRPr="00F47139" w:rsidRDefault="00613F80" w:rsidP="00F47139">
      <w:pPr>
        <w:widowControl w:val="0"/>
        <w:spacing w:after="0" w:line="240" w:lineRule="auto"/>
        <w:ind w:firstLine="709"/>
        <w:jc w:val="both"/>
        <w:rPr>
          <w:lang w:val="uk-UA"/>
        </w:rPr>
      </w:pPr>
      <w:r w:rsidRPr="00F47139">
        <w:rPr>
          <w:b/>
          <w:lang w:val="uk-UA"/>
        </w:rPr>
        <w:t>П</w:t>
      </w:r>
      <w:r w:rsidRPr="00F47139">
        <w:rPr>
          <w:b/>
          <w:lang w:val="uk-UA"/>
        </w:rPr>
        <w:t>лан презентації</w:t>
      </w:r>
    </w:p>
    <w:p w:rsidR="001F21C6" w:rsidRPr="00F47139" w:rsidRDefault="00613F80" w:rsidP="00F47139">
      <w:pPr>
        <w:widowControl w:val="0"/>
        <w:spacing w:after="0" w:line="240" w:lineRule="auto"/>
        <w:ind w:firstLine="709"/>
        <w:jc w:val="both"/>
        <w:rPr>
          <w:lang w:val="uk-UA"/>
        </w:rPr>
      </w:pPr>
      <w:r w:rsidRPr="00F47139">
        <w:rPr>
          <w:b/>
          <w:lang w:val="uk-UA"/>
        </w:rPr>
        <w:t>1. Назва та коротка характеристика цифрового прод</w:t>
      </w:r>
      <w:r w:rsidRPr="00F47139">
        <w:rPr>
          <w:b/>
          <w:lang w:val="uk-UA"/>
        </w:rPr>
        <w:t>укту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Назва продукту.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Хто його розробник або компанія.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Що являє собою продукт.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Для чого він потрібен споживачеві.</w:t>
      </w:r>
    </w:p>
    <w:p w:rsidR="001F21C6" w:rsidRPr="00F47139" w:rsidRDefault="00613F80" w:rsidP="00F47139">
      <w:pPr>
        <w:widowControl w:val="0"/>
        <w:spacing w:after="0" w:line="240" w:lineRule="auto"/>
        <w:ind w:firstLine="709"/>
        <w:jc w:val="both"/>
        <w:rPr>
          <w:lang w:val="uk-UA"/>
        </w:rPr>
      </w:pPr>
      <w:r w:rsidRPr="00F47139">
        <w:rPr>
          <w:b/>
          <w:lang w:val="uk-UA"/>
        </w:rPr>
        <w:t>2. Особливості цифрового продукту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У чому полягає його цифрова природа.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Які основні функції він має.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Яку потребу споживача задовольняє.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 xml:space="preserve">Чим він </w:t>
      </w:r>
      <w:r w:rsidRPr="00F47139">
        <w:rPr>
          <w:lang w:val="uk-UA"/>
        </w:rPr>
        <w:t>відрізняється від традиційного продукту, якщо є така можливість для порівняння.</w:t>
      </w:r>
    </w:p>
    <w:p w:rsidR="001F21C6" w:rsidRPr="00F47139" w:rsidRDefault="00613F80" w:rsidP="00F47139">
      <w:pPr>
        <w:widowControl w:val="0"/>
        <w:spacing w:after="0" w:line="240" w:lineRule="auto"/>
        <w:ind w:firstLine="709"/>
        <w:jc w:val="both"/>
        <w:rPr>
          <w:lang w:val="uk-UA"/>
        </w:rPr>
      </w:pPr>
      <w:r w:rsidRPr="00F47139">
        <w:rPr>
          <w:b/>
          <w:lang w:val="uk-UA"/>
        </w:rPr>
        <w:t>3. Цільова аудиторія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Вік.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Інтереси.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Потреби.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Спосіб життя.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Рівень цифрової активності.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Основні проблеми, які продукт допомагає вирішити.</w:t>
      </w:r>
    </w:p>
    <w:p w:rsidR="001F21C6" w:rsidRPr="00F47139" w:rsidRDefault="00613F80" w:rsidP="00F47139">
      <w:pPr>
        <w:widowControl w:val="0"/>
        <w:spacing w:after="0" w:line="240" w:lineRule="auto"/>
        <w:ind w:firstLine="709"/>
        <w:jc w:val="both"/>
        <w:rPr>
          <w:lang w:val="uk-UA"/>
        </w:rPr>
      </w:pPr>
      <w:r w:rsidRPr="00F47139">
        <w:rPr>
          <w:b/>
          <w:lang w:val="uk-UA"/>
        </w:rPr>
        <w:t xml:space="preserve">4. Цінність цифрового продукту для </w:t>
      </w:r>
      <w:r w:rsidRPr="00F47139">
        <w:rPr>
          <w:b/>
          <w:lang w:val="uk-UA"/>
        </w:rPr>
        <w:t>споживача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Чому споживач повинен обрати саме цей продукт?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Визначити 3</w:t>
      </w:r>
      <w:r w:rsidR="00AC0E29">
        <w:t>-</w:t>
      </w:r>
      <w:r w:rsidRPr="00F47139">
        <w:rPr>
          <w:lang w:val="uk-UA"/>
        </w:rPr>
        <w:t>5 основних переваг продукту.</w:t>
      </w:r>
    </w:p>
    <w:p w:rsidR="001F21C6" w:rsidRPr="00F47139" w:rsidRDefault="00613F80" w:rsidP="00F47139">
      <w:pPr>
        <w:widowControl w:val="0"/>
        <w:spacing w:after="0" w:line="240" w:lineRule="auto"/>
        <w:ind w:firstLine="709"/>
        <w:jc w:val="both"/>
        <w:rPr>
          <w:lang w:val="uk-UA"/>
        </w:rPr>
      </w:pPr>
      <w:r w:rsidRPr="00F47139">
        <w:rPr>
          <w:b/>
          <w:lang w:val="uk-UA"/>
        </w:rPr>
        <w:t>5. Конкуренти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Назвати 2</w:t>
      </w:r>
      <w:r w:rsidR="00F47139" w:rsidRPr="00F47139">
        <w:rPr>
          <w:lang w:val="uk-UA"/>
        </w:rPr>
        <w:t>-</w:t>
      </w:r>
      <w:r w:rsidRPr="00F47139">
        <w:rPr>
          <w:lang w:val="uk-UA"/>
        </w:rPr>
        <w:t>3 основних конкуренти.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Чим вони схожі.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Чим відрізняються.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У чому перевага обраного цифрового продукту.</w:t>
      </w:r>
    </w:p>
    <w:p w:rsidR="001F21C6" w:rsidRPr="00F47139" w:rsidRDefault="00613F80" w:rsidP="00F47139">
      <w:pPr>
        <w:widowControl w:val="0"/>
        <w:spacing w:after="0" w:line="240" w:lineRule="auto"/>
        <w:ind w:firstLine="709"/>
        <w:jc w:val="both"/>
        <w:rPr>
          <w:lang w:val="uk-UA"/>
        </w:rPr>
      </w:pPr>
      <w:r w:rsidRPr="00F47139">
        <w:rPr>
          <w:b/>
          <w:lang w:val="uk-UA"/>
        </w:rPr>
        <w:lastRenderedPageBreak/>
        <w:t>6. Маркетингові комунікації про</w:t>
      </w:r>
      <w:r w:rsidRPr="00F47139">
        <w:rPr>
          <w:b/>
          <w:lang w:val="uk-UA"/>
        </w:rPr>
        <w:t>дукту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Визначити, за допомогою яких засобів компанія комунікує зі споживачами.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Соціальні мережі.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Реклама в Google.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Реклама на YouTube.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Email-маркетинг.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Мобільні push-повідомлення.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Контент-маркетинг.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Блог.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Робота з інфлюенсерами.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PR.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Партнерства.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 xml:space="preserve">Спеціальні </w:t>
      </w:r>
      <w:r w:rsidRPr="00F47139">
        <w:rPr>
          <w:lang w:val="uk-UA"/>
        </w:rPr>
        <w:t>пропозиції.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Рекомендації користувачам.</w:t>
      </w:r>
    </w:p>
    <w:p w:rsidR="001F21C6" w:rsidRPr="00F47139" w:rsidRDefault="00613F80" w:rsidP="00F47139">
      <w:pPr>
        <w:widowControl w:val="0"/>
        <w:spacing w:after="0" w:line="240" w:lineRule="auto"/>
        <w:ind w:firstLine="709"/>
        <w:jc w:val="both"/>
        <w:rPr>
          <w:lang w:val="uk-UA"/>
        </w:rPr>
      </w:pPr>
      <w:r w:rsidRPr="00F47139">
        <w:rPr>
          <w:b/>
          <w:lang w:val="uk-UA"/>
        </w:rPr>
        <w:t>7. Приклади комунікацій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Знайти реальні приклади реклами або комунікацій обраного продукту.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Наприклад, показати скр</w:t>
      </w:r>
      <w:r w:rsidR="00F47139">
        <w:rPr>
          <w:lang w:val="uk-UA"/>
        </w:rPr>
        <w:t>і</w:t>
      </w:r>
      <w:r w:rsidRPr="00F47139">
        <w:rPr>
          <w:lang w:val="uk-UA"/>
        </w:rPr>
        <w:t>ншот реклами в Instagram, рекламу YouTube, пост компанії, email або банер.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 xml:space="preserve">Коротко пояснити: що </w:t>
      </w:r>
      <w:r w:rsidRPr="00F47139">
        <w:rPr>
          <w:lang w:val="uk-UA"/>
        </w:rPr>
        <w:t>компанія намагається повідомити споживачеві?</w:t>
      </w:r>
    </w:p>
    <w:p w:rsidR="001F21C6" w:rsidRPr="00F47139" w:rsidRDefault="00613F80" w:rsidP="00F47139">
      <w:pPr>
        <w:widowControl w:val="0"/>
        <w:spacing w:after="0" w:line="240" w:lineRule="auto"/>
        <w:ind w:firstLine="709"/>
        <w:jc w:val="both"/>
        <w:rPr>
          <w:lang w:val="uk-UA"/>
        </w:rPr>
      </w:pPr>
      <w:r w:rsidRPr="00F47139">
        <w:rPr>
          <w:b/>
          <w:lang w:val="uk-UA"/>
        </w:rPr>
        <w:t>8. Запропонувати власну комунікацію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Придумати одну власну рекламну комунікацію для обраного продукту.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Рекламний пост для Instagram.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Сценарій короткого TikTok.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Рекламний банер.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Email.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Рекламний ролик.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Повідомленн</w:t>
      </w:r>
      <w:r w:rsidRPr="00F47139">
        <w:rPr>
          <w:lang w:val="uk-UA"/>
        </w:rPr>
        <w:t>я для push-реклами.</w:t>
      </w:r>
    </w:p>
    <w:p w:rsidR="001F21C6" w:rsidRPr="00F47139" w:rsidRDefault="00613F80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>Пояснити, чому саме така комунікація буде цікавою цільовій аудиторії.</w:t>
      </w:r>
    </w:p>
    <w:p w:rsidR="001F21C6" w:rsidRPr="00F47139" w:rsidRDefault="00613F80" w:rsidP="00F47139">
      <w:pPr>
        <w:widowControl w:val="0"/>
        <w:spacing w:after="0" w:line="240" w:lineRule="auto"/>
        <w:ind w:firstLine="709"/>
        <w:jc w:val="both"/>
        <w:rPr>
          <w:lang w:val="uk-UA"/>
        </w:rPr>
      </w:pPr>
      <w:r w:rsidRPr="00F47139">
        <w:rPr>
          <w:b/>
          <w:lang w:val="uk-UA"/>
        </w:rPr>
        <w:t>9. Висновки</w:t>
      </w:r>
    </w:p>
    <w:p w:rsidR="00F47139" w:rsidRPr="00F47139" w:rsidRDefault="00F47139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 xml:space="preserve">- </w:t>
      </w:r>
      <w:r w:rsidR="00613F80" w:rsidRPr="00F47139">
        <w:rPr>
          <w:lang w:val="uk-UA"/>
        </w:rPr>
        <w:t>У чому основна цінність цифрового продукту?</w:t>
      </w:r>
    </w:p>
    <w:p w:rsidR="00F47139" w:rsidRPr="00F47139" w:rsidRDefault="00F47139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 xml:space="preserve">- </w:t>
      </w:r>
      <w:r w:rsidR="00613F80" w:rsidRPr="00F47139">
        <w:rPr>
          <w:lang w:val="uk-UA"/>
        </w:rPr>
        <w:t>Які канали маркетингових комунікацій для нього є найбільш ефективними?</w:t>
      </w:r>
    </w:p>
    <w:p w:rsidR="001F21C6" w:rsidRPr="00F47139" w:rsidRDefault="00F47139" w:rsidP="00F47139">
      <w:pPr>
        <w:pStyle w:val="a0"/>
        <w:widowControl w:val="0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lang w:val="uk-UA"/>
        </w:rPr>
      </w:pPr>
      <w:r w:rsidRPr="00F47139">
        <w:rPr>
          <w:lang w:val="uk-UA"/>
        </w:rPr>
        <w:t xml:space="preserve">- </w:t>
      </w:r>
      <w:r w:rsidR="00613F80" w:rsidRPr="00F47139">
        <w:rPr>
          <w:lang w:val="uk-UA"/>
        </w:rPr>
        <w:t xml:space="preserve">Що можна покращити в комунікації цього </w:t>
      </w:r>
      <w:r w:rsidR="00613F80" w:rsidRPr="00F47139">
        <w:rPr>
          <w:lang w:val="uk-UA"/>
        </w:rPr>
        <w:t>продукту?</w:t>
      </w:r>
    </w:p>
    <w:p w:rsidR="001F21C6" w:rsidRPr="00F47139" w:rsidRDefault="00613F80" w:rsidP="00F47139">
      <w:pPr>
        <w:widowControl w:val="0"/>
        <w:spacing w:after="0" w:line="240" w:lineRule="auto"/>
        <w:ind w:firstLine="709"/>
        <w:jc w:val="both"/>
        <w:rPr>
          <w:lang w:val="uk-UA"/>
        </w:rPr>
      </w:pPr>
      <w:r w:rsidRPr="00F47139">
        <w:rPr>
          <w:lang w:val="uk-UA"/>
        </w:rPr>
        <w:t>На основі проведеного аналізу запропонуйте власний варіант маркетингової комунікації для обраного цифрового продукту.</w:t>
      </w:r>
    </w:p>
    <w:p w:rsidR="001F21C6" w:rsidRPr="00F47139" w:rsidRDefault="00613F80" w:rsidP="00F47139">
      <w:pPr>
        <w:widowControl w:val="0"/>
        <w:spacing w:after="0" w:line="240" w:lineRule="auto"/>
        <w:ind w:firstLine="709"/>
        <w:jc w:val="both"/>
        <w:rPr>
          <w:lang w:val="uk-UA"/>
        </w:rPr>
      </w:pPr>
      <w:r w:rsidRPr="00F47139">
        <w:rPr>
          <w:b/>
          <w:lang w:val="uk-UA"/>
        </w:rPr>
        <w:t xml:space="preserve">Обсяг презентації: </w:t>
      </w:r>
      <w:r w:rsidRPr="00F47139">
        <w:rPr>
          <w:lang w:val="uk-UA"/>
        </w:rPr>
        <w:t>8</w:t>
      </w:r>
      <w:r w:rsidR="00AC0E29">
        <w:t>-</w:t>
      </w:r>
      <w:r w:rsidRPr="00F47139">
        <w:rPr>
          <w:lang w:val="uk-UA"/>
        </w:rPr>
        <w:t>12 слайдів.</w:t>
      </w:r>
    </w:p>
    <w:p w:rsidR="001F21C6" w:rsidRPr="00F47139" w:rsidRDefault="00613F80" w:rsidP="00F47139">
      <w:pPr>
        <w:widowControl w:val="0"/>
        <w:spacing w:after="0" w:line="240" w:lineRule="auto"/>
        <w:ind w:firstLine="709"/>
        <w:jc w:val="both"/>
        <w:rPr>
          <w:lang w:val="uk-UA"/>
        </w:rPr>
      </w:pPr>
      <w:r w:rsidRPr="00F47139">
        <w:rPr>
          <w:b/>
          <w:lang w:val="uk-UA"/>
        </w:rPr>
        <w:t xml:space="preserve">Тривалість доповіді: </w:t>
      </w:r>
      <w:r w:rsidR="00AC0E29">
        <w:t>8-10</w:t>
      </w:r>
      <w:r w:rsidRPr="00F47139">
        <w:rPr>
          <w:lang w:val="uk-UA"/>
        </w:rPr>
        <w:t xml:space="preserve"> хвилин.</w:t>
      </w:r>
    </w:p>
    <w:p w:rsidR="001F21C6" w:rsidRPr="00F47139" w:rsidRDefault="00613F80" w:rsidP="00F47139">
      <w:pPr>
        <w:widowControl w:val="0"/>
        <w:spacing w:after="0" w:line="240" w:lineRule="auto"/>
        <w:ind w:firstLine="709"/>
        <w:jc w:val="both"/>
        <w:rPr>
          <w:lang w:val="uk-UA"/>
        </w:rPr>
      </w:pPr>
      <w:r w:rsidRPr="00F47139">
        <w:rPr>
          <w:lang w:val="uk-UA"/>
        </w:rPr>
        <w:t>У</w:t>
      </w:r>
      <w:r w:rsidRPr="00F47139">
        <w:rPr>
          <w:lang w:val="uk-UA"/>
        </w:rPr>
        <w:t xml:space="preserve"> презентації бажано використовувати реальні приклади реклами та комунікацій обраного продукту.</w:t>
      </w:r>
    </w:p>
    <w:p w:rsidR="001F21C6" w:rsidRPr="00F47139" w:rsidRDefault="001F21C6">
      <w:pPr>
        <w:rPr>
          <w:lang w:val="uk-UA"/>
        </w:rPr>
      </w:pPr>
      <w:bookmarkStart w:id="0" w:name="_GoBack"/>
      <w:bookmarkEnd w:id="0"/>
    </w:p>
    <w:sectPr w:rsidR="001F21C6" w:rsidRPr="00F47139" w:rsidSect="00F47139">
      <w:pgSz w:w="12240" w:h="15840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F21C6"/>
    <w:rsid w:val="0029639D"/>
    <w:rsid w:val="00326F90"/>
    <w:rsid w:val="00613F80"/>
    <w:rsid w:val="00AA1D8D"/>
    <w:rsid w:val="00AC0E29"/>
    <w:rsid w:val="00B47730"/>
    <w:rsid w:val="00CB0664"/>
    <w:rsid w:val="00F4713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9594D4"/>
  <w14:defaultImageDpi w14:val="300"/>
  <w15:docId w15:val="{52F0E24B-D442-4B63-9BF0-F41665DFC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87983A8-6933-41D0-A8CD-58BF2AEDD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1830</Words>
  <Characters>1044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6</cp:revision>
  <dcterms:created xsi:type="dcterms:W3CDTF">2026-09-08T19:07:00Z</dcterms:created>
  <dcterms:modified xsi:type="dcterms:W3CDTF">2026-09-09T07:29:00Z</dcterms:modified>
  <cp:category/>
</cp:coreProperties>
</file>