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A376E" w14:textId="090A1FCC" w:rsidR="0084072A" w:rsidRPr="0017105E" w:rsidRDefault="0017105E" w:rsidP="0017105E">
      <w:pPr>
        <w:spacing w:after="0" w:line="240" w:lineRule="auto"/>
        <w:ind w:firstLine="567"/>
        <w:jc w:val="center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b/>
          <w:sz w:val="28"/>
          <w:szCs w:val="28"/>
          <w:lang w:val="uk-UA"/>
        </w:rPr>
        <w:t xml:space="preserve">Практична робота </w:t>
      </w:r>
      <w:r w:rsidR="002C18EF" w:rsidRPr="0017105E">
        <w:rPr>
          <w:rFonts w:cs="Times New Roman"/>
          <w:b/>
          <w:sz w:val="28"/>
          <w:szCs w:val="28"/>
          <w:lang w:val="uk-UA"/>
        </w:rPr>
        <w:t>№ 2</w:t>
      </w:r>
    </w:p>
    <w:p w14:paraId="7FB6274D" w14:textId="77777777" w:rsidR="00E8728F" w:rsidRDefault="0017105E" w:rsidP="00E8728F">
      <w:pPr>
        <w:spacing w:after="0" w:line="240" w:lineRule="auto"/>
        <w:ind w:firstLine="567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>Тема: о</w:t>
      </w:r>
      <w:r w:rsidRPr="0017105E">
        <w:rPr>
          <w:rFonts w:cs="Times New Roman"/>
          <w:b/>
          <w:sz w:val="28"/>
          <w:szCs w:val="28"/>
          <w:lang w:val="uk-UA"/>
        </w:rPr>
        <w:t>цінювання особистого екологічного сліду</w:t>
      </w:r>
      <w:r>
        <w:rPr>
          <w:rFonts w:cs="Times New Roman"/>
          <w:b/>
          <w:sz w:val="28"/>
          <w:szCs w:val="28"/>
          <w:lang w:val="uk-UA"/>
        </w:rPr>
        <w:t xml:space="preserve"> </w:t>
      </w:r>
      <w:r w:rsidRPr="0017105E">
        <w:rPr>
          <w:rFonts w:cs="Times New Roman"/>
          <w:b/>
          <w:sz w:val="28"/>
          <w:szCs w:val="28"/>
          <w:lang w:val="uk-UA"/>
        </w:rPr>
        <w:t>та визначення шляхів його скорочення</w:t>
      </w:r>
    </w:p>
    <w:p w14:paraId="15055124" w14:textId="77777777" w:rsidR="00E8728F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E8728F">
        <w:rPr>
          <w:rFonts w:cs="Times New Roman"/>
          <w:sz w:val="28"/>
          <w:szCs w:val="28"/>
          <w:lang w:val="uk-UA"/>
        </w:rPr>
        <w:t>Мета роботи</w:t>
      </w:r>
      <w:r w:rsidR="0017105E" w:rsidRPr="00E8728F">
        <w:rPr>
          <w:rFonts w:cs="Times New Roman"/>
          <w:lang w:val="uk-UA"/>
        </w:rPr>
        <w:t>: с</w:t>
      </w:r>
      <w:r w:rsidRPr="00E8728F">
        <w:rPr>
          <w:rFonts w:cs="Times New Roman"/>
          <w:sz w:val="28"/>
          <w:szCs w:val="28"/>
          <w:lang w:val="uk-UA"/>
        </w:rPr>
        <w:t xml:space="preserve">формувати у </w:t>
      </w:r>
      <w:r w:rsidR="009F4B32" w:rsidRPr="00E8728F">
        <w:rPr>
          <w:rFonts w:cs="Times New Roman"/>
          <w:lang w:val="uk-UA"/>
        </w:rPr>
        <w:t>здобувачів вищої освіти</w:t>
      </w:r>
      <w:r w:rsidRPr="00E8728F">
        <w:rPr>
          <w:rFonts w:cs="Times New Roman"/>
          <w:sz w:val="28"/>
          <w:szCs w:val="28"/>
          <w:lang w:val="uk-UA"/>
        </w:rPr>
        <w:t xml:space="preserve"> розуміння поняття екологічного сліду як інтегральної характеристики впливу способу життя людини на довкілля; </w:t>
      </w:r>
      <w:r w:rsidRPr="00E8728F">
        <w:rPr>
          <w:rFonts w:cs="Times New Roman"/>
          <w:sz w:val="28"/>
          <w:szCs w:val="28"/>
          <w:lang w:val="uk-UA"/>
        </w:rPr>
        <w:t xml:space="preserve">навчити аналізувати основні складові особистого споживання, визначати найбільш </w:t>
      </w:r>
      <w:proofErr w:type="spellStart"/>
      <w:r w:rsidRPr="00E8728F">
        <w:rPr>
          <w:rFonts w:cs="Times New Roman"/>
          <w:sz w:val="28"/>
          <w:szCs w:val="28"/>
          <w:lang w:val="uk-UA"/>
        </w:rPr>
        <w:t>ресурсомісткі</w:t>
      </w:r>
      <w:proofErr w:type="spellEnd"/>
      <w:r w:rsidRPr="00E8728F">
        <w:rPr>
          <w:rFonts w:cs="Times New Roman"/>
          <w:sz w:val="28"/>
          <w:szCs w:val="28"/>
          <w:lang w:val="uk-UA"/>
        </w:rPr>
        <w:t xml:space="preserve"> види діяльності та розробляти реалістичні заходи зі скорочення власного екологічного сліду.</w:t>
      </w:r>
    </w:p>
    <w:p w14:paraId="3D565435" w14:textId="70F8D4B6" w:rsidR="0084072A" w:rsidRPr="0017105E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Очікувані результати навчання</w:t>
      </w:r>
    </w:p>
    <w:p w14:paraId="33E95BD5" w14:textId="02B4ECEC" w:rsidR="0084072A" w:rsidRPr="0017105E" w:rsidRDefault="00E8728F" w:rsidP="00E8728F">
      <w:pPr>
        <w:pStyle w:val="a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П</w:t>
      </w:r>
      <w:r w:rsidR="002C18EF" w:rsidRPr="0017105E">
        <w:rPr>
          <w:rFonts w:cs="Times New Roman"/>
          <w:sz w:val="28"/>
          <w:szCs w:val="28"/>
          <w:lang w:val="uk-UA"/>
        </w:rPr>
        <w:t xml:space="preserve">ояснювати сутність поняття «екологічний </w:t>
      </w:r>
      <w:r w:rsidR="002C18EF" w:rsidRPr="0017105E">
        <w:rPr>
          <w:rFonts w:cs="Times New Roman"/>
          <w:sz w:val="28"/>
          <w:szCs w:val="28"/>
          <w:lang w:val="uk-UA"/>
        </w:rPr>
        <w:t>слід»;</w:t>
      </w:r>
    </w:p>
    <w:p w14:paraId="1A74C768" w14:textId="77777777" w:rsidR="0084072A" w:rsidRPr="0017105E" w:rsidRDefault="002C18EF" w:rsidP="00E8728F">
      <w:pPr>
        <w:pStyle w:val="a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визначати основні складові особистого екологічного сліду;</w:t>
      </w:r>
    </w:p>
    <w:p w14:paraId="0D12B022" w14:textId="77777777" w:rsidR="0084072A" w:rsidRPr="0017105E" w:rsidRDefault="002C18EF" w:rsidP="00E8728F">
      <w:pPr>
        <w:pStyle w:val="a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аналізувати власні моделі споживання ресурсів;</w:t>
      </w:r>
    </w:p>
    <w:p w14:paraId="20FBC98B" w14:textId="77777777" w:rsidR="0084072A" w:rsidRPr="0017105E" w:rsidRDefault="002C18EF" w:rsidP="00E8728F">
      <w:pPr>
        <w:pStyle w:val="a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оцінювати вплив житла, харчування, транспорту, споживання товарів і утворення відходів на довкілля;</w:t>
      </w:r>
    </w:p>
    <w:p w14:paraId="766F8E05" w14:textId="77777777" w:rsidR="0084072A" w:rsidRPr="0017105E" w:rsidRDefault="002C18EF" w:rsidP="00E8728F">
      <w:pPr>
        <w:pStyle w:val="a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визначати найбільш значущі джерела особистог</w:t>
      </w:r>
      <w:r w:rsidRPr="0017105E">
        <w:rPr>
          <w:rFonts w:cs="Times New Roman"/>
          <w:sz w:val="28"/>
          <w:szCs w:val="28"/>
          <w:lang w:val="uk-UA"/>
        </w:rPr>
        <w:t>о екологічного навантаження;</w:t>
      </w:r>
    </w:p>
    <w:p w14:paraId="30A83C52" w14:textId="77777777" w:rsidR="0084072A" w:rsidRPr="0017105E" w:rsidRDefault="002C18EF" w:rsidP="00E8728F">
      <w:pPr>
        <w:pStyle w:val="a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порівнювати альтернативні моделі поведінки;</w:t>
      </w:r>
    </w:p>
    <w:p w14:paraId="411EDBD9" w14:textId="77777777" w:rsidR="0084072A" w:rsidRPr="0017105E" w:rsidRDefault="002C18EF" w:rsidP="00E8728F">
      <w:pPr>
        <w:pStyle w:val="a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обґрунтовувати заходи зі скорочення екологічного сліду;</w:t>
      </w:r>
    </w:p>
    <w:p w14:paraId="275B92D0" w14:textId="77777777" w:rsidR="00E8728F" w:rsidRDefault="002C18EF" w:rsidP="00E8728F">
      <w:pPr>
        <w:pStyle w:val="a0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формувати індивідуальний план переходу до більш сталого способу життя.</w:t>
      </w:r>
    </w:p>
    <w:p w14:paraId="75F309D4" w14:textId="2856DCA6" w:rsidR="0084072A" w:rsidRPr="00E8728F" w:rsidRDefault="002C18EF" w:rsidP="00E8728F">
      <w:pPr>
        <w:pStyle w:val="a0"/>
        <w:numPr>
          <w:ilvl w:val="0"/>
          <w:numId w:val="0"/>
        </w:numPr>
        <w:tabs>
          <w:tab w:val="left" w:pos="993"/>
        </w:tabs>
        <w:spacing w:after="0" w:line="240" w:lineRule="auto"/>
        <w:ind w:left="567"/>
        <w:jc w:val="center"/>
        <w:rPr>
          <w:rFonts w:cs="Times New Roman"/>
          <w:b/>
          <w:bCs/>
          <w:sz w:val="28"/>
          <w:szCs w:val="28"/>
          <w:lang w:val="uk-UA"/>
        </w:rPr>
      </w:pPr>
      <w:r w:rsidRPr="00E8728F">
        <w:rPr>
          <w:rFonts w:cs="Times New Roman"/>
          <w:b/>
          <w:bCs/>
          <w:sz w:val="28"/>
          <w:szCs w:val="28"/>
          <w:lang w:val="uk-UA"/>
        </w:rPr>
        <w:t>Короткі теоретичні відомості</w:t>
      </w:r>
    </w:p>
    <w:p w14:paraId="07CCF611" w14:textId="77777777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Екологічний слід характеризує сукупне навантаження людин</w:t>
      </w:r>
      <w:r w:rsidRPr="0017105E">
        <w:rPr>
          <w:rFonts w:cs="Times New Roman"/>
          <w:sz w:val="28"/>
          <w:szCs w:val="28"/>
          <w:lang w:val="uk-UA"/>
        </w:rPr>
        <w:t>и, групи людей, організації або суспільства на природні ресурси та екосистеми внаслідок споживання енергії, продуктів харчування, товарів, води, використання транспорту, житла та утворення відходів.</w:t>
      </w:r>
    </w:p>
    <w:p w14:paraId="5D089AF4" w14:textId="77777777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Концепція екологічного сліду дає змогу оцінити, скільки п</w:t>
      </w:r>
      <w:r w:rsidRPr="0017105E">
        <w:rPr>
          <w:rFonts w:cs="Times New Roman"/>
          <w:sz w:val="28"/>
          <w:szCs w:val="28"/>
          <w:lang w:val="uk-UA"/>
        </w:rPr>
        <w:t>риродних ресурсів необхідно для забезпечення певного способу життя та яка площа біологічно продуктивної території потрібна для відновлення використаних ресурсів і поглинання утворених відходів, насамперед викидів вуглекислого газу.</w:t>
      </w:r>
    </w:p>
    <w:p w14:paraId="405B1ADA" w14:textId="77777777" w:rsidR="00E8728F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Екологічний слід тісно п</w:t>
      </w:r>
      <w:r w:rsidRPr="0017105E">
        <w:rPr>
          <w:rFonts w:cs="Times New Roman"/>
          <w:sz w:val="28"/>
          <w:szCs w:val="28"/>
          <w:lang w:val="uk-UA"/>
        </w:rPr>
        <w:t xml:space="preserve">ов’язаний із поняттям </w:t>
      </w:r>
      <w:proofErr w:type="spellStart"/>
      <w:r w:rsidRPr="0017105E">
        <w:rPr>
          <w:rFonts w:cs="Times New Roman"/>
          <w:sz w:val="28"/>
          <w:szCs w:val="28"/>
          <w:lang w:val="uk-UA"/>
        </w:rPr>
        <w:t>біоємності</w:t>
      </w:r>
      <w:proofErr w:type="spellEnd"/>
      <w:r w:rsidRPr="0017105E">
        <w:rPr>
          <w:rFonts w:cs="Times New Roman"/>
          <w:sz w:val="28"/>
          <w:szCs w:val="28"/>
          <w:lang w:val="uk-UA"/>
        </w:rPr>
        <w:t xml:space="preserve">. </w:t>
      </w:r>
      <w:proofErr w:type="spellStart"/>
      <w:r w:rsidRPr="0017105E">
        <w:rPr>
          <w:rFonts w:cs="Times New Roman"/>
          <w:sz w:val="28"/>
          <w:szCs w:val="28"/>
          <w:lang w:val="uk-UA"/>
        </w:rPr>
        <w:t>Біоємність</w:t>
      </w:r>
      <w:proofErr w:type="spellEnd"/>
      <w:r w:rsidRPr="0017105E">
        <w:rPr>
          <w:rFonts w:cs="Times New Roman"/>
          <w:sz w:val="28"/>
          <w:szCs w:val="28"/>
          <w:lang w:val="uk-UA"/>
        </w:rPr>
        <w:t xml:space="preserve"> </w:t>
      </w:r>
      <w:r w:rsidR="00E8728F">
        <w:rPr>
          <w:rFonts w:cs="Times New Roman"/>
          <w:sz w:val="28"/>
          <w:szCs w:val="28"/>
          <w:lang w:val="uk-UA"/>
        </w:rPr>
        <w:t xml:space="preserve">це </w:t>
      </w:r>
      <w:r w:rsidRPr="0017105E">
        <w:rPr>
          <w:rFonts w:cs="Times New Roman"/>
          <w:sz w:val="28"/>
          <w:szCs w:val="28"/>
          <w:lang w:val="uk-UA"/>
        </w:rPr>
        <w:t xml:space="preserve">здатність екосистем виробляти біологічні ресурси та поглинати частину відходів, що утворюються внаслідок діяльності людини. Якщо екологічний слід населення перевищує доступну </w:t>
      </w:r>
      <w:proofErr w:type="spellStart"/>
      <w:r w:rsidRPr="0017105E">
        <w:rPr>
          <w:rFonts w:cs="Times New Roman"/>
          <w:sz w:val="28"/>
          <w:szCs w:val="28"/>
          <w:lang w:val="uk-UA"/>
        </w:rPr>
        <w:t>біоємність</w:t>
      </w:r>
      <w:proofErr w:type="spellEnd"/>
      <w:r w:rsidRPr="0017105E">
        <w:rPr>
          <w:rFonts w:cs="Times New Roman"/>
          <w:sz w:val="28"/>
          <w:szCs w:val="28"/>
          <w:lang w:val="uk-UA"/>
        </w:rPr>
        <w:t>, виникає екологічний де</w:t>
      </w:r>
      <w:r w:rsidRPr="0017105E">
        <w:rPr>
          <w:rFonts w:cs="Times New Roman"/>
          <w:sz w:val="28"/>
          <w:szCs w:val="28"/>
          <w:lang w:val="uk-UA"/>
        </w:rPr>
        <w:t>фіцит.</w:t>
      </w:r>
    </w:p>
    <w:p w14:paraId="5D4C4882" w14:textId="77777777" w:rsidR="00E8728F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Основні складові особистого екологічного сліду</w:t>
      </w:r>
    </w:p>
    <w:p w14:paraId="4D8CEBC1" w14:textId="6CD25D25" w:rsidR="0084072A" w:rsidRPr="0017105E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1. Житло та енергія</w:t>
      </w:r>
    </w:p>
    <w:p w14:paraId="72F10668" w14:textId="77777777" w:rsidR="00E8728F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До цієї категорії належать опал</w:t>
      </w:r>
      <w:r w:rsidRPr="0017105E">
        <w:rPr>
          <w:rFonts w:cs="Times New Roman"/>
          <w:sz w:val="28"/>
          <w:szCs w:val="28"/>
          <w:lang w:val="uk-UA"/>
        </w:rPr>
        <w:t>ення, споживання електроенергії, гаряче водопостачання, кондиціонування, енергоефективність і площа житла, а також кількість мешканців. Чим більше енергії споживається для забезпечення комфортних умов проживання, тим більшим може бути пов’язаний із цим еко</w:t>
      </w:r>
      <w:r w:rsidRPr="0017105E">
        <w:rPr>
          <w:rFonts w:cs="Times New Roman"/>
          <w:sz w:val="28"/>
          <w:szCs w:val="28"/>
          <w:lang w:val="uk-UA"/>
        </w:rPr>
        <w:t>логічний слід.</w:t>
      </w:r>
    </w:p>
    <w:p w14:paraId="6E9A17FE" w14:textId="0C3F4970" w:rsidR="0084072A" w:rsidRPr="0017105E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2. Транспорт</w:t>
      </w:r>
    </w:p>
    <w:p w14:paraId="132EBFFD" w14:textId="77777777" w:rsidR="00E8728F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 xml:space="preserve">Вплив формують приватний автомобіль, громадський транспорт, таксі, мотоцикл, велосипед, піші переміщення, залізничні подорожі та авіаперельоти. </w:t>
      </w:r>
      <w:r w:rsidRPr="0017105E">
        <w:rPr>
          <w:rFonts w:cs="Times New Roman"/>
          <w:sz w:val="28"/>
          <w:szCs w:val="28"/>
          <w:lang w:val="uk-UA"/>
        </w:rPr>
        <w:lastRenderedPageBreak/>
        <w:t>Транспортний слід значною мірою залежить від типу транспортного засобу, виду палива,</w:t>
      </w:r>
      <w:r w:rsidRPr="0017105E">
        <w:rPr>
          <w:rFonts w:cs="Times New Roman"/>
          <w:sz w:val="28"/>
          <w:szCs w:val="28"/>
          <w:lang w:val="uk-UA"/>
        </w:rPr>
        <w:t xml:space="preserve"> відстані та частоти поїздок.</w:t>
      </w:r>
    </w:p>
    <w:p w14:paraId="507981BB" w14:textId="722F1468" w:rsidR="0084072A" w:rsidRPr="0017105E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3. Харчування</w:t>
      </w:r>
    </w:p>
    <w:p w14:paraId="52A7A729" w14:textId="77777777" w:rsidR="00E8728F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 xml:space="preserve">Екологічний вплив харчування залежить від складу раціону, частки продуктів тваринного походження, способу виробництва продуктів, відстані їх транспортування, сезонності, пакування та кількості харчових </w:t>
      </w:r>
      <w:r w:rsidRPr="0017105E">
        <w:rPr>
          <w:rFonts w:cs="Times New Roman"/>
          <w:sz w:val="28"/>
          <w:szCs w:val="28"/>
          <w:lang w:val="uk-UA"/>
        </w:rPr>
        <w:t>відходів.</w:t>
      </w:r>
    </w:p>
    <w:p w14:paraId="2BC0F51D" w14:textId="121F37AD" w:rsidR="0084072A" w:rsidRPr="0017105E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4. Товари та послуги</w:t>
      </w:r>
    </w:p>
    <w:p w14:paraId="574E9C42" w14:textId="77777777" w:rsidR="00E8728F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Купівля одягу, техніки, меблів, гаджетів та інших товарів пов’язана з видобуванням сировини, використанням енергії та води, транспортуванням, пакуванням і утворенням відходів.</w:t>
      </w:r>
    </w:p>
    <w:p w14:paraId="158FB96D" w14:textId="0A7C22C5" w:rsidR="0084072A" w:rsidRPr="0017105E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5. Відходи</w:t>
      </w:r>
    </w:p>
    <w:p w14:paraId="6AB24FAE" w14:textId="77777777" w:rsidR="00E8728F" w:rsidRDefault="002C18EF" w:rsidP="00E8728F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На величину екологічного сліду впливаю</w:t>
      </w:r>
      <w:r w:rsidRPr="0017105E">
        <w:rPr>
          <w:rFonts w:cs="Times New Roman"/>
          <w:sz w:val="28"/>
          <w:szCs w:val="28"/>
          <w:lang w:val="uk-UA"/>
        </w:rPr>
        <w:t>ть кількість відходів, використання одноразової продукції, сортування, повторне використання, ремонт, перероблення та компостування органічних відходів. Таким чином, особистий екологічний слід формується не однією дією, а сукупністю щоденних рішень людини.</w:t>
      </w:r>
    </w:p>
    <w:p w14:paraId="2C27A57E" w14:textId="22CB4211" w:rsidR="0084072A" w:rsidRPr="00E8728F" w:rsidRDefault="002C18EF" w:rsidP="00E8728F">
      <w:p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E8728F">
        <w:rPr>
          <w:rFonts w:cs="Times New Roman"/>
          <w:b/>
          <w:bCs/>
          <w:sz w:val="28"/>
          <w:szCs w:val="28"/>
          <w:lang w:val="uk-UA"/>
        </w:rPr>
        <w:t>Завдання 1. Самооцінка власного способу життя</w:t>
      </w:r>
    </w:p>
    <w:p w14:paraId="0804A8F2" w14:textId="246ECDC2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Проаналізуйте свої типові щоденні та щотижневі звички. Оцініть кожне твердження за шкалою: 0</w:t>
      </w:r>
      <w:r w:rsidR="00E8728F">
        <w:rPr>
          <w:rFonts w:cs="Times New Roman"/>
          <w:sz w:val="28"/>
          <w:szCs w:val="28"/>
          <w:lang w:val="uk-UA"/>
        </w:rPr>
        <w:t xml:space="preserve"> - </w:t>
      </w:r>
      <w:r w:rsidRPr="0017105E">
        <w:rPr>
          <w:rFonts w:cs="Times New Roman"/>
          <w:sz w:val="28"/>
          <w:szCs w:val="28"/>
          <w:lang w:val="uk-UA"/>
        </w:rPr>
        <w:t xml:space="preserve">практично не характерно; 1 </w:t>
      </w:r>
      <w:r w:rsidR="00E8728F">
        <w:rPr>
          <w:rFonts w:cs="Times New Roman"/>
          <w:sz w:val="28"/>
          <w:szCs w:val="28"/>
          <w:lang w:val="uk-UA"/>
        </w:rPr>
        <w:t>-</w:t>
      </w:r>
      <w:r w:rsidRPr="0017105E">
        <w:rPr>
          <w:rFonts w:cs="Times New Roman"/>
          <w:sz w:val="28"/>
          <w:szCs w:val="28"/>
          <w:lang w:val="uk-UA"/>
        </w:rPr>
        <w:t xml:space="preserve"> іноді; 2 </w:t>
      </w:r>
      <w:r w:rsidR="00E8728F">
        <w:rPr>
          <w:rFonts w:cs="Times New Roman"/>
          <w:sz w:val="28"/>
          <w:szCs w:val="28"/>
          <w:lang w:val="uk-UA"/>
        </w:rPr>
        <w:t>-</w:t>
      </w:r>
      <w:r w:rsidRPr="0017105E">
        <w:rPr>
          <w:rFonts w:cs="Times New Roman"/>
          <w:sz w:val="28"/>
          <w:szCs w:val="28"/>
          <w:lang w:val="uk-UA"/>
        </w:rPr>
        <w:t xml:space="preserve"> часто; 3 </w:t>
      </w:r>
      <w:r w:rsidR="00E8728F">
        <w:rPr>
          <w:rFonts w:cs="Times New Roman"/>
          <w:sz w:val="28"/>
          <w:szCs w:val="28"/>
          <w:lang w:val="uk-UA"/>
        </w:rPr>
        <w:t>-</w:t>
      </w:r>
      <w:r w:rsidRPr="0017105E">
        <w:rPr>
          <w:rFonts w:cs="Times New Roman"/>
          <w:sz w:val="28"/>
          <w:szCs w:val="28"/>
          <w:lang w:val="uk-UA"/>
        </w:rPr>
        <w:t xml:space="preserve"> майже завжди.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7370"/>
        <w:gridCol w:w="1414"/>
      </w:tblGrid>
      <w:tr w:rsidR="0017105E" w:rsidRPr="0017105E" w14:paraId="62EF2CCA" w14:textId="77777777" w:rsidTr="00E8728F">
        <w:trPr>
          <w:tblHeader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5D1FB0B" w14:textId="77777777" w:rsidR="0084072A" w:rsidRPr="0017105E" w:rsidRDefault="002C18EF" w:rsidP="00E8728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5398B880" w14:textId="77777777" w:rsidR="0084072A" w:rsidRPr="0017105E" w:rsidRDefault="002C18EF" w:rsidP="00E8728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Твердже</w:t>
            </w: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ння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4EAE8BC" w14:textId="02628EF4" w:rsidR="0084072A" w:rsidRPr="0017105E" w:rsidRDefault="002C18EF" w:rsidP="00E8728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Бал 0</w:t>
            </w:r>
            <w:r w:rsidR="00E8728F">
              <w:rPr>
                <w:rFonts w:cs="Times New Roman"/>
                <w:b/>
                <w:sz w:val="28"/>
                <w:szCs w:val="28"/>
                <w:lang w:val="uk-UA"/>
              </w:rPr>
              <w:t xml:space="preserve"> - </w:t>
            </w: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17105E" w:rsidRPr="0017105E" w14:paraId="466CCF25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C963FF1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7B1FAC02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Я вимикаю освітлення, коли воно не потрібне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916B00E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24C8D3C6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75391E9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3C117ED2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Я вимикаю або переводжу техніку в енергоощадний режим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63B1CB4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0F9578DA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771171D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5890989D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Я контролюю споживання води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E3B9A26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55DA4DA9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449FCE3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55778B6C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Для коротких відстаней я обираю пішу ходу або велосипед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62C8AEB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379BD10A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2E222A3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2857A3AE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Я регулярно користуюся </w:t>
            </w:r>
            <w:r w:rsidRPr="0017105E">
              <w:rPr>
                <w:rFonts w:cs="Times New Roman"/>
                <w:sz w:val="28"/>
                <w:szCs w:val="28"/>
                <w:lang w:val="uk-UA"/>
              </w:rPr>
              <w:t>громадським транспортом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52F033B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775F27C2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FAF47F8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3268DF0B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Я намагаюся уникати зайвих автомобільних поїздок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C417CD6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1A755EE8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8852DCC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483AA960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Я планую покупки продуктів, щоб уникати харчових відходів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D809F8B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02007B24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3C6A1BB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1637464C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Я використовую багаторазові сумки, пляшки або чашки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1909066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149B418B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780BEA3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511E53A6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Я уникаю надмірно упакованих товарів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37BEF62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086E387C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32E3B27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3FA00FD9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Я сортую </w:t>
            </w:r>
            <w:r w:rsidRPr="0017105E">
              <w:rPr>
                <w:rFonts w:cs="Times New Roman"/>
                <w:sz w:val="28"/>
                <w:szCs w:val="28"/>
                <w:lang w:val="uk-UA"/>
              </w:rPr>
              <w:t>хоча б частину відходів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A8CD903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21C1FE13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779B236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62B667D4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Я повторно використовую речі, якщо це можливо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ABA2249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6AE71C53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A3CD12E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7A31A6FA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Я ремонтую речі замість негайної заміни новими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DDFB9C8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24FF66F7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F3680DB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28FA3032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Я купую новий одяг лише тоді, коли він дійсно потрібний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117B174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08B50EF7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51DD191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13FD9E97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Я користуюся технікою максимально довго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3B9C487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663D6CF8" w14:textId="77777777" w:rsidTr="00E8728F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50BDBBF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7370" w:type="dxa"/>
            <w:shd w:val="clear" w:color="auto" w:fill="auto"/>
            <w:vAlign w:val="center"/>
          </w:tcPr>
          <w:p w14:paraId="52F9E2D6" w14:textId="77777777" w:rsidR="0084072A" w:rsidRPr="0017105E" w:rsidRDefault="002C18EF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Я звертаю </w:t>
            </w:r>
            <w:r w:rsidRPr="0017105E">
              <w:rPr>
                <w:rFonts w:cs="Times New Roman"/>
                <w:sz w:val="28"/>
                <w:szCs w:val="28"/>
                <w:lang w:val="uk-UA"/>
              </w:rPr>
              <w:t>увагу на екологічні характеристики товарів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7800B46" w14:textId="77777777" w:rsidR="0084072A" w:rsidRPr="0017105E" w:rsidRDefault="0084072A" w:rsidP="00E8728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7EF7C062" w14:textId="48BF1943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Підрахуйте загальну кількість балів. Максимальна кількість</w:t>
      </w:r>
      <w:r w:rsidR="00E8728F">
        <w:rPr>
          <w:rFonts w:cs="Times New Roman"/>
          <w:sz w:val="28"/>
          <w:szCs w:val="28"/>
          <w:lang w:val="uk-UA"/>
        </w:rPr>
        <w:t xml:space="preserve"> - </w:t>
      </w:r>
      <w:r w:rsidRPr="0017105E">
        <w:rPr>
          <w:rFonts w:cs="Times New Roman"/>
          <w:sz w:val="28"/>
          <w:szCs w:val="28"/>
          <w:lang w:val="uk-UA"/>
        </w:rPr>
        <w:t>45 балів.</w:t>
      </w:r>
    </w:p>
    <w:p w14:paraId="019C68D7" w14:textId="71D58AE2" w:rsidR="0084072A" w:rsidRPr="0017105E" w:rsidRDefault="002C18EF" w:rsidP="0017105E">
      <w:pPr>
        <w:pStyle w:val="a0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36</w:t>
      </w:r>
      <w:r w:rsidR="00E8728F">
        <w:rPr>
          <w:rFonts w:cs="Times New Roman"/>
          <w:sz w:val="28"/>
          <w:szCs w:val="28"/>
          <w:lang w:val="uk-UA"/>
        </w:rPr>
        <w:t xml:space="preserve"> </w:t>
      </w:r>
      <w:r w:rsidRPr="0017105E">
        <w:rPr>
          <w:rFonts w:cs="Times New Roman"/>
          <w:sz w:val="28"/>
          <w:szCs w:val="28"/>
          <w:lang w:val="uk-UA"/>
        </w:rPr>
        <w:t>–</w:t>
      </w:r>
      <w:r w:rsidR="00E8728F">
        <w:rPr>
          <w:rFonts w:cs="Times New Roman"/>
          <w:sz w:val="28"/>
          <w:szCs w:val="28"/>
          <w:lang w:val="uk-UA"/>
        </w:rPr>
        <w:t xml:space="preserve"> </w:t>
      </w:r>
      <w:r w:rsidRPr="0017105E">
        <w:rPr>
          <w:rFonts w:cs="Times New Roman"/>
          <w:sz w:val="28"/>
          <w:szCs w:val="28"/>
          <w:lang w:val="uk-UA"/>
        </w:rPr>
        <w:t>45 балів</w:t>
      </w:r>
      <w:r w:rsidR="00E8728F">
        <w:rPr>
          <w:rFonts w:cs="Times New Roman"/>
          <w:sz w:val="28"/>
          <w:szCs w:val="28"/>
          <w:lang w:val="uk-UA"/>
        </w:rPr>
        <w:t xml:space="preserve"> - </w:t>
      </w:r>
      <w:r w:rsidRPr="0017105E">
        <w:rPr>
          <w:rFonts w:cs="Times New Roman"/>
          <w:sz w:val="28"/>
          <w:szCs w:val="28"/>
          <w:lang w:val="uk-UA"/>
        </w:rPr>
        <w:t>у поведінці вже значною мірою присутні принципи сталого споживання;</w:t>
      </w:r>
    </w:p>
    <w:p w14:paraId="686EAFAF" w14:textId="3C27BBA5" w:rsidR="0084072A" w:rsidRPr="0017105E" w:rsidRDefault="002C18EF" w:rsidP="0017105E">
      <w:pPr>
        <w:pStyle w:val="a0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26</w:t>
      </w:r>
      <w:r w:rsidR="00E8728F">
        <w:rPr>
          <w:rFonts w:cs="Times New Roman"/>
          <w:sz w:val="28"/>
          <w:szCs w:val="28"/>
          <w:lang w:val="uk-UA"/>
        </w:rPr>
        <w:t xml:space="preserve"> </w:t>
      </w:r>
      <w:r w:rsidRPr="0017105E">
        <w:rPr>
          <w:rFonts w:cs="Times New Roman"/>
          <w:sz w:val="28"/>
          <w:szCs w:val="28"/>
          <w:lang w:val="uk-UA"/>
        </w:rPr>
        <w:t>–</w:t>
      </w:r>
      <w:r w:rsidR="00E8728F">
        <w:rPr>
          <w:rFonts w:cs="Times New Roman"/>
          <w:sz w:val="28"/>
          <w:szCs w:val="28"/>
          <w:lang w:val="uk-UA"/>
        </w:rPr>
        <w:t xml:space="preserve"> </w:t>
      </w:r>
      <w:r w:rsidRPr="0017105E">
        <w:rPr>
          <w:rFonts w:cs="Times New Roman"/>
          <w:sz w:val="28"/>
          <w:szCs w:val="28"/>
          <w:lang w:val="uk-UA"/>
        </w:rPr>
        <w:t>35 балів</w:t>
      </w:r>
      <w:r w:rsidR="00E8728F">
        <w:rPr>
          <w:rFonts w:cs="Times New Roman"/>
          <w:sz w:val="28"/>
          <w:szCs w:val="28"/>
          <w:lang w:val="uk-UA"/>
        </w:rPr>
        <w:t xml:space="preserve"> - </w:t>
      </w:r>
      <w:r w:rsidRPr="0017105E">
        <w:rPr>
          <w:rFonts w:cs="Times New Roman"/>
          <w:sz w:val="28"/>
          <w:szCs w:val="28"/>
          <w:lang w:val="uk-UA"/>
        </w:rPr>
        <w:t>окремі сталі практики вик</w:t>
      </w:r>
      <w:r w:rsidRPr="0017105E">
        <w:rPr>
          <w:rFonts w:cs="Times New Roman"/>
          <w:sz w:val="28"/>
          <w:szCs w:val="28"/>
          <w:lang w:val="uk-UA"/>
        </w:rPr>
        <w:t>ористовуються регулярно, однак є потенціал для покращення;</w:t>
      </w:r>
    </w:p>
    <w:p w14:paraId="7956B386" w14:textId="12A00FDA" w:rsidR="0084072A" w:rsidRPr="0017105E" w:rsidRDefault="002C18EF" w:rsidP="0017105E">
      <w:pPr>
        <w:pStyle w:val="a0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16</w:t>
      </w:r>
      <w:r w:rsidR="00E8728F">
        <w:rPr>
          <w:rFonts w:cs="Times New Roman"/>
          <w:sz w:val="28"/>
          <w:szCs w:val="28"/>
          <w:lang w:val="uk-UA"/>
        </w:rPr>
        <w:t xml:space="preserve"> </w:t>
      </w:r>
      <w:r w:rsidRPr="0017105E">
        <w:rPr>
          <w:rFonts w:cs="Times New Roman"/>
          <w:sz w:val="28"/>
          <w:szCs w:val="28"/>
          <w:lang w:val="uk-UA"/>
        </w:rPr>
        <w:t>–</w:t>
      </w:r>
      <w:r w:rsidR="00E8728F">
        <w:rPr>
          <w:rFonts w:cs="Times New Roman"/>
          <w:sz w:val="28"/>
          <w:szCs w:val="28"/>
          <w:lang w:val="uk-UA"/>
        </w:rPr>
        <w:t xml:space="preserve"> </w:t>
      </w:r>
      <w:r w:rsidRPr="0017105E">
        <w:rPr>
          <w:rFonts w:cs="Times New Roman"/>
          <w:sz w:val="28"/>
          <w:szCs w:val="28"/>
          <w:lang w:val="uk-UA"/>
        </w:rPr>
        <w:t>25 балів</w:t>
      </w:r>
      <w:r w:rsidR="00E8728F">
        <w:rPr>
          <w:rFonts w:cs="Times New Roman"/>
          <w:sz w:val="28"/>
          <w:szCs w:val="28"/>
          <w:lang w:val="uk-UA"/>
        </w:rPr>
        <w:t xml:space="preserve"> - </w:t>
      </w:r>
      <w:r w:rsidRPr="0017105E">
        <w:rPr>
          <w:rFonts w:cs="Times New Roman"/>
          <w:sz w:val="28"/>
          <w:szCs w:val="28"/>
          <w:lang w:val="uk-UA"/>
        </w:rPr>
        <w:t>екологічні практики застосовуються несистематично;</w:t>
      </w:r>
    </w:p>
    <w:p w14:paraId="0E321704" w14:textId="1291E6B2" w:rsidR="0084072A" w:rsidRPr="0017105E" w:rsidRDefault="002C18EF" w:rsidP="0017105E">
      <w:pPr>
        <w:pStyle w:val="a0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lastRenderedPageBreak/>
        <w:t>0</w:t>
      </w:r>
      <w:r w:rsidR="00E8728F">
        <w:rPr>
          <w:rFonts w:cs="Times New Roman"/>
          <w:sz w:val="28"/>
          <w:szCs w:val="28"/>
          <w:lang w:val="uk-UA"/>
        </w:rPr>
        <w:t xml:space="preserve"> </w:t>
      </w:r>
      <w:r w:rsidRPr="0017105E">
        <w:rPr>
          <w:rFonts w:cs="Times New Roman"/>
          <w:sz w:val="28"/>
          <w:szCs w:val="28"/>
          <w:lang w:val="uk-UA"/>
        </w:rPr>
        <w:t>–</w:t>
      </w:r>
      <w:r w:rsidR="00E8728F">
        <w:rPr>
          <w:rFonts w:cs="Times New Roman"/>
          <w:sz w:val="28"/>
          <w:szCs w:val="28"/>
          <w:lang w:val="uk-UA"/>
        </w:rPr>
        <w:t xml:space="preserve"> </w:t>
      </w:r>
      <w:r w:rsidRPr="0017105E">
        <w:rPr>
          <w:rFonts w:cs="Times New Roman"/>
          <w:sz w:val="28"/>
          <w:szCs w:val="28"/>
          <w:lang w:val="uk-UA"/>
        </w:rPr>
        <w:t>1</w:t>
      </w:r>
      <w:r w:rsidRPr="0017105E">
        <w:rPr>
          <w:rFonts w:cs="Times New Roman"/>
          <w:sz w:val="28"/>
          <w:szCs w:val="28"/>
          <w:lang w:val="uk-UA"/>
        </w:rPr>
        <w:t>5 балів</w:t>
      </w:r>
      <w:r w:rsidR="00E8728F">
        <w:rPr>
          <w:rFonts w:cs="Times New Roman"/>
          <w:sz w:val="28"/>
          <w:szCs w:val="28"/>
          <w:lang w:val="uk-UA"/>
        </w:rPr>
        <w:t xml:space="preserve"> - </w:t>
      </w:r>
      <w:r w:rsidRPr="0017105E">
        <w:rPr>
          <w:rFonts w:cs="Times New Roman"/>
          <w:sz w:val="28"/>
          <w:szCs w:val="28"/>
          <w:lang w:val="uk-UA"/>
        </w:rPr>
        <w:t>існує значний потенціал для зміни повсякденних моделей споживання.</w:t>
      </w:r>
    </w:p>
    <w:p w14:paraId="0F97107F" w14:textId="77777777" w:rsidR="0080574D" w:rsidRDefault="00E8728F" w:rsidP="0080574D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Проаналізуйте отримані результати та зробіть відповідні висновки. </w:t>
      </w:r>
    </w:p>
    <w:p w14:paraId="04D5CD42" w14:textId="496700D0" w:rsidR="0084072A" w:rsidRPr="0080574D" w:rsidRDefault="002C18EF" w:rsidP="0080574D">
      <w:p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80574D">
        <w:rPr>
          <w:rFonts w:cs="Times New Roman"/>
          <w:b/>
          <w:bCs/>
          <w:sz w:val="28"/>
          <w:szCs w:val="28"/>
          <w:lang w:val="uk-UA"/>
        </w:rPr>
        <w:t>Завдання 2. Структура мого екологічного сліду</w:t>
      </w:r>
    </w:p>
    <w:p w14:paraId="192FFE8C" w14:textId="0E94C4C0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 xml:space="preserve">Проаналізуйте п’ять основних складових свого </w:t>
      </w:r>
      <w:r w:rsidRPr="0017105E">
        <w:rPr>
          <w:rFonts w:cs="Times New Roman"/>
          <w:sz w:val="28"/>
          <w:szCs w:val="28"/>
          <w:lang w:val="uk-UA"/>
        </w:rPr>
        <w:t>способу життя. Оцініть кожну категорію від 1 до 5, де 1</w:t>
      </w:r>
      <w:r w:rsidR="00C01DDA">
        <w:rPr>
          <w:rFonts w:cs="Times New Roman"/>
          <w:sz w:val="28"/>
          <w:szCs w:val="28"/>
          <w:lang w:val="uk-UA"/>
        </w:rPr>
        <w:t xml:space="preserve"> - </w:t>
      </w:r>
      <w:r w:rsidRPr="0017105E">
        <w:rPr>
          <w:rFonts w:cs="Times New Roman"/>
          <w:sz w:val="28"/>
          <w:szCs w:val="28"/>
          <w:lang w:val="uk-UA"/>
        </w:rPr>
        <w:t>дуже низький потенційний вплив; 2</w:t>
      </w:r>
      <w:r w:rsidR="00C01DDA">
        <w:rPr>
          <w:rFonts w:cs="Times New Roman"/>
          <w:sz w:val="28"/>
          <w:szCs w:val="28"/>
          <w:lang w:val="uk-UA"/>
        </w:rPr>
        <w:t xml:space="preserve"> - </w:t>
      </w:r>
      <w:r w:rsidRPr="0017105E">
        <w:rPr>
          <w:rFonts w:cs="Times New Roman"/>
          <w:sz w:val="28"/>
          <w:szCs w:val="28"/>
          <w:lang w:val="uk-UA"/>
        </w:rPr>
        <w:t>низький; 3</w:t>
      </w:r>
      <w:r w:rsidR="00C01DDA">
        <w:rPr>
          <w:rFonts w:cs="Times New Roman"/>
          <w:sz w:val="28"/>
          <w:szCs w:val="28"/>
          <w:lang w:val="uk-UA"/>
        </w:rPr>
        <w:t xml:space="preserve"> - </w:t>
      </w:r>
      <w:r w:rsidRPr="0017105E">
        <w:rPr>
          <w:rFonts w:cs="Times New Roman"/>
          <w:sz w:val="28"/>
          <w:szCs w:val="28"/>
          <w:lang w:val="uk-UA"/>
        </w:rPr>
        <w:t>середній; 4</w:t>
      </w:r>
      <w:r w:rsidR="00C01DDA">
        <w:rPr>
          <w:rFonts w:cs="Times New Roman"/>
          <w:sz w:val="28"/>
          <w:szCs w:val="28"/>
          <w:lang w:val="uk-UA"/>
        </w:rPr>
        <w:t xml:space="preserve"> - </w:t>
      </w:r>
      <w:r w:rsidRPr="0017105E">
        <w:rPr>
          <w:rFonts w:cs="Times New Roman"/>
          <w:sz w:val="28"/>
          <w:szCs w:val="28"/>
          <w:lang w:val="uk-UA"/>
        </w:rPr>
        <w:t>високий; 5</w:t>
      </w:r>
      <w:r w:rsidR="00C01DDA">
        <w:rPr>
          <w:rFonts w:cs="Times New Roman"/>
          <w:sz w:val="28"/>
          <w:szCs w:val="28"/>
          <w:lang w:val="uk-UA"/>
        </w:rPr>
        <w:t xml:space="preserve"> - </w:t>
      </w:r>
      <w:r w:rsidRPr="0017105E">
        <w:rPr>
          <w:rFonts w:cs="Times New Roman"/>
          <w:sz w:val="28"/>
          <w:szCs w:val="28"/>
          <w:lang w:val="uk-UA"/>
        </w:rPr>
        <w:t>дуже високий.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1980"/>
        <w:gridCol w:w="4535"/>
      </w:tblGrid>
      <w:tr w:rsidR="0017105E" w:rsidRPr="0017105E" w14:paraId="7F875835" w14:textId="77777777" w:rsidTr="008F3986">
        <w:trPr>
          <w:tblHeader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614502B8" w14:textId="77777777" w:rsidR="0084072A" w:rsidRPr="0017105E" w:rsidRDefault="002C18EF" w:rsidP="00C01DD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Категорія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F864016" w14:textId="4A20870B" w:rsidR="0084072A" w:rsidRPr="0017105E" w:rsidRDefault="002C18EF" w:rsidP="00C01DD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Оцінка 1</w:t>
            </w:r>
            <w:r w:rsidR="00C01DDA">
              <w:rPr>
                <w:rFonts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–</w:t>
            </w:r>
            <w:r w:rsidR="00C01DDA">
              <w:rPr>
                <w:rFonts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4C554D67" w14:textId="77777777" w:rsidR="0084072A" w:rsidRPr="0017105E" w:rsidRDefault="002C18EF" w:rsidP="00C01DD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Чим обґрунтовується оцінка</w:t>
            </w:r>
          </w:p>
        </w:tc>
      </w:tr>
      <w:tr w:rsidR="0017105E" w:rsidRPr="0017105E" w14:paraId="4706DD96" w14:textId="77777777" w:rsidTr="008F3986">
        <w:trPr>
          <w:cantSplit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064FE9C3" w14:textId="77777777" w:rsidR="0084072A" w:rsidRPr="0017105E" w:rsidRDefault="002C18EF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Житло та енергоспоживання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2C77EBC" w14:textId="77777777" w:rsidR="0084072A" w:rsidRPr="0017105E" w:rsidRDefault="0084072A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4535" w:type="dxa"/>
            <w:shd w:val="clear" w:color="auto" w:fill="auto"/>
            <w:vAlign w:val="center"/>
          </w:tcPr>
          <w:p w14:paraId="7A55C22B" w14:textId="77777777" w:rsidR="0084072A" w:rsidRPr="0017105E" w:rsidRDefault="0084072A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29A93321" w14:textId="77777777" w:rsidTr="008F3986">
        <w:trPr>
          <w:cantSplit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6D6FA7F8" w14:textId="77777777" w:rsidR="0084072A" w:rsidRPr="0017105E" w:rsidRDefault="002C18EF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Транспорт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F8BC52F" w14:textId="77777777" w:rsidR="0084072A" w:rsidRPr="0017105E" w:rsidRDefault="0084072A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4535" w:type="dxa"/>
            <w:shd w:val="clear" w:color="auto" w:fill="auto"/>
            <w:vAlign w:val="center"/>
          </w:tcPr>
          <w:p w14:paraId="60189216" w14:textId="77777777" w:rsidR="0084072A" w:rsidRPr="0017105E" w:rsidRDefault="0084072A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367812D4" w14:textId="77777777" w:rsidTr="008F3986">
        <w:trPr>
          <w:cantSplit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5B1B4A5C" w14:textId="77777777" w:rsidR="0084072A" w:rsidRPr="0017105E" w:rsidRDefault="002C18EF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Харчування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1008F4D" w14:textId="77777777" w:rsidR="0084072A" w:rsidRPr="0017105E" w:rsidRDefault="0084072A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4535" w:type="dxa"/>
            <w:shd w:val="clear" w:color="auto" w:fill="auto"/>
            <w:vAlign w:val="center"/>
          </w:tcPr>
          <w:p w14:paraId="4D865BAE" w14:textId="77777777" w:rsidR="0084072A" w:rsidRPr="0017105E" w:rsidRDefault="0084072A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7DD2107B" w14:textId="77777777" w:rsidTr="008F3986">
        <w:trPr>
          <w:cantSplit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37772915" w14:textId="77777777" w:rsidR="0084072A" w:rsidRPr="0017105E" w:rsidRDefault="002C18EF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Товари та покупки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16FCAD7" w14:textId="77777777" w:rsidR="0084072A" w:rsidRPr="0017105E" w:rsidRDefault="0084072A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4535" w:type="dxa"/>
            <w:shd w:val="clear" w:color="auto" w:fill="auto"/>
            <w:vAlign w:val="center"/>
          </w:tcPr>
          <w:p w14:paraId="68C58D7E" w14:textId="77777777" w:rsidR="0084072A" w:rsidRPr="0017105E" w:rsidRDefault="0084072A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6A90D6DD" w14:textId="77777777" w:rsidTr="008F3986">
        <w:trPr>
          <w:cantSplit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7ECF4C98" w14:textId="77777777" w:rsidR="0084072A" w:rsidRPr="0017105E" w:rsidRDefault="002C18EF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Відходи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1BA649E" w14:textId="77777777" w:rsidR="0084072A" w:rsidRPr="0017105E" w:rsidRDefault="0084072A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4535" w:type="dxa"/>
            <w:shd w:val="clear" w:color="auto" w:fill="auto"/>
            <w:vAlign w:val="center"/>
          </w:tcPr>
          <w:p w14:paraId="16B2F5EA" w14:textId="77777777" w:rsidR="0084072A" w:rsidRPr="0017105E" w:rsidRDefault="0084072A" w:rsidP="00C01DD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0F8E3FF0" w14:textId="77777777" w:rsidR="004A760C" w:rsidRDefault="0037403A" w:rsidP="004A760C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37403A">
        <w:rPr>
          <w:sz w:val="28"/>
          <w:szCs w:val="28"/>
          <w:lang w:val="uk-UA"/>
        </w:rPr>
        <w:t>Визначте найбільшу та другу за значущістю складові власного екологічного сліду та коротко обґрунтуйте, чому саме вони формують найбільший вплив на довкілля.</w:t>
      </w:r>
    </w:p>
    <w:p w14:paraId="672E50EC" w14:textId="09B212F7" w:rsidR="0084072A" w:rsidRPr="004A760C" w:rsidRDefault="002C18EF" w:rsidP="004A760C">
      <w:p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4A760C">
        <w:rPr>
          <w:rFonts w:cs="Times New Roman"/>
          <w:b/>
          <w:bCs/>
          <w:sz w:val="28"/>
          <w:szCs w:val="28"/>
          <w:lang w:val="uk-UA"/>
        </w:rPr>
        <w:t>Завдання 3. Аудит енергоспоживання</w:t>
      </w:r>
    </w:p>
    <w:p w14:paraId="76E356DB" w14:textId="77777777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Визначте основні електричні прилади, якими ви регулярно кор</w:t>
      </w:r>
      <w:r w:rsidRPr="0017105E">
        <w:rPr>
          <w:rFonts w:cs="Times New Roman"/>
          <w:sz w:val="28"/>
          <w:szCs w:val="28"/>
          <w:lang w:val="uk-UA"/>
        </w:rPr>
        <w:t>истуєтеся вдома.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179"/>
        <w:gridCol w:w="1451"/>
        <w:gridCol w:w="2172"/>
        <w:gridCol w:w="1691"/>
        <w:gridCol w:w="2640"/>
      </w:tblGrid>
      <w:tr w:rsidR="0017105E" w:rsidRPr="0017105E" w14:paraId="675643D9" w14:textId="77777777" w:rsidTr="0037403A">
        <w:trPr>
          <w:tblHeader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0A8809B2" w14:textId="77777777" w:rsidR="0084072A" w:rsidRPr="0017105E" w:rsidRDefault="002C18EF" w:rsidP="0037403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Прилад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E8A824" w14:textId="77777777" w:rsidR="0084072A" w:rsidRPr="0017105E" w:rsidRDefault="002C18EF" w:rsidP="0037403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872294" w14:textId="77777777" w:rsidR="0084072A" w:rsidRPr="0017105E" w:rsidRDefault="002C18EF" w:rsidP="0037403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Час використання на добу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4655C4" w14:textId="77777777" w:rsidR="0084072A" w:rsidRPr="0017105E" w:rsidRDefault="002C18EF" w:rsidP="0037403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Чи можна скоротити?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551D6B" w14:textId="77777777" w:rsidR="0084072A" w:rsidRPr="0017105E" w:rsidRDefault="002C18EF" w:rsidP="0037403A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Запропонований захід</w:t>
            </w:r>
          </w:p>
        </w:tc>
      </w:tr>
      <w:tr w:rsidR="0017105E" w:rsidRPr="0017105E" w14:paraId="34826B0D" w14:textId="77777777" w:rsidTr="0037403A">
        <w:trPr>
          <w:cantSplit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7375BB96" w14:textId="77777777" w:rsidR="0084072A" w:rsidRPr="0017105E" w:rsidRDefault="002C18EF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Освітлення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AA6EF1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36EDA5B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EBBC7D9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4EEB429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24B927A4" w14:textId="77777777" w:rsidTr="0037403A">
        <w:trPr>
          <w:cantSplit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0A51A99E" w14:textId="77777777" w:rsidR="0084072A" w:rsidRPr="0017105E" w:rsidRDefault="002C18EF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Комп’ютер / ноутбук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E4C858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8E6CFC7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9BDF038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6B54F89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0EADB59F" w14:textId="77777777" w:rsidTr="0037403A">
        <w:trPr>
          <w:cantSplit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6E329591" w14:textId="77777777" w:rsidR="0084072A" w:rsidRPr="0017105E" w:rsidRDefault="002C18EF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Телевізор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0D776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676800B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B1AE5FD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1F5D308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581689C2" w14:textId="77777777" w:rsidTr="0037403A">
        <w:trPr>
          <w:cantSplit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391D54D3" w14:textId="77777777" w:rsidR="0084072A" w:rsidRPr="0017105E" w:rsidRDefault="002C18EF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Холодильник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4C081B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0DFCB66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48AEEDB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0FA297D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12605879" w14:textId="77777777" w:rsidTr="0037403A">
        <w:trPr>
          <w:cantSplit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73AFC026" w14:textId="77777777" w:rsidR="0084072A" w:rsidRPr="0017105E" w:rsidRDefault="002C18EF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 w:rsidRPr="0017105E">
              <w:rPr>
                <w:rFonts w:cs="Times New Roman"/>
                <w:sz w:val="28"/>
                <w:szCs w:val="28"/>
                <w:lang w:val="uk-UA"/>
              </w:rPr>
              <w:t>Електрочайник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86B687E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B9478D4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9EC0254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E223BE3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2AA3CBE1" w14:textId="77777777" w:rsidTr="0037403A">
        <w:trPr>
          <w:cantSplit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152EC7BE" w14:textId="77777777" w:rsidR="0084072A" w:rsidRPr="0017105E" w:rsidRDefault="002C18EF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Пральна машина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B176D3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9285C56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C6B275B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5D1BF47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1B0DAD49" w14:textId="77777777" w:rsidTr="0037403A">
        <w:trPr>
          <w:cantSplit/>
          <w:jc w:val="center"/>
        </w:trPr>
        <w:tc>
          <w:tcPr>
            <w:tcW w:w="2268" w:type="dxa"/>
            <w:shd w:val="clear" w:color="auto" w:fill="auto"/>
            <w:vAlign w:val="center"/>
          </w:tcPr>
          <w:p w14:paraId="68D13C58" w14:textId="77777777" w:rsidR="0084072A" w:rsidRPr="0017105E" w:rsidRDefault="002C18EF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Інше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04F25B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ED26699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8B6D7BE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97F7DE6" w14:textId="77777777" w:rsidR="0084072A" w:rsidRPr="0017105E" w:rsidRDefault="0084072A" w:rsidP="0037403A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5E71144F" w14:textId="77777777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Питання для аналізу:</w:t>
      </w:r>
    </w:p>
    <w:p w14:paraId="3324F43D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 xml:space="preserve">Які </w:t>
      </w:r>
      <w:r w:rsidRPr="0017105E">
        <w:rPr>
          <w:rFonts w:cs="Times New Roman"/>
          <w:sz w:val="28"/>
          <w:szCs w:val="28"/>
          <w:lang w:val="uk-UA"/>
        </w:rPr>
        <w:t>прилади, на вашу думку, споживають найбільше електроенергії?</w:t>
      </w:r>
    </w:p>
    <w:p w14:paraId="2BBAA453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Яке споживання можна скоротити без зниження якості життя?</w:t>
      </w:r>
    </w:p>
    <w:p w14:paraId="323EC7AA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Які заходи енергоефективності не потребують фінансових витрат?</w:t>
      </w:r>
    </w:p>
    <w:p w14:paraId="3C691390" w14:textId="77777777" w:rsidR="004A760C" w:rsidRDefault="002C18EF" w:rsidP="004A760C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 xml:space="preserve">Які заходи потребують інвестицій, але можуть мати </w:t>
      </w:r>
      <w:r w:rsidRPr="0017105E">
        <w:rPr>
          <w:rFonts w:cs="Times New Roman"/>
          <w:sz w:val="28"/>
          <w:szCs w:val="28"/>
          <w:lang w:val="uk-UA"/>
        </w:rPr>
        <w:t>довгостроковий ефект?</w:t>
      </w:r>
    </w:p>
    <w:p w14:paraId="7BB31BAC" w14:textId="257CB644" w:rsidR="0084072A" w:rsidRPr="004A760C" w:rsidRDefault="002C18EF" w:rsidP="004A760C">
      <w:pPr>
        <w:pStyle w:val="a"/>
        <w:numPr>
          <w:ilvl w:val="0"/>
          <w:numId w:val="0"/>
        </w:num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4A760C">
        <w:rPr>
          <w:rFonts w:cs="Times New Roman"/>
          <w:b/>
          <w:bCs/>
          <w:sz w:val="28"/>
          <w:szCs w:val="28"/>
          <w:lang w:val="uk-UA"/>
        </w:rPr>
        <w:t>Завдання 4. Мій транспортний профіль</w:t>
      </w:r>
    </w:p>
    <w:p w14:paraId="21398475" w14:textId="77777777" w:rsidR="0084072A" w:rsidRPr="0017105E" w:rsidRDefault="002C18EF" w:rsidP="004A760C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Проаналізуйте свої переміщення протягом типового тижня.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258"/>
        <w:gridCol w:w="2249"/>
        <w:gridCol w:w="2254"/>
        <w:gridCol w:w="3372"/>
      </w:tblGrid>
      <w:tr w:rsidR="0017105E" w:rsidRPr="0017105E" w14:paraId="51FC63B3" w14:textId="77777777" w:rsidTr="00585207">
        <w:trPr>
          <w:tblHeader/>
          <w:jc w:val="center"/>
        </w:trPr>
        <w:tc>
          <w:tcPr>
            <w:tcW w:w="2258" w:type="dxa"/>
            <w:shd w:val="clear" w:color="auto" w:fill="auto"/>
            <w:vAlign w:val="center"/>
          </w:tcPr>
          <w:p w14:paraId="369B306E" w14:textId="77777777" w:rsidR="0084072A" w:rsidRPr="0017105E" w:rsidRDefault="002C18EF" w:rsidP="00C779F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lastRenderedPageBreak/>
              <w:t>Вид транспорту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A9DC114" w14:textId="77777777" w:rsidR="0084072A" w:rsidRPr="0017105E" w:rsidRDefault="002C18EF" w:rsidP="00C779F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Кількість поїздок на тиждень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1105034C" w14:textId="77777777" w:rsidR="0084072A" w:rsidRPr="0017105E" w:rsidRDefault="002C18EF" w:rsidP="00C779F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Орієнтовна відстань, км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085C24CC" w14:textId="77777777" w:rsidR="0084072A" w:rsidRPr="0017105E" w:rsidRDefault="002C18EF" w:rsidP="00C779F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Чи існує більш стала альтернатива?</w:t>
            </w:r>
          </w:p>
        </w:tc>
      </w:tr>
      <w:tr w:rsidR="0017105E" w:rsidRPr="0017105E" w14:paraId="3DA9351D" w14:textId="77777777" w:rsidTr="00585207">
        <w:trPr>
          <w:cantSplit/>
          <w:jc w:val="center"/>
        </w:trPr>
        <w:tc>
          <w:tcPr>
            <w:tcW w:w="2258" w:type="dxa"/>
            <w:shd w:val="clear" w:color="auto" w:fill="auto"/>
            <w:vAlign w:val="center"/>
          </w:tcPr>
          <w:p w14:paraId="5A89AFB4" w14:textId="77777777" w:rsidR="0084072A" w:rsidRPr="0017105E" w:rsidRDefault="002C18EF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Пішки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F2678E2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14:paraId="31F876E8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23F65F0D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18661B59" w14:textId="77777777" w:rsidTr="00585207">
        <w:trPr>
          <w:cantSplit/>
          <w:jc w:val="center"/>
        </w:trPr>
        <w:tc>
          <w:tcPr>
            <w:tcW w:w="2258" w:type="dxa"/>
            <w:shd w:val="clear" w:color="auto" w:fill="auto"/>
            <w:vAlign w:val="center"/>
          </w:tcPr>
          <w:p w14:paraId="1F6766A4" w14:textId="77777777" w:rsidR="0084072A" w:rsidRPr="0017105E" w:rsidRDefault="002C18EF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Велосипед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CD95188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14:paraId="1819B1D7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2CC83A02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7D52A178" w14:textId="77777777" w:rsidTr="00585207">
        <w:trPr>
          <w:cantSplit/>
          <w:jc w:val="center"/>
        </w:trPr>
        <w:tc>
          <w:tcPr>
            <w:tcW w:w="2258" w:type="dxa"/>
            <w:shd w:val="clear" w:color="auto" w:fill="auto"/>
            <w:vAlign w:val="center"/>
          </w:tcPr>
          <w:p w14:paraId="2033D6C9" w14:textId="77777777" w:rsidR="0084072A" w:rsidRPr="0017105E" w:rsidRDefault="002C18EF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Громадський </w:t>
            </w:r>
            <w:r w:rsidRPr="0017105E">
              <w:rPr>
                <w:rFonts w:cs="Times New Roman"/>
                <w:sz w:val="28"/>
                <w:szCs w:val="28"/>
                <w:lang w:val="uk-UA"/>
              </w:rPr>
              <w:t>транспорт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FC3B25C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14:paraId="119E6F5B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0622BA52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6496596C" w14:textId="77777777" w:rsidTr="00585207">
        <w:trPr>
          <w:cantSplit/>
          <w:jc w:val="center"/>
        </w:trPr>
        <w:tc>
          <w:tcPr>
            <w:tcW w:w="2258" w:type="dxa"/>
            <w:shd w:val="clear" w:color="auto" w:fill="auto"/>
            <w:vAlign w:val="center"/>
          </w:tcPr>
          <w:p w14:paraId="660975F2" w14:textId="77777777" w:rsidR="0084072A" w:rsidRPr="0017105E" w:rsidRDefault="002C18EF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Автомобіль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3FEC0C6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14:paraId="2F362913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4BD279C5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1BF7FC05" w14:textId="77777777" w:rsidTr="00585207">
        <w:trPr>
          <w:cantSplit/>
          <w:jc w:val="center"/>
        </w:trPr>
        <w:tc>
          <w:tcPr>
            <w:tcW w:w="2258" w:type="dxa"/>
            <w:shd w:val="clear" w:color="auto" w:fill="auto"/>
            <w:vAlign w:val="center"/>
          </w:tcPr>
          <w:p w14:paraId="76F182C9" w14:textId="77777777" w:rsidR="0084072A" w:rsidRPr="0017105E" w:rsidRDefault="002C18EF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Таксі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A335135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14:paraId="0DBF1F38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781D6D53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0F3EA426" w14:textId="77777777" w:rsidTr="00585207">
        <w:trPr>
          <w:cantSplit/>
          <w:jc w:val="center"/>
        </w:trPr>
        <w:tc>
          <w:tcPr>
            <w:tcW w:w="2258" w:type="dxa"/>
            <w:shd w:val="clear" w:color="auto" w:fill="auto"/>
            <w:vAlign w:val="center"/>
          </w:tcPr>
          <w:p w14:paraId="138C10D4" w14:textId="77777777" w:rsidR="0084072A" w:rsidRPr="0017105E" w:rsidRDefault="002C18EF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Потяг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F6E53A7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14:paraId="468C282D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09EE1F97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3E852BD9" w14:textId="77777777" w:rsidTr="00585207">
        <w:trPr>
          <w:cantSplit/>
          <w:jc w:val="center"/>
        </w:trPr>
        <w:tc>
          <w:tcPr>
            <w:tcW w:w="2258" w:type="dxa"/>
            <w:shd w:val="clear" w:color="auto" w:fill="auto"/>
            <w:vAlign w:val="center"/>
          </w:tcPr>
          <w:p w14:paraId="712BF36F" w14:textId="77777777" w:rsidR="0084072A" w:rsidRPr="0017105E" w:rsidRDefault="002C18EF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Інше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E26DAEA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14:paraId="73A92AEE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3BE0EA31" w14:textId="77777777" w:rsidR="0084072A" w:rsidRPr="0017105E" w:rsidRDefault="0084072A" w:rsidP="00C779FF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0676BA9B" w14:textId="77777777" w:rsidR="00ED763D" w:rsidRDefault="00585207" w:rsidP="00ED763D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585207">
        <w:rPr>
          <w:sz w:val="28"/>
          <w:szCs w:val="28"/>
          <w:lang w:val="uk-UA"/>
        </w:rPr>
        <w:t xml:space="preserve">Визначте основний і найбільш </w:t>
      </w:r>
      <w:proofErr w:type="spellStart"/>
      <w:r w:rsidRPr="00585207">
        <w:rPr>
          <w:sz w:val="28"/>
          <w:szCs w:val="28"/>
          <w:lang w:val="uk-UA"/>
        </w:rPr>
        <w:t>ресурсомісткий</w:t>
      </w:r>
      <w:proofErr w:type="spellEnd"/>
      <w:r w:rsidRPr="00585207">
        <w:rPr>
          <w:sz w:val="28"/>
          <w:szCs w:val="28"/>
          <w:lang w:val="uk-UA"/>
        </w:rPr>
        <w:t xml:space="preserve"> спосіб пересування, оцініть можливість заміни частини поїздок більш сталими видами транспорту та запропонуйте три конкретні зміни для зменшення транспортної складової власного екологічного сліду.</w:t>
      </w:r>
    </w:p>
    <w:p w14:paraId="2ADC6B65" w14:textId="09EA8ED8" w:rsidR="0084072A" w:rsidRPr="00ED763D" w:rsidRDefault="002C18EF" w:rsidP="00ED763D">
      <w:p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ED763D">
        <w:rPr>
          <w:rFonts w:cs="Times New Roman"/>
          <w:b/>
          <w:bCs/>
          <w:sz w:val="28"/>
          <w:szCs w:val="28"/>
          <w:lang w:val="uk-UA"/>
        </w:rPr>
        <w:t>Завдання 5. Екологічний слід харчування</w:t>
      </w:r>
    </w:p>
    <w:p w14:paraId="6510DE73" w14:textId="77777777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Проаналізуйте свій</w:t>
      </w:r>
      <w:r w:rsidRPr="0017105E">
        <w:rPr>
          <w:rFonts w:cs="Times New Roman"/>
          <w:sz w:val="28"/>
          <w:szCs w:val="28"/>
          <w:lang w:val="uk-UA"/>
        </w:rPr>
        <w:t xml:space="preserve"> типовий раціон протягом одного дня.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624"/>
        <w:gridCol w:w="2178"/>
        <w:gridCol w:w="2663"/>
        <w:gridCol w:w="2668"/>
      </w:tblGrid>
      <w:tr w:rsidR="0017105E" w:rsidRPr="0017105E" w14:paraId="15334344" w14:textId="77777777" w:rsidTr="00FE506C">
        <w:trPr>
          <w:tblHeader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5332DD09" w14:textId="77777777" w:rsidR="0084072A" w:rsidRPr="0017105E" w:rsidRDefault="002C18EF" w:rsidP="00FE506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Категорія продуктів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567464" w14:textId="77777777" w:rsidR="0084072A" w:rsidRPr="0017105E" w:rsidRDefault="002C18EF" w:rsidP="00FE506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Частота споживання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BBFD2A" w14:textId="77777777" w:rsidR="0084072A" w:rsidRPr="0017105E" w:rsidRDefault="002C18EF" w:rsidP="00FE506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Потенційний екологічний вплив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EC101E" w14:textId="77777777" w:rsidR="0084072A" w:rsidRPr="0017105E" w:rsidRDefault="002C18EF" w:rsidP="00FE506C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Чи можна змінити модель споживання?</w:t>
            </w:r>
          </w:p>
        </w:tc>
      </w:tr>
      <w:tr w:rsidR="0017105E" w:rsidRPr="0017105E" w14:paraId="5A81FCDB" w14:textId="77777777" w:rsidTr="00FE506C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6AA83E8C" w14:textId="77777777" w:rsidR="0084072A" w:rsidRPr="0017105E" w:rsidRDefault="002C18EF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М’ясо та м’ясні продукти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747F90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74E9712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D066C9F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1E837B88" w14:textId="77777777" w:rsidTr="00FE506C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47CE4961" w14:textId="77777777" w:rsidR="0084072A" w:rsidRPr="0017105E" w:rsidRDefault="002C18EF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Молочні продукти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E1F6B0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AC19FB8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1193141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70A5A394" w14:textId="77777777" w:rsidTr="00FE506C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3526DFFB" w14:textId="77777777" w:rsidR="0084072A" w:rsidRPr="0017105E" w:rsidRDefault="002C18EF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Овочі та фрукти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6B7647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8A55051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9071B0E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56D50082" w14:textId="77777777" w:rsidTr="00FE506C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1D814726" w14:textId="77777777" w:rsidR="0084072A" w:rsidRPr="0017105E" w:rsidRDefault="002C18EF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Крупи та зернові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934351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38A2AFB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69FADA3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0B8CE25C" w14:textId="77777777" w:rsidTr="00FE506C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44816134" w14:textId="77777777" w:rsidR="0084072A" w:rsidRPr="0017105E" w:rsidRDefault="002C18EF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Готові </w:t>
            </w:r>
            <w:r w:rsidRPr="0017105E">
              <w:rPr>
                <w:rFonts w:cs="Times New Roman"/>
                <w:sz w:val="28"/>
                <w:szCs w:val="28"/>
                <w:lang w:val="uk-UA"/>
              </w:rPr>
              <w:t>продукти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7AE9E6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06BE683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676EDC8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5A595AFE" w14:textId="77777777" w:rsidTr="00FE506C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36D48896" w14:textId="77777777" w:rsidR="0084072A" w:rsidRPr="0017105E" w:rsidRDefault="002C18EF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Напої у пакуванні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88BFEE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337D458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FDA075E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4AE9042D" w14:textId="77777777" w:rsidTr="00FE506C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3104A4CE" w14:textId="77777777" w:rsidR="0084072A" w:rsidRPr="0017105E" w:rsidRDefault="002C18EF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Імпортовані продукти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334735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C3F83F6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BB647AF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6048455A" w14:textId="77777777" w:rsidTr="00FE506C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68521912" w14:textId="77777777" w:rsidR="0084072A" w:rsidRPr="0017105E" w:rsidRDefault="002C18EF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Локальні та сезонні продукти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98C8DE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05EB3C1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C22DB69" w14:textId="77777777" w:rsidR="0084072A" w:rsidRPr="0017105E" w:rsidRDefault="0084072A" w:rsidP="00FE506C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31752482" w14:textId="77777777" w:rsidR="002F59BD" w:rsidRDefault="002C18EF" w:rsidP="002F59BD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 xml:space="preserve">Додатково проаналізуйте: чи виникають у вашому домогосподарстві харчові відходи; які продукти найчастіше викидаються; чому вони не </w:t>
      </w:r>
      <w:r w:rsidRPr="0017105E">
        <w:rPr>
          <w:rFonts w:cs="Times New Roman"/>
          <w:sz w:val="28"/>
          <w:szCs w:val="28"/>
          <w:lang w:val="uk-UA"/>
        </w:rPr>
        <w:t>використовуються; як можна скоротити кількість таких відходів.</w:t>
      </w:r>
    </w:p>
    <w:p w14:paraId="421A2A23" w14:textId="04B1BB90" w:rsidR="0084072A" w:rsidRPr="002F59BD" w:rsidRDefault="002C18EF" w:rsidP="002F59BD">
      <w:p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2F59BD">
        <w:rPr>
          <w:rFonts w:cs="Times New Roman"/>
          <w:b/>
          <w:bCs/>
          <w:sz w:val="28"/>
          <w:szCs w:val="28"/>
          <w:lang w:val="uk-UA"/>
        </w:rPr>
        <w:t>Завдання 6. Аудит споживання товарів</w:t>
      </w:r>
    </w:p>
    <w:p w14:paraId="00CF4F78" w14:textId="77777777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 xml:space="preserve">Пригадайте </w:t>
      </w:r>
      <w:r w:rsidRPr="0017105E">
        <w:rPr>
          <w:rFonts w:cs="Times New Roman"/>
          <w:sz w:val="28"/>
          <w:szCs w:val="28"/>
          <w:lang w:val="uk-UA"/>
        </w:rPr>
        <w:t>п’ять останніх непродовольчих товарів, які ви придбали.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86"/>
        <w:gridCol w:w="2669"/>
        <w:gridCol w:w="2229"/>
        <w:gridCol w:w="3649"/>
      </w:tblGrid>
      <w:tr w:rsidR="0017105E" w:rsidRPr="0017105E" w14:paraId="4270E291" w14:textId="77777777" w:rsidTr="00671832">
        <w:trPr>
          <w:tblHeader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2C285E66" w14:textId="77777777" w:rsidR="0084072A" w:rsidRPr="0017105E" w:rsidRDefault="002C18EF" w:rsidP="006718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Товар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BA448D" w14:textId="77777777" w:rsidR="0084072A" w:rsidRPr="0017105E" w:rsidRDefault="002C18EF" w:rsidP="006718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Чи була покупка необхідною?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E49DDE" w14:textId="77777777" w:rsidR="0084072A" w:rsidRPr="0017105E" w:rsidRDefault="002C18EF" w:rsidP="006718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Термін використання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C89182A" w14:textId="77777777" w:rsidR="0084072A" w:rsidRPr="0017105E" w:rsidRDefault="002C18EF" w:rsidP="006718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Чи існувала альтернатива покупці нового товару?</w:t>
            </w:r>
          </w:p>
        </w:tc>
      </w:tr>
      <w:tr w:rsidR="0017105E" w:rsidRPr="0017105E" w14:paraId="63EAE919" w14:textId="77777777" w:rsidTr="00671832">
        <w:trPr>
          <w:cantSplit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7FB0B04F" w14:textId="77777777" w:rsidR="0084072A" w:rsidRPr="0017105E" w:rsidRDefault="002C18EF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68CC86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77AF40B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32F108CA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28687063" w14:textId="77777777" w:rsidTr="00671832">
        <w:trPr>
          <w:cantSplit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5FD5B5E" w14:textId="77777777" w:rsidR="0084072A" w:rsidRPr="0017105E" w:rsidRDefault="002C18EF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A70595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98DF633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362AF0E6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6A1D779D" w14:textId="77777777" w:rsidTr="00671832">
        <w:trPr>
          <w:cantSplit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49AC4EB8" w14:textId="77777777" w:rsidR="0084072A" w:rsidRPr="0017105E" w:rsidRDefault="002C18EF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54D0FE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AE28C8C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20369C78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61D81005" w14:textId="77777777" w:rsidTr="00671832">
        <w:trPr>
          <w:cantSplit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0782C1F1" w14:textId="77777777" w:rsidR="0084072A" w:rsidRPr="0017105E" w:rsidRDefault="002C18EF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56F05A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84F7035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A906DFC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083B3290" w14:textId="77777777" w:rsidTr="00671832">
        <w:trPr>
          <w:cantSplit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38EB87DA" w14:textId="77777777" w:rsidR="0084072A" w:rsidRPr="0017105E" w:rsidRDefault="002C18EF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lastRenderedPageBreak/>
              <w:t>5.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C78F96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8DC3BB9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3EBCD9A" w14:textId="77777777" w:rsidR="0084072A" w:rsidRPr="0017105E" w:rsidRDefault="0084072A" w:rsidP="006718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620F78D4" w14:textId="77777777" w:rsidR="0084072A" w:rsidRPr="0017105E" w:rsidRDefault="0084072A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</w:p>
    <w:p w14:paraId="069B57E7" w14:textId="77777777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 xml:space="preserve">Для кожної покупки подумайте, чи можна було: </w:t>
      </w:r>
      <w:r w:rsidRPr="0017105E">
        <w:rPr>
          <w:rFonts w:cs="Times New Roman"/>
          <w:sz w:val="28"/>
          <w:szCs w:val="28"/>
          <w:lang w:val="uk-UA"/>
        </w:rPr>
        <w:t>відмовитися від покупки; взяти річ у користування; орендувати; відремонтувати стару; придбати вживану; обрати довговічніший товар; обрати товар із меншою кількістю пакування.</w:t>
      </w:r>
    </w:p>
    <w:p w14:paraId="1087E833" w14:textId="77777777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Чи всі п’ять покупок були необхідними? Чому?</w:t>
      </w:r>
    </w:p>
    <w:p w14:paraId="16199E43" w14:textId="77777777" w:rsidR="00671832" w:rsidRDefault="002C18EF" w:rsidP="00671832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Яка покупка мала найбільший потенційний екологічний слід?</w:t>
      </w:r>
    </w:p>
    <w:p w14:paraId="781357BF" w14:textId="5F9FF227" w:rsidR="0084072A" w:rsidRPr="00671832" w:rsidRDefault="002C18EF" w:rsidP="00671832">
      <w:p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671832">
        <w:rPr>
          <w:rFonts w:cs="Times New Roman"/>
          <w:b/>
          <w:bCs/>
          <w:sz w:val="28"/>
          <w:szCs w:val="28"/>
          <w:lang w:val="uk-UA"/>
        </w:rPr>
        <w:t>Завдання 7. Аудит відходів</w:t>
      </w:r>
    </w:p>
    <w:p w14:paraId="191A2576" w14:textId="77777777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Протягом одного типового дня проаналізуйте відходи, які ви утворюєте.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694"/>
        <w:gridCol w:w="1700"/>
        <w:gridCol w:w="1694"/>
        <w:gridCol w:w="2252"/>
        <w:gridCol w:w="2793"/>
      </w:tblGrid>
      <w:tr w:rsidR="0017105E" w:rsidRPr="0017105E" w14:paraId="6700C815" w14:textId="77777777" w:rsidTr="00094032">
        <w:trPr>
          <w:tblHeader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1B1BE913" w14:textId="77777777" w:rsidR="0084072A" w:rsidRPr="0017105E" w:rsidRDefault="002C18EF" w:rsidP="000940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Вид відходів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C94324" w14:textId="77777777" w:rsidR="0084072A" w:rsidRPr="0017105E" w:rsidRDefault="002C18EF" w:rsidP="000940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Орієнтовна кількість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216942" w14:textId="77777777" w:rsidR="0084072A" w:rsidRPr="0017105E" w:rsidRDefault="002C18EF" w:rsidP="000940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Чи можна уникнути?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CFF71F" w14:textId="77777777" w:rsidR="0084072A" w:rsidRPr="0017105E" w:rsidRDefault="002C18EF" w:rsidP="000940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Чи можна повторно викорис</w:t>
            </w: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тати?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483AB3" w14:textId="77777777" w:rsidR="0084072A" w:rsidRPr="0017105E" w:rsidRDefault="002C18EF" w:rsidP="00094032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Чи можна передати на перероблення?</w:t>
            </w:r>
          </w:p>
        </w:tc>
      </w:tr>
      <w:tr w:rsidR="0017105E" w:rsidRPr="0017105E" w14:paraId="788EC8D0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2408AC6A" w14:textId="77777777" w:rsidR="0084072A" w:rsidRPr="0017105E" w:rsidRDefault="002C18EF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Папір</w:t>
            </w:r>
          </w:p>
        </w:tc>
        <w:tc>
          <w:tcPr>
            <w:tcW w:w="1701" w:type="dxa"/>
            <w:vAlign w:val="center"/>
          </w:tcPr>
          <w:p w14:paraId="7BCB2FBA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CF2EEE0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EC2EE67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740B5E5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199DCC6F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8BABD5D" w14:textId="77777777" w:rsidR="0084072A" w:rsidRPr="0017105E" w:rsidRDefault="002C18EF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Пластик</w:t>
            </w:r>
          </w:p>
        </w:tc>
        <w:tc>
          <w:tcPr>
            <w:tcW w:w="1701" w:type="dxa"/>
            <w:vAlign w:val="center"/>
          </w:tcPr>
          <w:p w14:paraId="4EFF5E8B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5DAD875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27AED1CE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8B38261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6ADC43B8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55B88847" w14:textId="77777777" w:rsidR="0084072A" w:rsidRPr="0017105E" w:rsidRDefault="002C18EF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Скло</w:t>
            </w:r>
          </w:p>
        </w:tc>
        <w:tc>
          <w:tcPr>
            <w:tcW w:w="1701" w:type="dxa"/>
            <w:vAlign w:val="center"/>
          </w:tcPr>
          <w:p w14:paraId="2350F059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3215707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6114996F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E4F14C2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22A32920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F1EE3C1" w14:textId="77777777" w:rsidR="0084072A" w:rsidRPr="0017105E" w:rsidRDefault="002C18EF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Метал</w:t>
            </w:r>
          </w:p>
        </w:tc>
        <w:tc>
          <w:tcPr>
            <w:tcW w:w="1701" w:type="dxa"/>
            <w:vAlign w:val="center"/>
          </w:tcPr>
          <w:p w14:paraId="7F142AF7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43C14D5A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69C146D7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6C79B72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3F424109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86D79C1" w14:textId="77777777" w:rsidR="0084072A" w:rsidRPr="0017105E" w:rsidRDefault="002C18EF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Органічні відходи</w:t>
            </w:r>
          </w:p>
        </w:tc>
        <w:tc>
          <w:tcPr>
            <w:tcW w:w="1701" w:type="dxa"/>
            <w:vAlign w:val="center"/>
          </w:tcPr>
          <w:p w14:paraId="4AE4C5BE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4582E1B1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9190AB5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60BC9F90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2EF7F601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BC5DB6C" w14:textId="77777777" w:rsidR="0084072A" w:rsidRPr="0017105E" w:rsidRDefault="002C18EF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Одноразові вироби</w:t>
            </w:r>
          </w:p>
        </w:tc>
        <w:tc>
          <w:tcPr>
            <w:tcW w:w="1701" w:type="dxa"/>
            <w:vAlign w:val="center"/>
          </w:tcPr>
          <w:p w14:paraId="207FA051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5B36146C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44BA5AA3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3C33EC2B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2A86BEDB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9A549AB" w14:textId="77777777" w:rsidR="0084072A" w:rsidRPr="0017105E" w:rsidRDefault="002C18EF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Інше</w:t>
            </w:r>
          </w:p>
        </w:tc>
        <w:tc>
          <w:tcPr>
            <w:tcW w:w="1701" w:type="dxa"/>
            <w:vAlign w:val="center"/>
          </w:tcPr>
          <w:p w14:paraId="550825FF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4A691A9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752EDB0E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2196A00C" w14:textId="77777777" w:rsidR="0084072A" w:rsidRPr="0017105E" w:rsidRDefault="0084072A" w:rsidP="00094032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0E54B0E0" w14:textId="77777777" w:rsidR="0084072A" w:rsidRPr="0017105E" w:rsidRDefault="0084072A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</w:p>
    <w:p w14:paraId="3DC3BEC9" w14:textId="77777777" w:rsidR="00094032" w:rsidRDefault="002C18EF" w:rsidP="00094032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Який вид відходів утворюється найчастіше</w:t>
      </w:r>
      <w:r w:rsidR="00094032">
        <w:rPr>
          <w:rFonts w:cs="Times New Roman"/>
          <w:sz w:val="28"/>
          <w:szCs w:val="28"/>
          <w:lang w:val="uk-UA"/>
        </w:rPr>
        <w:t xml:space="preserve">? </w:t>
      </w:r>
      <w:r w:rsidRPr="0017105E">
        <w:rPr>
          <w:rFonts w:cs="Times New Roman"/>
          <w:sz w:val="28"/>
          <w:szCs w:val="28"/>
          <w:lang w:val="uk-UA"/>
        </w:rPr>
        <w:t>Яку частину цих відходів можна було б не утворювати</w:t>
      </w:r>
      <w:r w:rsidR="00094032">
        <w:rPr>
          <w:rFonts w:cs="Times New Roman"/>
          <w:sz w:val="28"/>
          <w:szCs w:val="28"/>
          <w:lang w:val="uk-UA"/>
        </w:rPr>
        <w:t xml:space="preserve">? </w:t>
      </w:r>
      <w:r w:rsidRPr="0017105E">
        <w:rPr>
          <w:rFonts w:cs="Times New Roman"/>
          <w:sz w:val="28"/>
          <w:szCs w:val="28"/>
          <w:lang w:val="uk-UA"/>
        </w:rPr>
        <w:t>Яку частину можна повторно використати аб</w:t>
      </w:r>
      <w:r w:rsidRPr="0017105E">
        <w:rPr>
          <w:rFonts w:cs="Times New Roman"/>
          <w:sz w:val="28"/>
          <w:szCs w:val="28"/>
          <w:lang w:val="uk-UA"/>
        </w:rPr>
        <w:t>о передати на перероблення</w:t>
      </w:r>
      <w:r w:rsidR="00094032">
        <w:rPr>
          <w:rFonts w:cs="Times New Roman"/>
          <w:sz w:val="28"/>
          <w:szCs w:val="28"/>
          <w:lang w:val="uk-UA"/>
        </w:rPr>
        <w:t>?</w:t>
      </w:r>
    </w:p>
    <w:p w14:paraId="4988F45B" w14:textId="13264222" w:rsidR="0084072A" w:rsidRPr="00094032" w:rsidRDefault="002C18EF" w:rsidP="00094032">
      <w:p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094032">
        <w:rPr>
          <w:rFonts w:cs="Times New Roman"/>
          <w:b/>
          <w:bCs/>
          <w:sz w:val="28"/>
          <w:szCs w:val="28"/>
          <w:lang w:val="uk-UA"/>
        </w:rPr>
        <w:t>Завдання 8. Принцип 5R</w:t>
      </w:r>
    </w:p>
    <w:p w14:paraId="26132F10" w14:textId="77777777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 xml:space="preserve">Одним із підходів до скорочення екологічного сліду є модель 5R: </w:t>
      </w:r>
      <w:proofErr w:type="spellStart"/>
      <w:r w:rsidRPr="0017105E">
        <w:rPr>
          <w:rFonts w:cs="Times New Roman"/>
          <w:sz w:val="28"/>
          <w:szCs w:val="28"/>
          <w:lang w:val="uk-UA"/>
        </w:rPr>
        <w:t>Refuse</w:t>
      </w:r>
      <w:proofErr w:type="spellEnd"/>
      <w:r w:rsidRPr="0017105E">
        <w:rPr>
          <w:rFonts w:cs="Times New Roman"/>
          <w:sz w:val="28"/>
          <w:szCs w:val="28"/>
          <w:lang w:val="uk-UA"/>
        </w:rPr>
        <w:t xml:space="preserve"> — відмовся; </w:t>
      </w:r>
      <w:proofErr w:type="spellStart"/>
      <w:r w:rsidRPr="0017105E">
        <w:rPr>
          <w:rFonts w:cs="Times New Roman"/>
          <w:sz w:val="28"/>
          <w:szCs w:val="28"/>
          <w:lang w:val="uk-UA"/>
        </w:rPr>
        <w:t>Reduce</w:t>
      </w:r>
      <w:proofErr w:type="spellEnd"/>
      <w:r w:rsidRPr="0017105E">
        <w:rPr>
          <w:rFonts w:cs="Times New Roman"/>
          <w:sz w:val="28"/>
          <w:szCs w:val="28"/>
          <w:lang w:val="uk-UA"/>
        </w:rPr>
        <w:t xml:space="preserve"> — скороти; </w:t>
      </w:r>
      <w:proofErr w:type="spellStart"/>
      <w:r w:rsidRPr="0017105E">
        <w:rPr>
          <w:rFonts w:cs="Times New Roman"/>
          <w:sz w:val="28"/>
          <w:szCs w:val="28"/>
          <w:lang w:val="uk-UA"/>
        </w:rPr>
        <w:t>Reuse</w:t>
      </w:r>
      <w:proofErr w:type="spellEnd"/>
      <w:r w:rsidRPr="0017105E">
        <w:rPr>
          <w:rFonts w:cs="Times New Roman"/>
          <w:sz w:val="28"/>
          <w:szCs w:val="28"/>
          <w:lang w:val="uk-UA"/>
        </w:rPr>
        <w:t xml:space="preserve"> — </w:t>
      </w:r>
      <w:r w:rsidRPr="0017105E">
        <w:rPr>
          <w:rFonts w:cs="Times New Roman"/>
          <w:sz w:val="28"/>
          <w:szCs w:val="28"/>
          <w:lang w:val="uk-UA"/>
        </w:rPr>
        <w:t xml:space="preserve">використовуй повторно; </w:t>
      </w:r>
      <w:proofErr w:type="spellStart"/>
      <w:r w:rsidRPr="0017105E">
        <w:rPr>
          <w:rFonts w:cs="Times New Roman"/>
          <w:sz w:val="28"/>
          <w:szCs w:val="28"/>
          <w:lang w:val="uk-UA"/>
        </w:rPr>
        <w:t>Repair</w:t>
      </w:r>
      <w:proofErr w:type="spellEnd"/>
      <w:r w:rsidRPr="0017105E">
        <w:rPr>
          <w:rFonts w:cs="Times New Roman"/>
          <w:sz w:val="28"/>
          <w:szCs w:val="28"/>
          <w:lang w:val="uk-UA"/>
        </w:rPr>
        <w:t xml:space="preserve"> — ремонтуй; </w:t>
      </w:r>
      <w:proofErr w:type="spellStart"/>
      <w:r w:rsidRPr="0017105E">
        <w:rPr>
          <w:rFonts w:cs="Times New Roman"/>
          <w:sz w:val="28"/>
          <w:szCs w:val="28"/>
          <w:lang w:val="uk-UA"/>
        </w:rPr>
        <w:t>Recycle</w:t>
      </w:r>
      <w:proofErr w:type="spellEnd"/>
      <w:r w:rsidRPr="0017105E">
        <w:rPr>
          <w:rFonts w:cs="Times New Roman"/>
          <w:sz w:val="28"/>
          <w:szCs w:val="28"/>
          <w:lang w:val="uk-UA"/>
        </w:rPr>
        <w:t xml:space="preserve"> — переробляй.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800"/>
        <w:gridCol w:w="6333"/>
      </w:tblGrid>
      <w:tr w:rsidR="0017105E" w:rsidRPr="0017105E" w14:paraId="5B29C66A" w14:textId="77777777" w:rsidTr="008622FE">
        <w:trPr>
          <w:tblHeader/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490130C9" w14:textId="77777777" w:rsidR="0084072A" w:rsidRPr="0017105E" w:rsidRDefault="002C18EF" w:rsidP="008622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Принцип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4DB95CCB" w14:textId="77777777" w:rsidR="0084072A" w:rsidRPr="0017105E" w:rsidRDefault="002C18EF" w:rsidP="008622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Моє практичне рішення</w:t>
            </w:r>
          </w:p>
        </w:tc>
      </w:tr>
      <w:tr w:rsidR="0017105E" w:rsidRPr="0017105E" w14:paraId="2C3BFBFA" w14:textId="77777777" w:rsidTr="008622FE">
        <w:trPr>
          <w:cantSplit/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6CADB536" w14:textId="45DEAD42" w:rsidR="0084072A" w:rsidRPr="0017105E" w:rsidRDefault="002C18EF" w:rsidP="008622FE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 w:rsidRPr="0017105E">
              <w:rPr>
                <w:rFonts w:cs="Times New Roman"/>
                <w:sz w:val="28"/>
                <w:szCs w:val="28"/>
                <w:lang w:val="uk-UA"/>
              </w:rPr>
              <w:t>Refuse</w:t>
            </w:r>
            <w:proofErr w:type="spellEnd"/>
            <w:r w:rsidR="008622FE">
              <w:rPr>
                <w:rFonts w:cs="Times New Roman"/>
                <w:sz w:val="28"/>
                <w:szCs w:val="28"/>
                <w:lang w:val="uk-UA"/>
              </w:rPr>
              <w:t xml:space="preserve"> - </w:t>
            </w:r>
            <w:r w:rsidRPr="0017105E">
              <w:rPr>
                <w:rFonts w:cs="Times New Roman"/>
                <w:sz w:val="28"/>
                <w:szCs w:val="28"/>
                <w:lang w:val="uk-UA"/>
              </w:rPr>
              <w:t>відмовитися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5F0DB740" w14:textId="77777777" w:rsidR="0084072A" w:rsidRPr="0017105E" w:rsidRDefault="0084072A" w:rsidP="008622FE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69F23B09" w14:textId="77777777" w:rsidTr="008622FE">
        <w:trPr>
          <w:cantSplit/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143E649D" w14:textId="69A17A82" w:rsidR="0084072A" w:rsidRPr="0017105E" w:rsidRDefault="002C18EF" w:rsidP="008622FE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 w:rsidRPr="0017105E">
              <w:rPr>
                <w:rFonts w:cs="Times New Roman"/>
                <w:sz w:val="28"/>
                <w:szCs w:val="28"/>
                <w:lang w:val="uk-UA"/>
              </w:rPr>
              <w:t>Reduce</w:t>
            </w:r>
            <w:proofErr w:type="spellEnd"/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="008622FE">
              <w:rPr>
                <w:rFonts w:cs="Times New Roman"/>
                <w:sz w:val="28"/>
                <w:szCs w:val="28"/>
                <w:lang w:val="uk-UA"/>
              </w:rPr>
              <w:t>-</w:t>
            </w:r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 скоротити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38A696C1" w14:textId="77777777" w:rsidR="0084072A" w:rsidRPr="0017105E" w:rsidRDefault="0084072A" w:rsidP="008622FE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16A1E73D" w14:textId="77777777" w:rsidTr="008622FE">
        <w:trPr>
          <w:cantSplit/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0CCFA8B5" w14:textId="26AF87EE" w:rsidR="0084072A" w:rsidRPr="0017105E" w:rsidRDefault="002C18EF" w:rsidP="008622FE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 w:rsidRPr="0017105E">
              <w:rPr>
                <w:rFonts w:cs="Times New Roman"/>
                <w:sz w:val="28"/>
                <w:szCs w:val="28"/>
                <w:lang w:val="uk-UA"/>
              </w:rPr>
              <w:t>Reuse</w:t>
            </w:r>
            <w:proofErr w:type="spellEnd"/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="008622FE">
              <w:rPr>
                <w:rFonts w:cs="Times New Roman"/>
                <w:sz w:val="28"/>
                <w:szCs w:val="28"/>
                <w:lang w:val="uk-UA"/>
              </w:rPr>
              <w:t>-</w:t>
            </w:r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 використати повторно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1587D277" w14:textId="77777777" w:rsidR="0084072A" w:rsidRPr="0017105E" w:rsidRDefault="0084072A" w:rsidP="008622FE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62D098B1" w14:textId="77777777" w:rsidTr="008622FE">
        <w:trPr>
          <w:cantSplit/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5C30D7FD" w14:textId="74A50B07" w:rsidR="0084072A" w:rsidRPr="0017105E" w:rsidRDefault="002C18EF" w:rsidP="008622FE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 w:rsidRPr="0017105E">
              <w:rPr>
                <w:rFonts w:cs="Times New Roman"/>
                <w:sz w:val="28"/>
                <w:szCs w:val="28"/>
                <w:lang w:val="uk-UA"/>
              </w:rPr>
              <w:t>Repair</w:t>
            </w:r>
            <w:proofErr w:type="spellEnd"/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="008622FE">
              <w:rPr>
                <w:rFonts w:cs="Times New Roman"/>
                <w:sz w:val="28"/>
                <w:szCs w:val="28"/>
                <w:lang w:val="uk-UA"/>
              </w:rPr>
              <w:t>-</w:t>
            </w:r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 відремонтувати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58DAF407" w14:textId="77777777" w:rsidR="0084072A" w:rsidRPr="0017105E" w:rsidRDefault="0084072A" w:rsidP="008622FE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4D12563E" w14:textId="77777777" w:rsidTr="008622FE">
        <w:trPr>
          <w:cantSplit/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777EAA92" w14:textId="5E7052C8" w:rsidR="0084072A" w:rsidRPr="0017105E" w:rsidRDefault="002C18EF" w:rsidP="008622FE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 w:rsidRPr="0017105E">
              <w:rPr>
                <w:rFonts w:cs="Times New Roman"/>
                <w:sz w:val="28"/>
                <w:szCs w:val="28"/>
                <w:lang w:val="uk-UA"/>
              </w:rPr>
              <w:t>Recycle</w:t>
            </w:r>
            <w:proofErr w:type="spellEnd"/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="008622FE">
              <w:rPr>
                <w:rFonts w:cs="Times New Roman"/>
                <w:sz w:val="28"/>
                <w:szCs w:val="28"/>
                <w:lang w:val="uk-UA"/>
              </w:rPr>
              <w:t>-</w:t>
            </w:r>
            <w:r w:rsidRPr="0017105E">
              <w:rPr>
                <w:rFonts w:cs="Times New Roman"/>
                <w:sz w:val="28"/>
                <w:szCs w:val="28"/>
                <w:lang w:val="uk-UA"/>
              </w:rPr>
              <w:t xml:space="preserve"> передати на перероблення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51628EEF" w14:textId="77777777" w:rsidR="0084072A" w:rsidRPr="0017105E" w:rsidRDefault="0084072A" w:rsidP="008622FE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0347B562" w14:textId="77777777" w:rsidR="00C07BDE" w:rsidRDefault="002C18EF" w:rsidP="00C07BD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 xml:space="preserve">Який із </w:t>
      </w:r>
      <w:r w:rsidRPr="0017105E">
        <w:rPr>
          <w:rFonts w:cs="Times New Roman"/>
          <w:sz w:val="28"/>
          <w:szCs w:val="28"/>
          <w:lang w:val="uk-UA"/>
        </w:rPr>
        <w:t>принципів 5R, на вашу думку, є найбільш ефективним? Обґрунтуйте відповідь</w:t>
      </w:r>
      <w:r w:rsidR="00C07BDE">
        <w:rPr>
          <w:rFonts w:cs="Times New Roman"/>
          <w:sz w:val="28"/>
          <w:szCs w:val="28"/>
          <w:lang w:val="uk-UA"/>
        </w:rPr>
        <w:t>.</w:t>
      </w:r>
    </w:p>
    <w:p w14:paraId="0F86ADB5" w14:textId="1D41E054" w:rsidR="0084072A" w:rsidRPr="0017105E" w:rsidRDefault="002C18EF" w:rsidP="00C07BD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Мій персональний план скорочення екологічного сліду</w:t>
      </w:r>
    </w:p>
    <w:p w14:paraId="3CC2BF69" w14:textId="77777777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lastRenderedPageBreak/>
        <w:t>На основі проведен</w:t>
      </w:r>
      <w:r w:rsidRPr="0017105E">
        <w:rPr>
          <w:rFonts w:cs="Times New Roman"/>
          <w:sz w:val="28"/>
          <w:szCs w:val="28"/>
          <w:lang w:val="uk-UA"/>
        </w:rPr>
        <w:t>ого аналізу сформуйте персональний план із п’яти конкретних дій. Уникайте загальних формулювань на кшталт «берегти природу» або «менше забруднювати». Дії повинні бути конкретними та реалістичними.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57"/>
        <w:gridCol w:w="2572"/>
        <w:gridCol w:w="2698"/>
        <w:gridCol w:w="1664"/>
        <w:gridCol w:w="2642"/>
      </w:tblGrid>
      <w:tr w:rsidR="0017105E" w:rsidRPr="0017105E" w14:paraId="5A2CF18C" w14:textId="77777777" w:rsidTr="00C055C4">
        <w:trPr>
          <w:tblHeader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6360400" w14:textId="77777777" w:rsidR="0084072A" w:rsidRPr="0017105E" w:rsidRDefault="002C18EF" w:rsidP="00C055C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443A36" w14:textId="77777777" w:rsidR="0084072A" w:rsidRPr="0017105E" w:rsidRDefault="002C18EF" w:rsidP="00C055C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Що я зміню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79E4AA" w14:textId="77777777" w:rsidR="0084072A" w:rsidRPr="0017105E" w:rsidRDefault="002C18EF" w:rsidP="00C055C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Який вид впливу зменшується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460654" w14:textId="77777777" w:rsidR="0084072A" w:rsidRPr="0017105E" w:rsidRDefault="002C18EF" w:rsidP="00C055C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 xml:space="preserve">Термін </w:t>
            </w: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реалізації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6DA3AE" w14:textId="77777777" w:rsidR="0084072A" w:rsidRPr="0017105E" w:rsidRDefault="002C18EF" w:rsidP="00C055C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b/>
                <w:sz w:val="28"/>
                <w:szCs w:val="28"/>
                <w:lang w:val="uk-UA"/>
              </w:rPr>
              <w:t>Як перевірю результат</w:t>
            </w:r>
          </w:p>
        </w:tc>
      </w:tr>
      <w:tr w:rsidR="0017105E" w:rsidRPr="0017105E" w14:paraId="31A540EA" w14:textId="77777777" w:rsidTr="00C055C4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93B6F90" w14:textId="77777777" w:rsidR="0084072A" w:rsidRPr="0017105E" w:rsidRDefault="002C18EF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33A9C6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104EF32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558F19C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039BA1A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799711AD" w14:textId="77777777" w:rsidTr="00C055C4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BB81B73" w14:textId="77777777" w:rsidR="0084072A" w:rsidRPr="0017105E" w:rsidRDefault="002C18EF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01E314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07165B9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9583822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86E4698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6911CD7C" w14:textId="77777777" w:rsidTr="00C055C4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38E1F99" w14:textId="77777777" w:rsidR="0084072A" w:rsidRPr="0017105E" w:rsidRDefault="002C18EF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5EECE6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AB315DC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35A7EC0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1BD5FD2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6AE868EA" w14:textId="77777777" w:rsidTr="00C055C4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B04F1D9" w14:textId="77777777" w:rsidR="0084072A" w:rsidRPr="0017105E" w:rsidRDefault="002C18EF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BF0FF0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7D338A3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D30A5DF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E5841FE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17105E" w:rsidRPr="0017105E" w14:paraId="20A37368" w14:textId="77777777" w:rsidTr="00C055C4">
        <w:trPr>
          <w:cantSplit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10DC953" w14:textId="77777777" w:rsidR="0084072A" w:rsidRPr="0017105E" w:rsidRDefault="002C18EF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7105E">
              <w:rPr>
                <w:rFonts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F159C8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E0E2566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FBD886F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527BDA6" w14:textId="77777777" w:rsidR="0084072A" w:rsidRPr="0017105E" w:rsidRDefault="0084072A" w:rsidP="00C055C4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398F180D" w14:textId="77777777" w:rsidR="0084072A" w:rsidRPr="0017105E" w:rsidRDefault="0084072A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</w:p>
    <w:p w14:paraId="419A7833" w14:textId="77777777" w:rsidR="0084072A" w:rsidRPr="0017105E" w:rsidRDefault="002C18EF" w:rsidP="0017105E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 xml:space="preserve">Приклад: замість «Економити електроенергію» краще сформулювати: «Протягом наступного місяця не залишати ноутбук, зарядні пристрої та освітлення увімкненими без необхідності та </w:t>
      </w:r>
      <w:r w:rsidRPr="0017105E">
        <w:rPr>
          <w:rFonts w:cs="Times New Roman"/>
          <w:sz w:val="28"/>
          <w:szCs w:val="28"/>
          <w:lang w:val="uk-UA"/>
        </w:rPr>
        <w:t>порівняти споживання електроенергії з попереднім місяцем».</w:t>
      </w:r>
    </w:p>
    <w:p w14:paraId="66F5F767" w14:textId="37F1C8AF" w:rsidR="0084072A" w:rsidRPr="0017105E" w:rsidRDefault="002C18EF" w:rsidP="0017105E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17105E">
        <w:rPr>
          <w:rFonts w:ascii="Times New Roman" w:hAnsi="Times New Roman" w:cs="Times New Roman"/>
          <w:color w:val="auto"/>
          <w:lang w:val="uk-UA"/>
        </w:rPr>
        <w:t>Пита</w:t>
      </w:r>
      <w:r w:rsidRPr="0017105E">
        <w:rPr>
          <w:rFonts w:ascii="Times New Roman" w:hAnsi="Times New Roman" w:cs="Times New Roman"/>
          <w:color w:val="auto"/>
          <w:lang w:val="uk-UA"/>
        </w:rPr>
        <w:t>ння для обговорення</w:t>
      </w:r>
    </w:p>
    <w:p w14:paraId="05211412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Чи може людина повністю звести свій екологічний слід до нуля?</w:t>
      </w:r>
    </w:p>
    <w:p w14:paraId="610BAE5C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Які складові особистого екологічного сліду найпростіше змінити?</w:t>
      </w:r>
    </w:p>
    <w:p w14:paraId="182CE5A0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Які складові найбільше залежать не від людини, а від інфраструктури міста та державної політики?</w:t>
      </w:r>
    </w:p>
    <w:p w14:paraId="0D71FBAD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Чому скорочен</w:t>
      </w:r>
      <w:r w:rsidRPr="0017105E">
        <w:rPr>
          <w:rFonts w:cs="Times New Roman"/>
          <w:sz w:val="28"/>
          <w:szCs w:val="28"/>
          <w:lang w:val="uk-UA"/>
        </w:rPr>
        <w:t>ня споживання іноді є ефективнішим за перероблення відходів?</w:t>
      </w:r>
    </w:p>
    <w:p w14:paraId="68D0D970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Чи завжди екологічний товар є більш дорогим?</w:t>
      </w:r>
    </w:p>
    <w:p w14:paraId="2F32835E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Чи може цифровий спосіб життя мати значний екологічний слід?</w:t>
      </w:r>
    </w:p>
    <w:p w14:paraId="3FE67348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Що важливіше: особиста відповідальність чи екологічна політика підприємств і держави?</w:t>
      </w:r>
    </w:p>
    <w:p w14:paraId="06E16B99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 xml:space="preserve">Чи </w:t>
      </w:r>
      <w:r w:rsidRPr="0017105E">
        <w:rPr>
          <w:rFonts w:cs="Times New Roman"/>
          <w:sz w:val="28"/>
          <w:szCs w:val="28"/>
          <w:lang w:val="uk-UA"/>
        </w:rPr>
        <w:t>може прагнення до «екологічного способу життя» призводити до надмірного споживання нових «еко-товарів»?</w:t>
      </w:r>
    </w:p>
    <w:p w14:paraId="10E98947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Які професійні рішення майбутнього фахівця можуть впливати на екологічний слід інших людей?</w:t>
      </w:r>
    </w:p>
    <w:p w14:paraId="6A442136" w14:textId="77777777" w:rsidR="0084072A" w:rsidRPr="0017105E" w:rsidRDefault="002C18EF" w:rsidP="0017105E">
      <w:pPr>
        <w:pStyle w:val="a"/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17105E">
        <w:rPr>
          <w:rFonts w:cs="Times New Roman"/>
          <w:sz w:val="28"/>
          <w:szCs w:val="28"/>
          <w:lang w:val="uk-UA"/>
        </w:rPr>
        <w:t>Яка одна зміна у вашому способі життя могла б мати найбільши</w:t>
      </w:r>
      <w:r w:rsidRPr="0017105E">
        <w:rPr>
          <w:rFonts w:cs="Times New Roman"/>
          <w:sz w:val="28"/>
          <w:szCs w:val="28"/>
          <w:lang w:val="uk-UA"/>
        </w:rPr>
        <w:t>й екологічний ефект?</w:t>
      </w:r>
    </w:p>
    <w:sectPr w:rsidR="0084072A" w:rsidRPr="0017105E" w:rsidSect="00034616">
      <w:pgSz w:w="12240" w:h="15840"/>
      <w:pgMar w:top="1020" w:right="850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23285" w14:textId="77777777" w:rsidR="002C18EF" w:rsidRDefault="002C18EF">
      <w:pPr>
        <w:spacing w:after="0" w:line="240" w:lineRule="auto"/>
      </w:pPr>
      <w:r>
        <w:separator/>
      </w:r>
    </w:p>
  </w:endnote>
  <w:endnote w:type="continuationSeparator" w:id="0">
    <w:p w14:paraId="1F4298FC" w14:textId="77777777" w:rsidR="002C18EF" w:rsidRDefault="002C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8B3A2" w14:textId="77777777" w:rsidR="002C18EF" w:rsidRDefault="002C18EF">
      <w:pPr>
        <w:spacing w:after="0" w:line="240" w:lineRule="auto"/>
      </w:pPr>
      <w:r>
        <w:separator/>
      </w:r>
    </w:p>
  </w:footnote>
  <w:footnote w:type="continuationSeparator" w:id="0">
    <w:p w14:paraId="06FEFC32" w14:textId="77777777" w:rsidR="002C18EF" w:rsidRDefault="002C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97810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9C4173"/>
    <w:multiLevelType w:val="hybridMultilevel"/>
    <w:tmpl w:val="5084274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5733959">
    <w:abstractNumId w:val="8"/>
  </w:num>
  <w:num w:numId="2" w16cid:durableId="1772503822">
    <w:abstractNumId w:val="6"/>
  </w:num>
  <w:num w:numId="3" w16cid:durableId="2118256269">
    <w:abstractNumId w:val="5"/>
  </w:num>
  <w:num w:numId="4" w16cid:durableId="57284106">
    <w:abstractNumId w:val="4"/>
  </w:num>
  <w:num w:numId="5" w16cid:durableId="1122698476">
    <w:abstractNumId w:val="7"/>
  </w:num>
  <w:num w:numId="6" w16cid:durableId="948202108">
    <w:abstractNumId w:val="3"/>
  </w:num>
  <w:num w:numId="7" w16cid:durableId="1235119027">
    <w:abstractNumId w:val="2"/>
  </w:num>
  <w:num w:numId="8" w16cid:durableId="1620524207">
    <w:abstractNumId w:val="1"/>
  </w:num>
  <w:num w:numId="9" w16cid:durableId="597106696">
    <w:abstractNumId w:val="0"/>
  </w:num>
  <w:num w:numId="10" w16cid:durableId="11259266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032"/>
    <w:rsid w:val="0015074B"/>
    <w:rsid w:val="0017105E"/>
    <w:rsid w:val="0029639D"/>
    <w:rsid w:val="002C18EF"/>
    <w:rsid w:val="002D336F"/>
    <w:rsid w:val="002F59BD"/>
    <w:rsid w:val="00326F90"/>
    <w:rsid w:val="00331C06"/>
    <w:rsid w:val="0037403A"/>
    <w:rsid w:val="004A760C"/>
    <w:rsid w:val="004F495B"/>
    <w:rsid w:val="005040C8"/>
    <w:rsid w:val="00585207"/>
    <w:rsid w:val="00587915"/>
    <w:rsid w:val="00671832"/>
    <w:rsid w:val="0080574D"/>
    <w:rsid w:val="0084072A"/>
    <w:rsid w:val="008622FE"/>
    <w:rsid w:val="008F3986"/>
    <w:rsid w:val="009F4B32"/>
    <w:rsid w:val="00AA1D8D"/>
    <w:rsid w:val="00AF69D7"/>
    <w:rsid w:val="00B47730"/>
    <w:rsid w:val="00BB68E2"/>
    <w:rsid w:val="00C01DDA"/>
    <w:rsid w:val="00C055C4"/>
    <w:rsid w:val="00C07BDE"/>
    <w:rsid w:val="00C779FF"/>
    <w:rsid w:val="00CB0664"/>
    <w:rsid w:val="00E46879"/>
    <w:rsid w:val="00E8728F"/>
    <w:rsid w:val="00ED763D"/>
    <w:rsid w:val="00F211D2"/>
    <w:rsid w:val="00FC693F"/>
    <w:rsid w:val="00FE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79E195"/>
  <w14:defaultImageDpi w14:val="300"/>
  <w15:docId w15:val="{CCC88BDC-F617-46F7-AEFF-E0891BE0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6261</Words>
  <Characters>3570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Практична робота № 2. Оцінювання особистого екологічного сліду</vt:lpstr>
      <vt:lpstr/>
    </vt:vector>
  </TitlesOfParts>
  <Manager/>
  <Company/>
  <LinksUpToDate>false</LinksUpToDate>
  <CharactersWithSpaces>9812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Практична робота № 2. Оцінювання особистого екологічного сліду</dc:title>
  <dc:subject>Навчально-методичний матеріал</dc:subject>
  <dc:creator>python-docx</dc:creator>
  <cp:keywords/>
  <dc:description>generated by python-docx</dc:description>
  <cp:lastModifiedBy>Світлана Хоменко</cp:lastModifiedBy>
  <cp:revision>44</cp:revision>
  <dcterms:created xsi:type="dcterms:W3CDTF">2026-09-08T06:14:00Z</dcterms:created>
  <dcterms:modified xsi:type="dcterms:W3CDTF">2026-09-08T07:14:00Z</dcterms:modified>
  <cp:category/>
</cp:coreProperties>
</file>