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95F" w:rsidRPr="007D0482" w:rsidRDefault="00BB0EB1" w:rsidP="008E36BC">
      <w:pPr>
        <w:pStyle w:val="1"/>
        <w:keepNext w:val="0"/>
        <w:keepLines w:val="0"/>
        <w:widowControl w:val="0"/>
        <w:tabs>
          <w:tab w:val="left" w:pos="993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lang w:val="uk-UA"/>
        </w:rPr>
      </w:pPr>
      <w:r w:rsidRPr="007D0482">
        <w:rPr>
          <w:rFonts w:ascii="Times New Roman" w:hAnsi="Times New Roman" w:cs="Times New Roman"/>
          <w:color w:val="auto"/>
          <w:lang w:val="uk-UA"/>
        </w:rPr>
        <w:t>Інструкція до вправи «Креативний продукт»</w:t>
      </w:r>
    </w:p>
    <w:p w:rsidR="00EE395F" w:rsidRPr="007D0482" w:rsidRDefault="00BB0EB1" w:rsidP="00E147C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Завдання групи</w:t>
      </w:r>
      <w:r w:rsidR="008E36B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E36BC" w:rsidRPr="002A32B9">
        <w:rPr>
          <w:rFonts w:ascii="Times New Roman" w:eastAsia="Calibri" w:hAnsi="Times New Roman" w:cs="Times New Roman"/>
          <w:sz w:val="28"/>
          <w:szCs w:val="28"/>
        </w:rPr>
        <w:t xml:space="preserve">групи по </w:t>
      </w:r>
      <w:r w:rsidR="008E36BC">
        <w:rPr>
          <w:rFonts w:ascii="Times New Roman" w:eastAsia="Calibri" w:hAnsi="Times New Roman" w:cs="Times New Roman"/>
          <w:sz w:val="28"/>
          <w:szCs w:val="28"/>
          <w:lang w:val="uk-UA"/>
        </w:rPr>
        <w:t>2-4</w:t>
      </w:r>
      <w:r w:rsidR="008E36BC" w:rsidRPr="002A32B9">
        <w:rPr>
          <w:rFonts w:ascii="Times New Roman" w:eastAsia="Calibri" w:hAnsi="Times New Roman" w:cs="Times New Roman"/>
          <w:sz w:val="28"/>
          <w:szCs w:val="28"/>
        </w:rPr>
        <w:t xml:space="preserve"> ос</w:t>
      </w:r>
      <w:r w:rsidR="008E36BC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8E36BC" w:rsidRPr="002A32B9">
        <w:rPr>
          <w:rFonts w:ascii="Times New Roman" w:eastAsia="Calibri" w:hAnsi="Times New Roman" w:cs="Times New Roman"/>
          <w:sz w:val="28"/>
          <w:szCs w:val="28"/>
        </w:rPr>
        <w:t>б</w:t>
      </w:r>
      <w:r w:rsidR="008E36BC">
        <w:rPr>
          <w:rFonts w:ascii="Times New Roman" w:eastAsia="Calibri" w:hAnsi="Times New Roman" w:cs="Times New Roman"/>
          <w:sz w:val="28"/>
          <w:szCs w:val="28"/>
          <w:lang w:val="uk-UA"/>
        </w:rPr>
        <w:t>и)</w:t>
      </w:r>
      <w:r w:rsidR="008E36BC" w:rsidRPr="002A32B9">
        <w:rPr>
          <w:rFonts w:ascii="Times New Roman" w:eastAsia="Calibri" w:hAnsi="Times New Roman" w:cs="Times New Roman"/>
          <w:sz w:val="28"/>
          <w:szCs w:val="28"/>
        </w:rPr>
        <w:t>, з презентацією результату</w:t>
      </w:r>
      <w:r w:rsidRPr="007D0482">
        <w:rPr>
          <w:rFonts w:ascii="Times New Roman" w:hAnsi="Times New Roman" w:cs="Times New Roman"/>
          <w:sz w:val="28"/>
          <w:szCs w:val="28"/>
          <w:lang w:val="uk-UA"/>
        </w:rPr>
        <w:t>: придумати новий продукт або послугу для будь-якої аудиторії та коротко представити його.</w:t>
      </w:r>
    </w:p>
    <w:p w:rsidR="00EE395F" w:rsidRPr="007D0482" w:rsidRDefault="00BB0EB1" w:rsidP="00E147CC">
      <w:pPr>
        <w:pStyle w:val="21"/>
        <w:keepNext w:val="0"/>
        <w:keepLines w:val="0"/>
        <w:widowControl w:val="0"/>
        <w:tabs>
          <w:tab w:val="left" w:pos="993"/>
        </w:tabs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color w:val="auto"/>
          <w:sz w:val="28"/>
          <w:szCs w:val="28"/>
          <w:lang w:val="uk-UA"/>
        </w:rPr>
        <w:t>Кроки роботи:</w:t>
      </w:r>
    </w:p>
    <w:p w:rsidR="00BB0EB1" w:rsidRPr="007D0482" w:rsidRDefault="009A04C3" w:rsidP="009A04C3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bookmarkStart w:id="0" w:name="_GoBack"/>
      <w:bookmarkEnd w:id="0"/>
      <w:r w:rsidR="00BB0EB1" w:rsidRPr="007D0482">
        <w:rPr>
          <w:rFonts w:ascii="Times New Roman" w:hAnsi="Times New Roman" w:cs="Times New Roman"/>
          <w:sz w:val="28"/>
          <w:szCs w:val="28"/>
          <w:lang w:val="uk-UA"/>
        </w:rPr>
        <w:t>Придумайте назву продукту</w:t>
      </w:r>
    </w:p>
    <w:p w:rsidR="00BB0EB1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Оберіть яскраву та оригінальну назву, яка легко запам’ятовується.</w:t>
      </w:r>
    </w:p>
    <w:p w:rsidR="00EE395F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Назва має відображати суть вашого продукту або послуги.</w:t>
      </w:r>
    </w:p>
    <w:p w:rsidR="00BB0EB1" w:rsidRPr="007D0482" w:rsidRDefault="009A04C3" w:rsidP="009A04C3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BB0EB1" w:rsidRPr="007D0482">
        <w:rPr>
          <w:rFonts w:ascii="Times New Roman" w:hAnsi="Times New Roman" w:cs="Times New Roman"/>
          <w:sz w:val="28"/>
          <w:szCs w:val="28"/>
          <w:lang w:val="uk-UA"/>
        </w:rPr>
        <w:t>Визначте цільову аудиторію.</w:t>
      </w:r>
    </w:p>
    <w:p w:rsidR="00BB0EB1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Подумайте, хто буде основним користувачем або покупцем вашого продукту.</w:t>
      </w:r>
    </w:p>
    <w:p w:rsidR="009A04C3" w:rsidRDefault="00BB0EB1" w:rsidP="009A04C3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Опишіть основні характеристики цієї групи: вік, інтереси, потреби, стиль життя.</w:t>
      </w:r>
    </w:p>
    <w:p w:rsidR="00BB0EB1" w:rsidRPr="007D0482" w:rsidRDefault="009A04C3" w:rsidP="009A04C3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BB0EB1" w:rsidRPr="007D0482">
        <w:rPr>
          <w:rFonts w:ascii="Times New Roman" w:hAnsi="Times New Roman" w:cs="Times New Roman"/>
          <w:sz w:val="28"/>
          <w:szCs w:val="28"/>
          <w:lang w:val="uk-UA"/>
        </w:rPr>
        <w:t>Опишіть головну цінність продукту.</w:t>
      </w:r>
    </w:p>
    <w:p w:rsidR="00BB0EB1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Яку проблему вирішує ваш продукт?</w:t>
      </w:r>
    </w:p>
    <w:p w:rsidR="00BB0EB1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Чим він буде корисний чи зручний для споживача?</w:t>
      </w:r>
    </w:p>
    <w:p w:rsidR="00EE395F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У чому його унікальність у порівнянні з іншими товарами чи послугами?</w:t>
      </w:r>
    </w:p>
    <w:p w:rsidR="007D0482" w:rsidRPr="007D0482" w:rsidRDefault="007D0482" w:rsidP="00E147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4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Р</w:t>
      </w:r>
      <w:r w:rsidRPr="007D0482">
        <w:rPr>
          <w:rFonts w:ascii="Times New Roman" w:eastAsia="Calibri" w:hAnsi="Times New Roman" w:cs="Times New Roman"/>
          <w:sz w:val="28"/>
          <w:szCs w:val="28"/>
        </w:rPr>
        <w:t>озробити базовий комплекс маркетингу для цього продукту:</w:t>
      </w:r>
    </w:p>
    <w:p w:rsidR="007D0482" w:rsidRPr="007D0482" w:rsidRDefault="007D0482" w:rsidP="00E147CC">
      <w:pPr>
        <w:pStyle w:val="a"/>
        <w:widowControl w:val="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482">
        <w:rPr>
          <w:rFonts w:ascii="Times New Roman" w:hAnsi="Times New Roman" w:cs="Times New Roman"/>
          <w:sz w:val="28"/>
          <w:szCs w:val="28"/>
        </w:rPr>
        <w:t>Товар (Product): ключові характеристики, дизайн/упаковка, асортимент, рівень сервісу.</w:t>
      </w:r>
    </w:p>
    <w:p w:rsidR="007D0482" w:rsidRPr="007D0482" w:rsidRDefault="007D0482" w:rsidP="00E147CC">
      <w:pPr>
        <w:pStyle w:val="a"/>
        <w:widowControl w:val="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482">
        <w:rPr>
          <w:rFonts w:ascii="Times New Roman" w:hAnsi="Times New Roman" w:cs="Times New Roman"/>
          <w:sz w:val="28"/>
          <w:szCs w:val="28"/>
        </w:rPr>
        <w:t>Ціна (Price): орієнтовна цінова стратегія (наприклад, низька ціна для проникнення на ринок, преміальна ціна тощо) і обґрунтування вибору.</w:t>
      </w:r>
    </w:p>
    <w:p w:rsidR="007D0482" w:rsidRPr="007D0482" w:rsidRDefault="007D0482" w:rsidP="00E147CC">
      <w:pPr>
        <w:pStyle w:val="a"/>
        <w:widowControl w:val="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482">
        <w:rPr>
          <w:rFonts w:ascii="Times New Roman" w:hAnsi="Times New Roman" w:cs="Times New Roman"/>
          <w:sz w:val="28"/>
          <w:szCs w:val="28"/>
        </w:rPr>
        <w:t>Місце (Place): канали збуту</w:t>
      </w:r>
      <w:r w:rsidR="00E147C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7D0482">
        <w:rPr>
          <w:rFonts w:ascii="Times New Roman" w:hAnsi="Times New Roman" w:cs="Times New Roman"/>
          <w:sz w:val="28"/>
          <w:szCs w:val="28"/>
        </w:rPr>
        <w:t>де і як споживач купуватиме продукт.</w:t>
      </w:r>
    </w:p>
    <w:p w:rsidR="007D0482" w:rsidRPr="007D0482" w:rsidRDefault="007D0482" w:rsidP="00E147CC">
      <w:pPr>
        <w:pStyle w:val="a"/>
        <w:widowControl w:val="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482">
        <w:rPr>
          <w:rFonts w:ascii="Times New Roman" w:hAnsi="Times New Roman" w:cs="Times New Roman"/>
          <w:sz w:val="28"/>
          <w:szCs w:val="28"/>
        </w:rPr>
        <w:t>Просування (Promotion): 2 конкретні інструменти комунікації (наприклад, реклама в соцмережах, PR, акції).</w:t>
      </w:r>
    </w:p>
    <w:p w:rsidR="00BB0EB1" w:rsidRPr="007D0482" w:rsidRDefault="00A42464" w:rsidP="00A42464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BB0EB1" w:rsidRPr="007D0482">
        <w:rPr>
          <w:rFonts w:ascii="Times New Roman" w:hAnsi="Times New Roman" w:cs="Times New Roman"/>
          <w:sz w:val="28"/>
          <w:szCs w:val="28"/>
          <w:lang w:val="uk-UA"/>
        </w:rPr>
        <w:t>Створіть візуалізацію.</w:t>
      </w:r>
    </w:p>
    <w:p w:rsidR="00BB0EB1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Намалюйте логотип, упаковку чи схематичне зображення продукту.</w:t>
      </w:r>
    </w:p>
    <w:p w:rsidR="00BB0EB1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Запишіть короткий опис і придумайте слоган.</w:t>
      </w:r>
    </w:p>
    <w:p w:rsidR="00EE395F" w:rsidRPr="007D0482" w:rsidRDefault="00BB0EB1" w:rsidP="00E147CC">
      <w:pPr>
        <w:pStyle w:val="a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- Підготуйте аркуш чи плакат для презентації перед аудиторією.</w:t>
      </w:r>
    </w:p>
    <w:p w:rsidR="00EE395F" w:rsidRPr="007D0482" w:rsidRDefault="00E147CC" w:rsidP="00E147CC">
      <w:pPr>
        <w:pStyle w:val="21"/>
        <w:keepNext w:val="0"/>
        <w:keepLines w:val="0"/>
        <w:widowControl w:val="0"/>
        <w:tabs>
          <w:tab w:val="left" w:pos="993"/>
        </w:tabs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План</w:t>
      </w:r>
      <w:r w:rsidR="00BB0EB1" w:rsidRPr="007D048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презентації:</w:t>
      </w:r>
    </w:p>
    <w:p w:rsidR="00EE395F" w:rsidRPr="007D0482" w:rsidRDefault="00BB0EB1" w:rsidP="00E147CC">
      <w:pPr>
        <w:pStyle w:val="a0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1. Назва продукту.</w:t>
      </w:r>
    </w:p>
    <w:p w:rsidR="00EE395F" w:rsidRPr="007D0482" w:rsidRDefault="00BB0EB1" w:rsidP="00E147CC">
      <w:pPr>
        <w:pStyle w:val="a0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2. Цільова аудиторія.</w:t>
      </w:r>
    </w:p>
    <w:p w:rsidR="00EE395F" w:rsidRPr="007D0482" w:rsidRDefault="00BB0EB1" w:rsidP="00E147CC">
      <w:pPr>
        <w:pStyle w:val="a0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3. Основна цінність.</w:t>
      </w:r>
    </w:p>
    <w:p w:rsidR="00EE395F" w:rsidRPr="007D0482" w:rsidRDefault="00BB0EB1" w:rsidP="00E147CC">
      <w:pPr>
        <w:pStyle w:val="a0"/>
        <w:widowControl w:val="0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7D0482">
        <w:rPr>
          <w:rFonts w:ascii="Times New Roman" w:hAnsi="Times New Roman" w:cs="Times New Roman"/>
          <w:sz w:val="28"/>
          <w:szCs w:val="28"/>
          <w:lang w:val="uk-UA"/>
        </w:rPr>
        <w:t>Комплекс маркетингу</w:t>
      </w:r>
      <w:r w:rsidRPr="007D04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E395F" w:rsidRPr="007D0482" w:rsidRDefault="00BB0EB1" w:rsidP="00E147CC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0482">
        <w:rPr>
          <w:rFonts w:ascii="Times New Roman" w:hAnsi="Times New Roman" w:cs="Times New Roman"/>
          <w:sz w:val="28"/>
          <w:szCs w:val="28"/>
          <w:lang w:val="uk-UA"/>
        </w:rPr>
        <w:t>5. Демонстрація візуалізації.</w:t>
      </w:r>
    </w:p>
    <w:sectPr w:rsidR="00EE395F" w:rsidRPr="007D0482" w:rsidSect="00BB0EB1">
      <w:pgSz w:w="12240" w:h="15840"/>
      <w:pgMar w:top="1440" w:right="56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150B8D"/>
    <w:multiLevelType w:val="hybridMultilevel"/>
    <w:tmpl w:val="C2E417EC"/>
    <w:lvl w:ilvl="0" w:tplc="06F8A900">
      <w:start w:val="1"/>
      <w:numFmt w:val="bullet"/>
      <w:lvlText w:val="•"/>
      <w:lvlJc w:val="left"/>
      <w:pPr>
        <w:ind w:left="720" w:hanging="360"/>
      </w:pPr>
    </w:lvl>
    <w:lvl w:ilvl="1" w:tplc="1A78DBE6">
      <w:numFmt w:val="decimal"/>
      <w:lvlText w:val=""/>
      <w:lvlJc w:val="left"/>
    </w:lvl>
    <w:lvl w:ilvl="2" w:tplc="ABA67CCE">
      <w:numFmt w:val="decimal"/>
      <w:lvlText w:val=""/>
      <w:lvlJc w:val="left"/>
    </w:lvl>
    <w:lvl w:ilvl="3" w:tplc="4A7AB184">
      <w:numFmt w:val="decimal"/>
      <w:lvlText w:val=""/>
      <w:lvlJc w:val="left"/>
    </w:lvl>
    <w:lvl w:ilvl="4" w:tplc="C1B00868">
      <w:numFmt w:val="decimal"/>
      <w:lvlText w:val=""/>
      <w:lvlJc w:val="left"/>
    </w:lvl>
    <w:lvl w:ilvl="5" w:tplc="B9E8914E">
      <w:numFmt w:val="decimal"/>
      <w:lvlText w:val=""/>
      <w:lvlJc w:val="left"/>
    </w:lvl>
    <w:lvl w:ilvl="6" w:tplc="E36A1122">
      <w:numFmt w:val="decimal"/>
      <w:lvlText w:val=""/>
      <w:lvlJc w:val="left"/>
    </w:lvl>
    <w:lvl w:ilvl="7" w:tplc="B9988D86">
      <w:numFmt w:val="decimal"/>
      <w:lvlText w:val=""/>
      <w:lvlJc w:val="left"/>
    </w:lvl>
    <w:lvl w:ilvl="8" w:tplc="BCE2CE34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0482"/>
    <w:rsid w:val="008E36BC"/>
    <w:rsid w:val="009A04C3"/>
    <w:rsid w:val="00A42464"/>
    <w:rsid w:val="00AA1D8D"/>
    <w:rsid w:val="00B47730"/>
    <w:rsid w:val="00BB0EB1"/>
    <w:rsid w:val="00CB0664"/>
    <w:rsid w:val="00E147CC"/>
    <w:rsid w:val="00E63F73"/>
    <w:rsid w:val="00EE39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06EC4"/>
  <w14:defaultImageDpi w14:val="300"/>
  <w15:docId w15:val="{101681AA-9BDB-4456-BA00-F7894FB0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8E3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8E3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A722E8-4A13-476C-BD05-2877B1117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980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6</cp:revision>
  <dcterms:created xsi:type="dcterms:W3CDTF">2026-09-06T11:03:00Z</dcterms:created>
  <dcterms:modified xsi:type="dcterms:W3CDTF">2026-09-06T12:04:00Z</dcterms:modified>
  <cp:category/>
</cp:coreProperties>
</file>