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FCB78" w14:textId="7539AD43" w:rsidR="00E77861" w:rsidRPr="00E77861" w:rsidRDefault="00E77861" w:rsidP="00E77861">
      <w:pPr>
        <w:pStyle w:val="Heading1"/>
        <w:spacing w:before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77861">
        <w:rPr>
          <w:rFonts w:ascii="Times New Roman" w:eastAsia="Times New Roman" w:hAnsi="Times New Roman" w:cs="Times New Roman"/>
          <w:color w:val="000000"/>
        </w:rPr>
        <w:t>ЛЕКЦІЯ</w:t>
      </w:r>
      <w:r w:rsidRPr="00E77861">
        <w:rPr>
          <w:rFonts w:ascii="Times New Roman" w:eastAsia="Times New Roman" w:hAnsi="Times New Roman" w:cs="Times New Roman"/>
          <w:color w:val="000000"/>
          <w:lang w:val="uk-UA"/>
        </w:rPr>
        <w:t xml:space="preserve"> </w:t>
      </w:r>
      <w:r w:rsidRPr="00E77861">
        <w:rPr>
          <w:rFonts w:ascii="Times New Roman" w:eastAsia="Times New Roman" w:hAnsi="Times New Roman" w:cs="Times New Roman"/>
        </w:rPr>
        <w:t xml:space="preserve">1. </w:t>
      </w:r>
      <w:r w:rsidRPr="00E77861">
        <w:rPr>
          <w:rFonts w:ascii="Times New Roman" w:hAnsi="Times New Roman" w:cs="Times New Roman"/>
          <w:color w:val="000000"/>
        </w:rPr>
        <w:t>ПРОПАГАНДА І МАНІПУЛЯЦІЯ ЯК ПСИХОЛОГІЧНІ ФЕНОМЕНИ</w:t>
      </w:r>
    </w:p>
    <w:p w14:paraId="13FCE204" w14:textId="77777777" w:rsidR="00E77861" w:rsidRPr="00E77861" w:rsidRDefault="00E77861" w:rsidP="00E77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D9AD350" w14:textId="77777777" w:rsidR="00E77861" w:rsidRPr="00E77861" w:rsidRDefault="00E77861" w:rsidP="00E7786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A"/>
        </w:rPr>
      </w:pPr>
      <w:r w:rsidRPr="00E77861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 xml:space="preserve">Інформаційно-психологічний вплив у сучасному суспільстві. </w:t>
      </w:r>
    </w:p>
    <w:p w14:paraId="569BC17C" w14:textId="77777777" w:rsidR="00E77861" w:rsidRPr="00E77861" w:rsidRDefault="00E77861" w:rsidP="00E7786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A"/>
        </w:rPr>
      </w:pPr>
      <w:r w:rsidRPr="00E77861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 xml:space="preserve">Поняття пропаганди та маніпуляції: спільне та відмінне. </w:t>
      </w:r>
    </w:p>
    <w:p w14:paraId="1C67B8A2" w14:textId="77777777" w:rsidR="00E77861" w:rsidRPr="00E77861" w:rsidRDefault="00E77861" w:rsidP="00E7786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A"/>
        </w:rPr>
      </w:pPr>
      <w:r w:rsidRPr="00E77861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 xml:space="preserve">Історичні та сучасні форми пропаганди. </w:t>
      </w:r>
    </w:p>
    <w:p w14:paraId="1C47D990" w14:textId="77777777" w:rsidR="00E77861" w:rsidRPr="00E77861" w:rsidRDefault="00E77861" w:rsidP="00E7786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A"/>
        </w:rPr>
      </w:pPr>
      <w:r w:rsidRPr="00E77861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 xml:space="preserve">Роль психології у протидії маніпулятивному впливу. </w:t>
      </w:r>
    </w:p>
    <w:p w14:paraId="6D86E8A6" w14:textId="5222CE0E" w:rsidR="00E77861" w:rsidRPr="00E77861" w:rsidRDefault="00E77861" w:rsidP="00E7786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A"/>
        </w:rPr>
      </w:pPr>
      <w:r w:rsidRPr="00E77861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Актуальність дисципліни в умовах інформаційної війни.</w:t>
      </w:r>
    </w:p>
    <w:p w14:paraId="6B98291B" w14:textId="77777777" w:rsidR="00E77861" w:rsidRPr="00E77861" w:rsidRDefault="00E77861" w:rsidP="00E7786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476DD3F0" w14:textId="77777777" w:rsidR="00E77861" w:rsidRPr="00E77861" w:rsidRDefault="00E77861" w:rsidP="00E77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00000007" w14:textId="77777777" w:rsidR="007E0A9B" w:rsidRDefault="007E0A9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14:paraId="00000008" w14:textId="77777777" w:rsidR="007E0A9B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ВСТУП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найвпливовіших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переконань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установок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поведінки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думкою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 ПОНЯТТЯ ТА ОСОБЛИВОСТІ ПРОПАГАНДИ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цілеспрямоване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свідомість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характеризується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маніпулятивністю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емоційністю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вибірковістю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повторенням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Поняття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пропаганда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». </w:t>
      </w:r>
    </w:p>
    <w:p w14:paraId="00000009" w14:textId="77777777" w:rsidR="007E0A9B" w:rsidRDefault="00000000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стверджують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виникнення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слід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пов’язувати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появою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приватної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спровокувало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тобто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будь-якій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правлячий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царі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князі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фараони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королі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прагнув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примуси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нижчого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A" w14:textId="77777777" w:rsidR="007E0A9B" w:rsidRDefault="00000000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Одним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зразків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вважати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преамбулу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Хаммурапі,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сказано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встановлення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справедливості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слабких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Зміст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самих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законів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переважно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захист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рахунок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незаможного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B" w14:textId="77777777" w:rsidR="007E0A9B" w:rsidRDefault="007E0A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C" w14:textId="77777777" w:rsidR="007E0A9B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Виникнення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пов’язують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буллою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Римського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22 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1622 р.,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назву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Congregatio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Propaganda Fide. У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ішлося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координації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місіонерської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тобто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Цікаво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недопущення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іронією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з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невід’ємною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D" w14:textId="77777777" w:rsidR="007E0A9B" w:rsidRDefault="007E0A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E" w14:textId="77777777" w:rsidR="007E0A9B" w:rsidRDefault="00000000">
      <w:pPr>
        <w:numPr>
          <w:ilvl w:val="0"/>
          <w:numId w:val="4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соціологічному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енциклопедичному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словнику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розглядається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трьох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варіантах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0F" w14:textId="77777777" w:rsidR="007E0A9B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художніх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певних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позицій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уявлень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емоційних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поведінку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10" w14:textId="77777777" w:rsidR="007E0A9B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партій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00000011" w14:textId="77777777" w:rsidR="007E0A9B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маніпуляції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свідомістю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00000012" w14:textId="77777777" w:rsidR="007E0A9B" w:rsidRDefault="00000000">
      <w:pPr>
        <w:numPr>
          <w:ilvl w:val="0"/>
          <w:numId w:val="5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У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політологічному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енциклопедичному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словнику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пропаганда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визначається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систематичне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зусилля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вплинути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свідомість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індивідів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груп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утворень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заздалегідь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13" w14:textId="77777777" w:rsidR="007E0A9B" w:rsidRDefault="007E0A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4" w14:textId="77777777" w:rsidR="007E0A9B" w:rsidRDefault="00000000">
      <w:pPr>
        <w:numPr>
          <w:ilvl w:val="0"/>
          <w:numId w:val="6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спрямована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аргументів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чуток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відомостей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думку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справи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позиції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5" w14:textId="77777777" w:rsidR="007E0A9B" w:rsidRDefault="00000000">
      <w:pPr>
        <w:numPr>
          <w:ilvl w:val="0"/>
          <w:numId w:val="6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Велика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радянська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енциклопедія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визначає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поширення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політичних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філософських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наукових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художніх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позицій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свідомість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практичної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</w:p>
    <w:p w14:paraId="00000016" w14:textId="77777777" w:rsidR="007E0A9B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Пропаганда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ідеологічно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партії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об’єднання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конкретних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позицій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уявлень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світогляду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зазвичай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поширюється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засоби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досягнути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бажаного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насамперед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17" w14:textId="77777777" w:rsidR="007E0A9B" w:rsidRDefault="00000000">
      <w:pPr>
        <w:numPr>
          <w:ilvl w:val="0"/>
          <w:numId w:val="7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Пропаганда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інформацію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вибірково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спонукати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певних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узагальнень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використовує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емоційно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заряджені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повідомлення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спровокувати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емоційну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раціональну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реакцію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наведену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інформацію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Бажаним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результатом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є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ставлення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суб’єкта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цільовій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аудиторії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просувати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таємні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політичні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використовуватись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протистояння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18" w14:textId="77777777" w:rsidR="007E0A9B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являє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собою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більш-менш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зусилля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маніпулювати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переконаннями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відносинами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діями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людей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допомогою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символів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(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жестів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плакатів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музики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одягу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Умисність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і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відносно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сильний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акцент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маніпуляції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відрізняють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пропаганду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звичайного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легкого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пропагандиста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конкретна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пропагандист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навмисно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відбирає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аргументи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символи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досягти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найбільшого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ефекту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максимізувати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оминати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спотворювати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відвертати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джерел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19" w14:textId="77777777" w:rsidR="007E0A9B" w:rsidRDefault="007E0A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A" w14:textId="77777777" w:rsidR="007E0A9B" w:rsidRDefault="00000000">
      <w:pPr>
        <w:numPr>
          <w:ilvl w:val="0"/>
          <w:numId w:val="14"/>
        </w:num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Види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пропаганди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політична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соціологічна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Гарольд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Дуайт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Лассвелл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праця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Теорія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політичної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пропаганди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». </w:t>
      </w:r>
    </w:p>
    <w:p w14:paraId="0000001B" w14:textId="77777777" w:rsidR="007E0A9B" w:rsidRDefault="007E0A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C" w14:textId="77777777" w:rsidR="007E0A9B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Елюль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виділяв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1D" w14:textId="77777777" w:rsidR="007E0A9B" w:rsidRDefault="00000000">
      <w:pPr>
        <w:numPr>
          <w:ilvl w:val="0"/>
          <w:numId w:val="8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вертикальна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згори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донизу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одержувача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нав’язує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чужий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погляд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1E" w14:textId="77777777" w:rsidR="007E0A9B" w:rsidRDefault="00000000">
      <w:pPr>
        <w:numPr>
          <w:ilvl w:val="0"/>
          <w:numId w:val="8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соціологічну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горизонтальна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навколо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себе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І,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мабуть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1F" w14:textId="77777777" w:rsidR="007E0A9B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американські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20" w14:textId="77777777" w:rsidR="007E0A9B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Лассуелл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першопрохідник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виявився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здатні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відштовхуватися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творці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контрстратегій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революційної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Лассуэлл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менеджмент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колективних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відносин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маніпуляції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символами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Причому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відносини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тенденцію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підставі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ціннісної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думку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підштовхнув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текст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1927 р. </w:t>
      </w:r>
    </w:p>
    <w:p w14:paraId="00000021" w14:textId="77777777" w:rsidR="007E0A9B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грамотність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фізичні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канали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прискорили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зв'язки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правлять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00000022" w14:textId="77777777" w:rsidR="007E0A9B" w:rsidRDefault="00000000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Процедури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рефлексу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рефлекс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сукупністю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стимулу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закріплену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повторюваною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нагородою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підкріпленням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Собачка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стрибає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мотузку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шматочок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цукру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23" w14:textId="77777777" w:rsidR="007E0A9B" w:rsidRDefault="00000000">
      <w:pPr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прибирає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іграшки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нагороджується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склянкою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морозива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Очевидно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алгоритму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пропагандистської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шляхом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Тобто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сформулювати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поведінкового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підкріплення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вчинок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нагороду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14:paraId="0B3F5B5C" w14:textId="77777777" w:rsidR="00E77861" w:rsidRDefault="00E77861" w:rsidP="00E7786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ета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повинна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описувати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поведінкову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реакцію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спостерігача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першого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порядку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результат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підкріплення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віртуальну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реакцію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спостерігача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другого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порядку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Тобто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мета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повинна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включати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термінах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об'єктивної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віртуальної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складової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26" w14:textId="3A2A7E62" w:rsidR="007E0A9B" w:rsidRDefault="00000000" w:rsidP="00E7786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висновок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нерідко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ігнорується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організаторами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пропагандистських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кампаній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переміщують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алгоритм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рефлексу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область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віртуальності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формулюючи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рефлексу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ментальної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позитивного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товару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передвиборне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бажання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замовника-кандидата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приблизно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вважали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найкращим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цих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кампаній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беруть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озброєння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бажання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споживачі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виділяють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товар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виборці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справді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виділяють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кандидата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перемоги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завжди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достатньо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фізичні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пов'язані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виборці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повинні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вийти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відмовившись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поїздки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знайшли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виборчу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дільницю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заповнили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бюлетень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27" w14:textId="77777777" w:rsidR="007E0A9B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поширеною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пропагандистською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помилкою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поведінки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Подібний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радянський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період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популярний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Верховної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!»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зовсім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враховувалися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віртуальні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конкретної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28" w14:textId="77777777" w:rsidR="007E0A9B" w:rsidRDefault="00000000" w:rsidP="00E7786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перетворити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відрізок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якраз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віртуальних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породжувати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абсолютно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однакову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віртуальності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розумітиметься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властива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індивіду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однакові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придбання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поїдання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морозива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когось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марною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витратою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грошей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когось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маленькою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дитини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коханої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поведінки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віртуальних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реальностей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29" w14:textId="77777777" w:rsidR="007E0A9B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цільову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виділити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початкових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спостерігачів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поведінка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змінюватиметься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Нерідко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зустріти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виділення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цільової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замовнику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підмінюється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маніфестацією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корпоративного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належить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замовник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09D8ED" w14:textId="77777777" w:rsidR="00E77861" w:rsidRDefault="00000000" w:rsidP="00E778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рекламних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агентств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прагнучи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максимального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доходу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приділяє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рекламодавцю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реклами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Тобто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фахівців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рекламодавець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цільовою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мірою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позбавлений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гідності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комерційних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рекламних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агентств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виробничих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жорсткої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конкуренції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призвести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рекламодавець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цільова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самоусунутись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витримавши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витрат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рекламний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бюджет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відмовитися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рекламного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агентства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помітивши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реклами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2B" w14:textId="1A615BC2" w:rsidR="007E0A9B" w:rsidRDefault="00000000" w:rsidP="00E778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Другим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симптомом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цільової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будь-якого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помилка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Внаслідок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подібного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цільової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розмивається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Незрозуміло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цільова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описана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параметри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поведінку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взагалі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найчастіше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позбавляють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сенсу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процедуру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пошуку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цільової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нерідко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збігаються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засобів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2D" w14:textId="46B27010" w:rsidR="007E0A9B" w:rsidRPr="00E77861" w:rsidRDefault="00000000" w:rsidP="00E778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типу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успішні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бізнесмени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позицією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....»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почути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всюди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Подібні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формулювання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концепції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ЗМІ,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жаль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цільову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аудиторію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вводить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тезаурус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сленг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бізнесменів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відрізняється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бізнесменів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нарешті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бізнесмени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однаково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сприймають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бізнесмен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поводиться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агресивно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нахабно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м'яко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тактовно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вимагають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описуючи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припускаємо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поведінка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цільову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описувати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поведінку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14:paraId="0000002E" w14:textId="77777777" w:rsidR="007E0A9B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урахуванням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висновку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цільової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здійснюватися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наступним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2F" w14:textId="421CFE43" w:rsidR="007E0A9B" w:rsidRDefault="00E778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погляду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поведінки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у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кожний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поточний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момент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будь-яка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людина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належить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якоїсь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почувається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частиною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Навіть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коли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людина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відчуває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самотність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вона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належить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самотніх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людей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і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спілкуватися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нею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треба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окремим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незалежним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елементом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здійснює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свою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поведінку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невстановленими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правилами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частиною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цілого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Кожного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поточного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моменту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людина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підпорядкована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вимогам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правилам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тієї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якої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вона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реально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входить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тут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зараз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листівки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звертаються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людей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проходять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повз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представників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електорату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Однак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насправді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мало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хто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даний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момент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почувається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частиною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такої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Хтось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тут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зараз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всього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покупець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найближчого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магазину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хтось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людина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спізнюється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побачення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і т. д.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Тому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інформація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про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листівку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потрапляє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фокус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уваги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перехожих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Якби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листівка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розміщена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районі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магазинів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містила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гасло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«Я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теж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втомився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високих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цін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людей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щойно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здійснили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якісь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покупки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фраза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б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адресною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враховувала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00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актуальну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реальну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систему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якої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вони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належать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даний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момент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незадоволених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покупців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30" w14:textId="77777777" w:rsidR="007E0A9B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листівки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звертаються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проходять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електорату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насправді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почувається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Хтось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зараз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покупець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найближчого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магазину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хтось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спізнюється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т.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листівку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потрапляє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фокус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перехожих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листівка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розміщена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районі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магазинів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містила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гасло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втомився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покупки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фраза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адресною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враховувала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актуальну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належать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незадоволених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покупців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31" w14:textId="0959A16E" w:rsidR="007E0A9B" w:rsidRDefault="00E778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скільки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цільова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аудиторія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аудиторія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яка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певну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поведінку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мати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вона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повинна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таку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характеристику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яка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б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пов'язана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поведінкою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людини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Таким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поняттям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технологіях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пропаганди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поняття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ролі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термінах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ролі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приклади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розібрані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попередньому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розділі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визначати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цільові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аудиторії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гасла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Тойота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Керуй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мрією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!"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цільовою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аудиторією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буде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група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людей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відрізняє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соціальна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ділова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активність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реалізувати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свої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плани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очікування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житті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слогана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– «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гальмуй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="00000000">
        <w:rPr>
          <w:rFonts w:ascii="Times New Roman" w:eastAsia="Times New Roman" w:hAnsi="Times New Roman" w:cs="Times New Roman"/>
          <w:sz w:val="28"/>
          <w:szCs w:val="28"/>
        </w:rPr>
        <w:t>снікерсуй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>!»</w:t>
      </w:r>
      <w:proofErr w:type="gram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цільова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аудиторія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визначиться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група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динамічних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прагнуть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нововведень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. А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гасло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Голосуй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00000">
        <w:rPr>
          <w:rFonts w:ascii="Times New Roman" w:eastAsia="Times New Roman" w:hAnsi="Times New Roman" w:cs="Times New Roman"/>
          <w:sz w:val="28"/>
          <w:szCs w:val="28"/>
        </w:rPr>
        <w:t>програєш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>!»</w:t>
      </w:r>
      <w:proofErr w:type="gram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припускає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цільовій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групі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належать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люди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люблять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вигравати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перемагати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ми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бачимо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подібні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описи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цільових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функцій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охопити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набагато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більшу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групу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ніж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просто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група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успішних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бізнесменів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отримати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відчутний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результат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змінити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більшу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частину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масової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8"/>
          <w:szCs w:val="28"/>
        </w:rPr>
        <w:t>свідомості</w:t>
      </w:r>
      <w:proofErr w:type="spellEnd"/>
    </w:p>
    <w:p w14:paraId="00000032" w14:textId="77777777" w:rsidR="007E0A9B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Суттєві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риси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пропаганди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00000033" w14:textId="77777777" w:rsidR="007E0A9B" w:rsidRDefault="0000000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охоплення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00000034" w14:textId="77777777" w:rsidR="007E0A9B" w:rsidRDefault="0000000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обов'язковість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00000035" w14:textId="77777777" w:rsidR="007E0A9B" w:rsidRDefault="0000000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повторюваність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просторі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00000036" w14:textId="77777777" w:rsidR="007E0A9B" w:rsidRDefault="0000000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блокування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альтернативної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00000037" w14:textId="77777777" w:rsidR="007E0A9B" w:rsidRDefault="0000000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модусах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література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.).</w:t>
      </w:r>
    </w:p>
    <w:p w14:paraId="1E24FEAE" w14:textId="77777777" w:rsidR="00E77861" w:rsidRPr="00E77861" w:rsidRDefault="00E77861" w:rsidP="00E77861">
      <w:pPr>
        <w:tabs>
          <w:tab w:val="left" w:pos="0"/>
        </w:tabs>
        <w:spacing w:after="0" w:line="360" w:lineRule="auto"/>
        <w:ind w:left="114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00000048" w14:textId="2EA229A9" w:rsidR="007E0A9B" w:rsidRDefault="00000000">
      <w:pPr>
        <w:numPr>
          <w:ilvl w:val="0"/>
          <w:numId w:val="14"/>
        </w:numPr>
        <w:tabs>
          <w:tab w:val="left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Пропаганда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маніпуляція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спільні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відмінні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риси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14:paraId="00000049" w14:textId="77777777" w:rsidR="007E0A9B" w:rsidRDefault="007E0A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A" w14:textId="77777777" w:rsidR="007E0A9B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Маніпуляція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 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завжди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фейк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навмисно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викривлена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неповної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навмисне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приховування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її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аспекту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зміщення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акцентів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повідомленні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висмикування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контексту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У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результаті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людини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викривляється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відчуття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реальності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B" w14:textId="77777777" w:rsidR="007E0A9B" w:rsidRDefault="007E0A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D" w14:textId="7F35045C" w:rsidR="007E0A9B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ПРОПАГАНДА ЯК КОМУНІКАТИВНИЙ ПРОЦЕС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Пропаганда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 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вплинути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фейки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маніпуляції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ґрунтуватися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правдивій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4E" w14:textId="77777777" w:rsidR="007E0A9B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маніпулювання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вживаються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синоніми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зовсім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коректно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завжди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добитися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поведінки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перевиконувати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виробництві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партію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уряд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обідом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вживати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наркотиків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Тобто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вашим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інтересам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завжди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чимось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нечесним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шкідливим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обов’язково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пов’язана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брехнею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4F" w14:textId="77777777" w:rsidR="007E0A9B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Натомість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маніпуляція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 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викривлення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неадекватної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картини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культивація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штучних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насправді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треба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маніпулятор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змусити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маніпулятора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Маніпулятор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добре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слабкості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страхи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комплекси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треба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сказати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спонукати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знайде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У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пропагандисти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маніпуляцій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розглядаються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синоніми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50" w14:textId="243B0E55" w:rsidR="007E0A9B" w:rsidRPr="00E77861" w:rsidRDefault="00000000" w:rsidP="00E7786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Компоненти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Комунікатор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медіа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лідери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думок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Повідомлення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гасла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символи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Канали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ЗМІ,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соцмережі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реклама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Зворотний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зв’язок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поведінкові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МЕТА І ФУНКЦІЇ ПРОПАГАНДИ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поглядів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мобілізація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ідеологічний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дискредитація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опонента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маніпулятивна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ідеологічна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регулятивна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 ВИДИ ПРОПАГАНДИ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4.1.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прихована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чорна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4.2.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військова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релігійна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комерційна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4.3.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раціональна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логічні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аргументи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страхи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символи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сугестивна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навіювання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міфологічна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 ПСИХОЛОГІЧНІ МЕХАНІЗМИ ПРОПАГАНДИ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повторення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стереотипізація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авторитету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тиск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фреймінг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маніпуляція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контекстом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 ПРОПАГАНДА ТА МАС-МЕДІА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Медіа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засобом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рекламу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фільми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інфлюенсерів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Використовується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контроль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порядку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маніпуляція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образами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 ПОЗИТИВНІ І НЕГАТИВНІ ФУНКЦІЇ ПРОПАГАНДИ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Позитивні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мобілізація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здоров’я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ініціатив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Негативні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маніпуляція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викривлення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ворожнечі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руйнування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критичного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мислення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 ПРИКЛАДИ ІСТОРИЧНОЇ ПРОПАГАНДИ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8.1.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Стародавні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цивілізації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Давній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Єгипет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фараони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написи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фрески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представляли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напівбогів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Давній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монети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портретами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імператорів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легітимації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8.2.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Плакати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мобілізації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(«I Want You for U.S. Army»).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карикатур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демонізували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противника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8.3.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Міжвоєнний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період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лідерів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радіо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кінематограф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8.4.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Друга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карикатур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листівок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радіо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образу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ворога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героїв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зміцнення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бойового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духу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8.5.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Холодна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Радіомовлення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Америки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Свобода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ідеологічна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Психологічні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(PSYOPS).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8.6. XXI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таргетована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реклама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deepfake.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00000051" w14:textId="77777777" w:rsidR="007E0A9B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ВИСНОВОК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Пропаганда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потужною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здатною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настрої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поведінку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допомагає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критичне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мислення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медіаграмотність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sectPr w:rsidR="007E0A9B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ADD63F6-680D-F74E-B821-7541FE6778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0294F3B-E016-2242-91B1-68EAD23761C0}"/>
    <w:embedBold r:id="rId3" w:fontKey="{A3284D62-6C12-9149-B316-15411002778F}"/>
    <w:embedItalic r:id="rId4" w:fontKey="{9D8B09E9-2E60-3049-9FB7-E8EA5A554953}"/>
    <w:embedBoldItalic r:id="rId5" w:fontKey="{7B6868DD-8C1F-B241-9069-C7149EA782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CC9E5EC-E96B-1541-A885-86835A1F7F55}"/>
    <w:embedBold r:id="rId7" w:fontKey="{D7888012-FF9B-B543-B3B0-EC18EAB0CFFD}"/>
    <w:embedItalic r:id="rId8" w:fontKey="{529C5CE1-3040-1A45-941B-BD46BDA3926C}"/>
    <w:embedBoldItalic r:id="rId9" w:fontKey="{3615DBED-6566-1344-89DF-A3EF1CF768F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58104A97-1419-7F40-8E27-4EA82C5CD13D}"/>
    <w:embedBold r:id="rId11" w:fontKey="{23FAD7A2-7E95-1A47-8200-7C5D33C1FD51}"/>
    <w:embedItalic r:id="rId12" w:fontKey="{1DBBD73C-0149-3D44-A484-33B612FA5DA7}"/>
    <w:embedBoldItalic r:id="rId13" w:fontKey="{89E21ED2-8C98-1842-8798-D6B6DD1DC73B}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  <w:embedRegular r:id="rId14" w:fontKey="{71518729-0545-1840-9561-F20F80B4FF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4B0BD8"/>
    <w:multiLevelType w:val="multilevel"/>
    <w:tmpl w:val="373678BC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1C66556"/>
    <w:multiLevelType w:val="multilevel"/>
    <w:tmpl w:val="BAFE42A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4EF2894"/>
    <w:multiLevelType w:val="multilevel"/>
    <w:tmpl w:val="E14A6E74"/>
    <w:lvl w:ilvl="0">
      <w:start w:val="1"/>
      <w:numFmt w:val="bullet"/>
      <w:lvlText w:val="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•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•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•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•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•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•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140A9F"/>
    <w:multiLevelType w:val="multilevel"/>
    <w:tmpl w:val="29783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B407699"/>
    <w:multiLevelType w:val="multilevel"/>
    <w:tmpl w:val="1FD82A3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43640DF4"/>
    <w:multiLevelType w:val="hybridMultilevel"/>
    <w:tmpl w:val="C46028E2"/>
    <w:lvl w:ilvl="0" w:tplc="61BCFC6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C278B9"/>
    <w:multiLevelType w:val="multilevel"/>
    <w:tmpl w:val="3ADA4D76"/>
    <w:lvl w:ilvl="0">
      <w:start w:val="1"/>
      <w:numFmt w:val="decimal"/>
      <w:pStyle w:val="ListNumber3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4EB12F7B"/>
    <w:multiLevelType w:val="multilevel"/>
    <w:tmpl w:val="9EBABF6E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4F246965"/>
    <w:multiLevelType w:val="multilevel"/>
    <w:tmpl w:val="445AA888"/>
    <w:lvl w:ilvl="0">
      <w:start w:val="1"/>
      <w:numFmt w:val="bullet"/>
      <w:pStyle w:val="ListBullet2"/>
      <w:lvlText w:val="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•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•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•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•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•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•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E756EF"/>
    <w:multiLevelType w:val="multilevel"/>
    <w:tmpl w:val="9DFC5F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9CD6038"/>
    <w:multiLevelType w:val="multilevel"/>
    <w:tmpl w:val="351CCC8E"/>
    <w:lvl w:ilvl="0">
      <w:start w:val="1"/>
      <w:numFmt w:val="decimal"/>
      <w:pStyle w:val="ListNumber2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59D32AB5"/>
    <w:multiLevelType w:val="multilevel"/>
    <w:tmpl w:val="2EF4D33A"/>
    <w:lvl w:ilvl="0">
      <w:start w:val="1"/>
      <w:numFmt w:val="bullet"/>
      <w:pStyle w:val="ListBullet"/>
      <w:lvlText w:val="●"/>
      <w:lvlJc w:val="left"/>
      <w:pPr>
        <w:ind w:left="1287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007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727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447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167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887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607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327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047" w:hanging="360"/>
      </w:pPr>
      <w:rPr>
        <w:u w:val="none"/>
      </w:rPr>
    </w:lvl>
  </w:abstractNum>
  <w:abstractNum w:abstractNumId="12" w15:restartNumberingAfterBreak="0">
    <w:nsid w:val="5CD2214D"/>
    <w:multiLevelType w:val="multilevel"/>
    <w:tmpl w:val="9B8A6A3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60E5079E"/>
    <w:multiLevelType w:val="multilevel"/>
    <w:tmpl w:val="E800DF7C"/>
    <w:lvl w:ilvl="0">
      <w:start w:val="1"/>
      <w:numFmt w:val="bullet"/>
      <w:pStyle w:val="ListNumber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633E0321"/>
    <w:multiLevelType w:val="multilevel"/>
    <w:tmpl w:val="95DEE1E0"/>
    <w:lvl w:ilvl="0">
      <w:start w:val="1"/>
      <w:numFmt w:val="bullet"/>
      <w:lvlText w:val="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•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•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•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•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•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•"/>
      <w:lvlJc w:val="left"/>
      <w:pPr>
        <w:ind w:left="6480" w:hanging="360"/>
      </w:pPr>
      <w:rPr>
        <w:u w:val="none"/>
      </w:rPr>
    </w:lvl>
  </w:abstractNum>
  <w:num w:numId="1" w16cid:durableId="1083527721">
    <w:abstractNumId w:val="11"/>
  </w:num>
  <w:num w:numId="2" w16cid:durableId="443117119">
    <w:abstractNumId w:val="8"/>
  </w:num>
  <w:num w:numId="3" w16cid:durableId="1895577775">
    <w:abstractNumId w:val="0"/>
  </w:num>
  <w:num w:numId="4" w16cid:durableId="1817379550">
    <w:abstractNumId w:val="4"/>
  </w:num>
  <w:num w:numId="5" w16cid:durableId="1996951960">
    <w:abstractNumId w:val="13"/>
  </w:num>
  <w:num w:numId="6" w16cid:durableId="1055618236">
    <w:abstractNumId w:val="10"/>
  </w:num>
  <w:num w:numId="7" w16cid:durableId="348290401">
    <w:abstractNumId w:val="6"/>
  </w:num>
  <w:num w:numId="8" w16cid:durableId="24644721">
    <w:abstractNumId w:val="12"/>
  </w:num>
  <w:num w:numId="9" w16cid:durableId="563762818">
    <w:abstractNumId w:val="1"/>
  </w:num>
  <w:num w:numId="10" w16cid:durableId="1064063755">
    <w:abstractNumId w:val="7"/>
  </w:num>
  <w:num w:numId="11" w16cid:durableId="1095320543">
    <w:abstractNumId w:val="14"/>
  </w:num>
  <w:num w:numId="12" w16cid:durableId="492141131">
    <w:abstractNumId w:val="2"/>
  </w:num>
  <w:num w:numId="13" w16cid:durableId="994451950">
    <w:abstractNumId w:val="3"/>
  </w:num>
  <w:num w:numId="14" w16cid:durableId="1988240682">
    <w:abstractNumId w:val="9"/>
  </w:num>
  <w:num w:numId="15" w16cid:durableId="19849202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A9B"/>
    <w:rsid w:val="000C2DDC"/>
    <w:rsid w:val="007E0A9B"/>
    <w:rsid w:val="00E7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22F3465"/>
  <w15:docId w15:val="{2AF54210-6DD0-C64B-9F31-18478FD63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77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E6mz3pkCaAPCcYXwf6YqPOAgRQ==">CgMxLjA4AHIhMVpNU2VJYnJucE40aGh6QXNoeExxVUluMC1qLVJsUE5Y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2683</Words>
  <Characters>15294</Characters>
  <Application>Microsoft Office Word</Application>
  <DocSecurity>0</DocSecurity>
  <Lines>127</Lines>
  <Paragraphs>35</Paragraphs>
  <ScaleCrop>false</ScaleCrop>
  <Company/>
  <LinksUpToDate>false</LinksUpToDate>
  <CharactersWithSpaces>17942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Кондес Тетяна Василівна</cp:lastModifiedBy>
  <cp:revision>2</cp:revision>
  <dcterms:created xsi:type="dcterms:W3CDTF">2013-12-23T23:15:00Z</dcterms:created>
  <dcterms:modified xsi:type="dcterms:W3CDTF">2026-04-26T20:06:00Z</dcterms:modified>
</cp:coreProperties>
</file>