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  <w:t xml:space="preserve">Шаблон фандрейзингового плану</w:t>
      </w:r>
    </w:p>
    <w:p w:rsidR="00000000" w:rsidDel="00000000" w:rsidP="00000000" w:rsidRDefault="00000000" w:rsidRPr="00000000" w14:paraId="00000002">
      <w:pPr>
        <w:pStyle w:val="Heading1"/>
        <w:rPr/>
      </w:pPr>
      <w:r w:rsidDel="00000000" w:rsidR="00000000" w:rsidRPr="00000000">
        <w:rPr>
          <w:rtl w:val="0"/>
        </w:rPr>
        <w:t xml:space="preserve">1. Загальна інформація про організацію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Назва організації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Рік заснування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Місія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Основна цільова аудиторія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Географія діяльності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Ключові напрямки роботи</w:t>
      </w:r>
    </w:p>
    <w:p w:rsidR="00000000" w:rsidDel="00000000" w:rsidP="00000000" w:rsidRDefault="00000000" w:rsidRPr="00000000" w14:paraId="00000009">
      <w:pPr>
        <w:pStyle w:val="Heading1"/>
        <w:rPr/>
      </w:pPr>
      <w:r w:rsidDel="00000000" w:rsidR="00000000" w:rsidRPr="00000000">
        <w:rPr>
          <w:rtl w:val="0"/>
        </w:rPr>
        <w:t xml:space="preserve">2. Мета фандрайзингової діяльності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Загальна мета залучення ресурсів на </w:t>
      </w:r>
      <w:r w:rsidDel="00000000" w:rsidR="00000000" w:rsidRPr="00000000">
        <w:rPr>
          <w:rtl w:val="0"/>
        </w:rPr>
        <w:t xml:space="preserve">2025 (2026)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рік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Цільова сума (грн/євро/дол.)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Пріоритетні напрямки, які потребують фінансування</w:t>
      </w:r>
    </w:p>
    <w:p w:rsidR="00000000" w:rsidDel="00000000" w:rsidP="00000000" w:rsidRDefault="00000000" w:rsidRPr="00000000" w14:paraId="0000000D">
      <w:pPr>
        <w:pStyle w:val="Heading1"/>
        <w:rPr/>
      </w:pPr>
      <w:r w:rsidDel="00000000" w:rsidR="00000000" w:rsidRPr="00000000">
        <w:rPr>
          <w:rtl w:val="0"/>
        </w:rPr>
        <w:t xml:space="preserve">3. Цілі фандрайзингового плану</w:t>
      </w:r>
    </w:p>
    <w:p w:rsidR="00000000" w:rsidDel="00000000" w:rsidP="00000000" w:rsidRDefault="00000000" w:rsidRPr="00000000" w14:paraId="0000000E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sdt>
        <w:sdtPr>
          <w:id w:val="-970022664"/>
          <w:tag w:val="goog_rdk_0"/>
        </w:sdtPr>
        <w:sdtContent>
          <w:commentRangeStart w:id="0"/>
        </w:sdtContent>
      </w:sdt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Забезпечити фінансування ___% бюджету з позагрантових джерел 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Залучити не менше ніж ___ нових донорів</w:t>
      </w:r>
    </w:p>
    <w:p w:rsidR="00000000" w:rsidDel="00000000" w:rsidP="00000000" w:rsidRDefault="00000000" w:rsidRPr="00000000" w14:paraId="00000011">
      <w:pPr>
        <w:pStyle w:val="Heading1"/>
        <w:rPr/>
      </w:pPr>
      <w:sdt>
        <w:sdtPr>
          <w:id w:val="47639726"/>
          <w:tag w:val="goog_rdk_1"/>
        </w:sdtPr>
        <w:sdtContent>
          <w:commentRangeStart w:id="1"/>
        </w:sdtContent>
      </w:sdt>
      <w:r w:rsidDel="00000000" w:rsidR="00000000" w:rsidRPr="00000000">
        <w:rPr>
          <w:rtl w:val="0"/>
        </w:rPr>
        <w:t xml:space="preserve">4. Цільові групи донорів та джерела фінансування </w:t>
      </w:r>
    </w:p>
    <w:p w:rsidR="00000000" w:rsidDel="00000000" w:rsidP="00000000" w:rsidRDefault="00000000" w:rsidRPr="00000000" w14:paraId="00000012">
      <w:pPr>
        <w:pStyle w:val="Heading1"/>
        <w:rPr/>
      </w:pPr>
      <w:r w:rsidDel="00000000" w:rsidR="00000000" w:rsidRPr="00000000">
        <w:rPr>
          <w:rtl w:val="0"/>
        </w:rPr>
        <w:t xml:space="preserve">5. План заходів на рік</w:t>
      </w:r>
    </w:p>
    <w:p w:rsidR="00000000" w:rsidDel="00000000" w:rsidP="00000000" w:rsidRDefault="00000000" w:rsidRPr="00000000" w14:paraId="00000013">
      <w:pPr>
        <w:pStyle w:val="Heading1"/>
        <w:rPr/>
      </w:pPr>
      <w:r w:rsidDel="00000000" w:rsidR="00000000" w:rsidRPr="00000000">
        <w:rPr>
          <w:rtl w:val="0"/>
        </w:rPr>
        <w:t xml:space="preserve">6. Відповідальні особи та команди</w:t>
      </w:r>
      <w:commentRangeEnd w:id="1"/>
      <w:r w:rsidDel="00000000" w:rsidR="00000000" w:rsidRPr="00000000">
        <w:commentReference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1"/>
        <w:rPr/>
      </w:pPr>
      <w:r w:rsidDel="00000000" w:rsidR="00000000" w:rsidRPr="00000000">
        <w:rPr>
          <w:rtl w:val="0"/>
        </w:rPr>
        <w:t xml:space="preserve">7. Індикатори успішності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Загальна зібрана сума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Кількість нових донорів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Частка регулярних внесків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Кількість партнерських угод</w:t>
      </w:r>
    </w:p>
    <w:p w:rsidR="00000000" w:rsidDel="00000000" w:rsidP="00000000" w:rsidRDefault="00000000" w:rsidRPr="00000000" w14:paraId="00000019">
      <w:pPr>
        <w:pStyle w:val="Heading1"/>
        <w:rPr/>
      </w:pPr>
      <w:r w:rsidDel="00000000" w:rsidR="00000000" w:rsidRPr="00000000">
        <w:rPr>
          <w:rtl w:val="0"/>
        </w:rPr>
        <w:t xml:space="preserve">8. Комунікаційна підтримка фандрайзингу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Сторінка «Підтримати» на сайті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Закріплена інформація в соціальних мережах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lineRule="auto"/>
        <w:ind w:left="360"/>
      </w:pPr>
      <w:r w:rsidDel="00000000" w:rsidR="00000000" w:rsidRPr="00000000">
        <w:rPr>
          <w:rtl w:val="0"/>
        </w:rPr>
        <w:t xml:space="preserve">Сторітелінг, пости 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lineRule="auto"/>
        <w:ind w:left="360"/>
      </w:pPr>
      <w:r w:rsidDel="00000000" w:rsidR="00000000" w:rsidRPr="00000000">
        <w:rPr>
          <w:rtl w:val="0"/>
        </w:rPr>
        <w:t xml:space="preserve">Розсилки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tl w:val="0"/>
        </w:rPr>
        <w:t xml:space="preserve">Співпраця з амбасадорами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Шаблони листів подяки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Інформування про результати зборів</w:t>
      </w:r>
    </w:p>
    <w:p w:rsidR="00000000" w:rsidDel="00000000" w:rsidP="00000000" w:rsidRDefault="00000000" w:rsidRPr="00000000" w14:paraId="00000021">
      <w:pPr>
        <w:spacing w:after="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Vitalina Nagorna" w:id="1" w:date="2025-04-09T06:17:08Z"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ці пункти можна заповнювати тут, а можна в екселі, щоб легше відслідковувати, а можна лише в екселі, якщо всі інші блоки є в інших документах (стратегія, комункаційний план тощо)</w:t>
      </w:r>
    </w:p>
  </w:comment>
  <w:comment w:author="Vitalina Nagorna" w:id="0" w:date="2025-04-09T06:16:40Z"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(Це приклад, можуть бути інші цілі)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23" w15:done="0"/>
  <w15:commentEx w15:paraId="00000024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Normal" w:default="1">
    <w:name w:val="Normal"/>
    <w:qFormat w:val="1"/>
    <w:rsid w:val="00FC693F"/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 w:val="1"/>
    <w:rsid w:val="00FC693F"/>
    <w:pPr>
      <w:keepNext w:val="1"/>
      <w:keepLines w:val="1"/>
      <w:spacing w:after="0" w:before="480"/>
      <w:outlineLvl w:val="0"/>
    </w:pPr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 w:val="1"/>
    <w:qFormat w:val="1"/>
    <w:rsid w:val="00FC693F"/>
    <w:pPr>
      <w:keepNext w:val="1"/>
      <w:keepLines w:val="1"/>
      <w:spacing w:after="0" w:before="200"/>
      <w:outlineLvl w:val="1"/>
    </w:pPr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 w:val="1"/>
    <w:qFormat w:val="1"/>
    <w:rsid w:val="00FC693F"/>
    <w:pPr>
      <w:keepNext w:val="1"/>
      <w:keepLines w:val="1"/>
      <w:spacing w:after="0" w:before="200"/>
      <w:outlineLvl w:val="2"/>
    </w:pPr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3"/>
    </w:pPr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4"/>
    </w:pPr>
    <w:rPr>
      <w:rFonts w:asciiTheme="majorHAnsi" w:cstheme="majorBidi" w:eastAsiaTheme="majorEastAsia" w:hAnsiTheme="majorHAnsi"/>
      <w:color w:val="243f60" w:themeColor="accent1" w:themeShade="00007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5"/>
    </w:pPr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 w:val="1"/>
    <w:rsid w:val="00FC693F"/>
    <w:pPr>
      <w:pBdr>
        <w:bottom w:color="4f81bd" w:space="4" w:sz="8" w:themeColor="accent1" w:val="single"/>
      </w:pBdr>
      <w:spacing w:after="300" w:line="240" w:lineRule="auto"/>
      <w:contextualSpacing w:val="1"/>
    </w:pPr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FC693F"/>
    <w:pPr>
      <w:numPr>
        <w:ilvl w:val="1"/>
      </w:numPr>
    </w:pPr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S2c8gi3cJqB6A7tBZl7DtEybVw==">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